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US primacy is </w:t>
      </w:r>
      <w:r>
        <w:rPr>
          <w:b/>
          <w:i w:val="0"/>
          <w:smallCaps w:val="0"/>
          <w:strike w:val="0"/>
          <w:sz w:val="26"/>
          <w:u w:val="single"/>
        </w:rPr>
        <w:t>empirically</w:t>
      </w:r>
      <w:r>
        <w:rPr>
          <w:b/>
          <w:i w:val="0"/>
          <w:smallCaps w:val="0"/>
          <w:strike w:val="0"/>
          <w:sz w:val="26"/>
          <w:u w:val="none"/>
        </w:rPr>
        <w:t xml:space="preserve"> the most stable system and deters all conflict – decline causes </w:t>
      </w:r>
      <w:r>
        <w:rPr>
          <w:b/>
          <w:i w:val="0"/>
          <w:smallCaps w:val="0"/>
          <w:strike w:val="0"/>
          <w:sz w:val="26"/>
          <w:u w:val="single"/>
        </w:rPr>
        <w:t>transition wars</w:t>
      </w:r>
    </w:p>
    <w:p>
      <w:pPr>
        <w:spacing w:after="80"/>
      </w:pPr>
      <w:r>
        <w:rPr>
          <w:b/>
          <w:i w:val="0"/>
          <w:smallCaps w:val="0"/>
          <w:strike w:val="0"/>
          <w:sz w:val="26"/>
          <w:u w:val="none"/>
        </w:rPr>
        <w:t>Kagan 17</w:t>
      </w:r>
      <w:r>
        <w:rPr>
          <w:b w:val="0"/>
          <w:i w:val="0"/>
          <w:smallCaps w:val="0"/>
          <w:strike w:val="0"/>
          <w:u w:val="none"/>
        </w:rPr>
        <w:t xml:space="preserve"> [Robert Kagan is senior fellow at the Brookings Institution and the author of The World America Made, “Backing Into World War III,” 2/6/17, </w:t>
      </w:r>
      <w:r>
        <w:rPr>
          <w:b w:val="0"/>
          <w:i w:val="0"/>
          <w:smallCaps w:val="0"/>
          <w:strike w:val="0"/>
          <w:u w:val="none"/>
        </w:rPr>
        <w:t>] sg</w:t>
      </w:r>
    </w:p>
    <w:p>
      <w:pPr>
        <w:spacing w:after="60"/>
      </w:pPr>
      <w:r>
        <w:rPr>
          <w:b w:val="0"/>
          <w:i w:val="0"/>
          <w:smallCaps w:val="0"/>
          <w:strike w:val="0"/>
          <w:sz w:val="16"/>
          <w:u w:val="none"/>
        </w:rPr>
        <w:t xml:space="preserve">That shift may come too late. It was in the 1920s, not the 1930s, that the democratic powers made the most important and ultimately fatal decisions. Americans’ disillusionment after World War I led them to reject playing a strategic role in preserving the peace in Europe and Asia, even though America was the only nation powerful enough to play that role. The withdrawal of the United States helped undermine the will of Britain and France and encouraged Germany in Europe and Japan in Asia to take increasingly aggressive actions to achieve regional dominance. Most Americans were convinced that nothing that happened in Europe or Asia could affect their security. It took World War II to convince them that was a mistake. The “return to normalcy” of the 1920 election seemed safe and innocent at the time, but the essentially selfish policies pursued by the world’s strongest power in the following decade helped set the stage for the calamities of the 1930s. By the time the crises began to erupt, it was already too late to avoid paying the high price of global conflict. In such times, </w:t>
      </w:r>
      <w:r>
        <w:rPr>
          <w:b w:val="0"/>
          <w:i w:val="0"/>
          <w:smallCaps w:val="0"/>
          <w:strike w:val="0"/>
          <w:u w:val="single"/>
        </w:rPr>
        <w:t>it has always been tempting to believe that geopolitical competition can be solved through efforts at cooperation and accommodation</w:t>
      </w:r>
      <w:r>
        <w:rPr>
          <w:b w:val="0"/>
          <w:i w:val="0"/>
          <w:smallCaps w:val="0"/>
          <w:strike w:val="0"/>
          <w:sz w:val="16"/>
          <w:u w:val="none"/>
        </w:rPr>
        <w:t xml:space="preserve">. </w:t>
      </w:r>
      <w:r>
        <w:rPr>
          <w:b w:val="0"/>
          <w:i w:val="0"/>
          <w:smallCaps w:val="0"/>
          <w:strike w:val="0"/>
          <w:u w:val="single"/>
        </w:rPr>
        <w:t>The idea</w:t>
      </w:r>
      <w:r>
        <w:rPr>
          <w:b w:val="0"/>
          <w:i w:val="0"/>
          <w:smallCaps w:val="0"/>
          <w:strike w:val="0"/>
          <w:sz w:val="16"/>
          <w:u w:val="none"/>
        </w:rPr>
        <w:t xml:space="preserve">, recently proposed by Niall Ferguson, </w:t>
      </w:r>
      <w:r>
        <w:rPr>
          <w:b w:val="0"/>
          <w:i w:val="0"/>
          <w:smallCaps w:val="0"/>
          <w:strike w:val="0"/>
          <w:u w:val="single"/>
        </w:rPr>
        <w:t>that the world can be ruled jointly by the United States, Russia, and China</w:t>
      </w:r>
      <w:r>
        <w:rPr>
          <w:b w:val="0"/>
          <w:i w:val="0"/>
          <w:smallCaps w:val="0"/>
          <w:strike w:val="0"/>
          <w:sz w:val="16"/>
          <w:u w:val="none"/>
        </w:rPr>
        <w:t xml:space="preserve"> is not a new one. Such condominiums </w:t>
      </w:r>
      <w:r>
        <w:rPr>
          <w:b w:val="0"/>
          <w:i w:val="0"/>
          <w:smallCaps w:val="0"/>
          <w:strike w:val="0"/>
          <w:u w:val="single"/>
        </w:rPr>
        <w:t>have been proposed</w:t>
      </w:r>
      <w:r>
        <w:rPr>
          <w:b w:val="0"/>
          <w:i w:val="0"/>
          <w:smallCaps w:val="0"/>
          <w:strike w:val="0"/>
          <w:sz w:val="16"/>
          <w:u w:val="none"/>
        </w:rPr>
        <w:t xml:space="preserve"> and attempted </w:t>
      </w:r>
      <w:r>
        <w:rPr>
          <w:b w:val="0"/>
          <w:i w:val="0"/>
          <w:smallCaps w:val="0"/>
          <w:strike w:val="0"/>
          <w:u w:val="single"/>
        </w:rPr>
        <w:t>in every era when the dominant power</w:t>
      </w:r>
      <w:r>
        <w:rPr>
          <w:b w:val="0"/>
          <w:i w:val="0"/>
          <w:smallCaps w:val="0"/>
          <w:strike w:val="0"/>
          <w:sz w:val="16"/>
          <w:u w:val="none"/>
        </w:rPr>
        <w:t xml:space="preserve"> or powers in the international system </w:t>
      </w:r>
      <w:r>
        <w:rPr>
          <w:b w:val="0"/>
          <w:i w:val="0"/>
          <w:smallCaps w:val="0"/>
          <w:strike w:val="0"/>
          <w:u w:val="single"/>
        </w:rPr>
        <w:t>sought to fend off challenges from</w:t>
      </w:r>
      <w:r>
        <w:rPr>
          <w:b w:val="0"/>
          <w:i w:val="0"/>
          <w:smallCaps w:val="0"/>
          <w:strike w:val="0"/>
          <w:sz w:val="16"/>
          <w:u w:val="none"/>
        </w:rPr>
        <w:t xml:space="preserve"> the </w:t>
      </w:r>
      <w:r>
        <w:rPr>
          <w:b w:val="0"/>
          <w:i w:val="0"/>
          <w:smallCaps w:val="0"/>
          <w:strike w:val="0"/>
          <w:u w:val="single"/>
        </w:rPr>
        <w:t>dissatisfied revisionist powers</w:t>
      </w:r>
      <w:r>
        <w:rPr>
          <w:b w:val="0"/>
          <w:i w:val="0"/>
          <w:smallCaps w:val="0"/>
          <w:strike w:val="0"/>
          <w:sz w:val="16"/>
          <w:u w:val="none"/>
        </w:rPr>
        <w:t xml:space="preserve">. It has rarely worked. </w:t>
      </w:r>
      <w:r>
        <w:rPr>
          <w:b/>
          <w:i w:val="0"/>
          <w:smallCaps w:val="0"/>
          <w:strike w:val="0"/>
          <w:sz w:val="24"/>
          <w:highlight w:val="yellow"/>
          <w:u w:val="single"/>
        </w:rPr>
        <w:t>Revisionist great powers are not easy to satisfy</w:t>
      </w:r>
      <w:r>
        <w:rPr>
          <w:b w:val="0"/>
          <w:i w:val="0"/>
          <w:smallCaps w:val="0"/>
          <w:strike w:val="0"/>
          <w:sz w:val="16"/>
          <w:highlight w:val="yellow"/>
          <w:u w:val="none"/>
        </w:rPr>
        <w:t xml:space="preserve"> </w:t>
      </w:r>
      <w:r>
        <w:rPr>
          <w:b/>
          <w:i w:val="0"/>
          <w:smallCaps w:val="0"/>
          <w:strike w:val="0"/>
          <w:sz w:val="24"/>
          <w:highlight w:val="yellow"/>
          <w:u w:val="single"/>
        </w:rPr>
        <w:t>short of complete capitulation</w:t>
      </w:r>
      <w:r>
        <w:rPr>
          <w:b w:val="0"/>
          <w:i w:val="0"/>
          <w:smallCaps w:val="0"/>
          <w:strike w:val="0"/>
          <w:sz w:val="16"/>
          <w:u w:val="none"/>
        </w:rPr>
        <w:t xml:space="preserve">. </w:t>
      </w:r>
      <w:r>
        <w:rPr>
          <w:b/>
          <w:i w:val="0"/>
          <w:smallCaps w:val="0"/>
          <w:strike w:val="0"/>
          <w:sz w:val="24"/>
          <w:highlight w:val="yellow"/>
          <w:u w:val="single"/>
        </w:rPr>
        <w:t>Their</w:t>
      </w:r>
      <w:r>
        <w:rPr>
          <w:b/>
          <w:i w:val="0"/>
          <w:smallCaps w:val="0"/>
          <w:strike w:val="0"/>
          <w:sz w:val="24"/>
          <w:u w:val="single"/>
        </w:rPr>
        <w:t xml:space="preserve"> </w:t>
      </w:r>
      <w:r>
        <w:rPr>
          <w:b/>
          <w:i w:val="0"/>
          <w:smallCaps w:val="0"/>
          <w:strike w:val="0"/>
          <w:sz w:val="24"/>
          <w:highlight w:val="yellow"/>
          <w:u w:val="single"/>
        </w:rPr>
        <w:t>sphere</w:t>
      </w:r>
      <w:r>
        <w:rPr>
          <w:b/>
          <w:i w:val="0"/>
          <w:smallCaps w:val="0"/>
          <w:strike w:val="0"/>
          <w:sz w:val="24"/>
          <w:u w:val="single"/>
        </w:rPr>
        <w:t xml:space="preserve"> of </w:t>
      </w:r>
      <w:r>
        <w:rPr>
          <w:b/>
          <w:i w:val="0"/>
          <w:smallCaps w:val="0"/>
          <w:strike w:val="0"/>
          <w:sz w:val="24"/>
          <w:highlight w:val="yellow"/>
          <w:u w:val="single"/>
        </w:rPr>
        <w:t>influence is never quite large enough to satisfy</w:t>
      </w:r>
      <w:r>
        <w:rPr>
          <w:b/>
          <w:i w:val="0"/>
          <w:smallCaps w:val="0"/>
          <w:strike w:val="0"/>
          <w:sz w:val="24"/>
          <w:u w:val="single"/>
        </w:rPr>
        <w:t xml:space="preserve"> their </w:t>
      </w:r>
      <w:r>
        <w:rPr>
          <w:b/>
          <w:i w:val="0"/>
          <w:smallCaps w:val="0"/>
          <w:strike w:val="0"/>
          <w:sz w:val="24"/>
          <w:highlight w:val="yellow"/>
          <w:u w:val="single"/>
        </w:rPr>
        <w:t>pride or</w:t>
      </w:r>
      <w:r>
        <w:rPr>
          <w:b/>
          <w:i w:val="0"/>
          <w:smallCaps w:val="0"/>
          <w:strike w:val="0"/>
          <w:sz w:val="24"/>
          <w:u w:val="single"/>
        </w:rPr>
        <w:t xml:space="preserve"> their expanding </w:t>
      </w:r>
      <w:r>
        <w:rPr>
          <w:b/>
          <w:i w:val="0"/>
          <w:smallCaps w:val="0"/>
          <w:strike w:val="0"/>
          <w:sz w:val="24"/>
          <w:highlight w:val="yellow"/>
          <w:u w:val="single"/>
        </w:rPr>
        <w:t>need for security</w:t>
      </w:r>
      <w:r>
        <w:rPr>
          <w:b w:val="0"/>
          <w:i w:val="0"/>
          <w:smallCaps w:val="0"/>
          <w:strike w:val="0"/>
          <w:sz w:val="16"/>
          <w:u w:val="none"/>
        </w:rPr>
        <w:t xml:space="preserve">. In fact, </w:t>
      </w:r>
      <w:r>
        <w:rPr>
          <w:b w:val="0"/>
          <w:i w:val="0"/>
          <w:smallCaps w:val="0"/>
          <w:strike w:val="0"/>
          <w:u w:val="single"/>
        </w:rPr>
        <w:t>their</w:t>
      </w:r>
      <w:r>
        <w:rPr>
          <w:b w:val="0"/>
          <w:i w:val="0"/>
          <w:smallCaps w:val="0"/>
          <w:strike w:val="0"/>
          <w:sz w:val="16"/>
          <w:u w:val="none"/>
        </w:rPr>
        <w:t xml:space="preserve"> very </w:t>
      </w:r>
      <w:r>
        <w:rPr>
          <w:b w:val="0"/>
          <w:i w:val="0"/>
          <w:smallCaps w:val="0"/>
          <w:strike w:val="0"/>
          <w:u w:val="single"/>
        </w:rPr>
        <w:t>expansion creates insecurity</w:t>
      </w:r>
      <w:r>
        <w:rPr>
          <w:b w:val="0"/>
          <w:i w:val="0"/>
          <w:smallCaps w:val="0"/>
          <w:strike w:val="0"/>
          <w:sz w:val="16"/>
          <w:u w:val="none"/>
        </w:rPr>
        <w:t xml:space="preserve">, </w:t>
      </w:r>
      <w:r>
        <w:rPr>
          <w:b w:val="0"/>
          <w:i w:val="0"/>
          <w:smallCaps w:val="0"/>
          <w:strike w:val="0"/>
          <w:u w:val="single"/>
        </w:rPr>
        <w:t>by frightening neighbors and leading them to band together against the rising power</w:t>
      </w:r>
      <w:r>
        <w:rPr>
          <w:b w:val="0"/>
          <w:i w:val="0"/>
          <w:smallCaps w:val="0"/>
          <w:strike w:val="0"/>
          <w:sz w:val="16"/>
          <w:u w:val="none"/>
        </w:rPr>
        <w:t xml:space="preserve">. The satiated power that Otto von Bismarck spoke of is rare. The German leaders who succeeded him were not satisfied even with being the strongest power in Europe. In their efforts to grow still stronger, </w:t>
      </w:r>
      <w:r>
        <w:rPr>
          <w:b w:val="0"/>
          <w:i w:val="0"/>
          <w:smallCaps w:val="0"/>
          <w:strike w:val="0"/>
          <w:u w:val="single"/>
        </w:rPr>
        <w:t>they produce</w:t>
      </w:r>
      <w:r>
        <w:rPr>
          <w:b w:val="0"/>
          <w:i w:val="0"/>
          <w:smallCaps w:val="0"/>
          <w:strike w:val="0"/>
          <w:sz w:val="16"/>
          <w:u w:val="none"/>
        </w:rPr>
        <w:t xml:space="preserve">d </w:t>
      </w:r>
      <w:r>
        <w:rPr>
          <w:b w:val="0"/>
          <w:i w:val="0"/>
          <w:smallCaps w:val="0"/>
          <w:strike w:val="0"/>
          <w:u w:val="single"/>
        </w:rPr>
        <w:t>coalitions against them, making their fear of “encirclement” a self-fulfilling prophecy.</w:t>
      </w:r>
      <w:r>
        <w:rPr>
          <w:b w:val="0"/>
          <w:i w:val="0"/>
          <w:smallCaps w:val="0"/>
          <w:strike w:val="0"/>
          <w:sz w:val="16"/>
          <w:u w:val="none"/>
        </w:rPr>
        <w:t xml:space="preserve"> BEIJING, CHINA - OCTOBER 20: President of the Philippines Rodrigo Duterte and Chinese President Xi Jinping review the honor guard as they attend a welcoming ceremony at the Great Hall of the People on October 20, 2016 in Beijing, China. Philippine President Rodrigo Duterte is on a four-day state visit to China, his first since taking power in late June, with the aim of improving bilateral relations. (Photo by Thomas Peter-Pool/Getty Images) Give ‘</w:t>
      </w:r>
      <w:r>
        <w:rPr>
          <w:b w:val="0"/>
          <w:i w:val="0"/>
          <w:smallCaps w:val="0"/>
          <w:strike w:val="0"/>
          <w:sz w:val="16"/>
          <w:u w:val="none"/>
        </w:rPr>
        <w:t>em</w:t>
      </w:r>
      <w:r>
        <w:rPr>
          <w:b w:val="0"/>
          <w:i w:val="0"/>
          <w:smallCaps w:val="0"/>
          <w:strike w:val="0"/>
          <w:sz w:val="16"/>
          <w:u w:val="none"/>
        </w:rPr>
        <w:t xml:space="preserve"> an inch, they’ll take a mile This is a common trait of </w:t>
      </w:r>
      <w:r>
        <w:rPr>
          <w:b w:val="0"/>
          <w:i w:val="0"/>
          <w:smallCaps w:val="0"/>
          <w:strike w:val="0"/>
          <w:u w:val="single"/>
        </w:rPr>
        <w:t>rising powers</w:t>
      </w:r>
      <w:r>
        <w:rPr>
          <w:b w:val="0"/>
          <w:i w:val="0"/>
          <w:smallCaps w:val="0"/>
          <w:strike w:val="0"/>
          <w:sz w:val="16"/>
          <w:u w:val="none"/>
        </w:rPr>
        <w:t xml:space="preserve"> — their actions </w:t>
      </w:r>
      <w:r>
        <w:rPr>
          <w:b w:val="0"/>
          <w:i w:val="0"/>
          <w:smallCaps w:val="0"/>
          <w:strike w:val="0"/>
          <w:u w:val="single"/>
        </w:rPr>
        <w:t>produce the very insecurity they claim to want to redress.</w:t>
      </w:r>
      <w:r>
        <w:rPr>
          <w:b w:val="0"/>
          <w:i w:val="0"/>
          <w:smallCaps w:val="0"/>
          <w:strike w:val="0"/>
          <w:sz w:val="16"/>
          <w:u w:val="none"/>
        </w:rPr>
        <w:t xml:space="preserve"> They harbor grievances against the existing order (both Germany and Japan considered themselves the “have-not” nations), but </w:t>
      </w:r>
      <w:r>
        <w:rPr>
          <w:b w:val="0"/>
          <w:i w:val="0"/>
          <w:smallCaps w:val="0"/>
          <w:strike w:val="0"/>
          <w:u w:val="single"/>
        </w:rPr>
        <w:t>their grievances cannot be satisfied so long as the existing order remains in place</w:t>
      </w:r>
      <w:r>
        <w:rPr>
          <w:b w:val="0"/>
          <w:i w:val="0"/>
          <w:smallCaps w:val="0"/>
          <w:strike w:val="0"/>
          <w:sz w:val="16"/>
          <w:u w:val="none"/>
        </w:rPr>
        <w:t xml:space="preserve">. Marginal concession is not enough, but the powers upholding the existing order will not make more than marginal concessions unless they are compelled to by superior strength. Japan, the aggrieved “have-not” nation of the 1930s, did not satisfy itself by taking Manchuria in 1931. Germany, the aggrieved victim of Versailles, did not satisfy itself by bringing the Germans of the Sudetenland back into the fold. They demanded much more, and they could not persuade the democratic powers to give them what they wanted without resorting to war. </w:t>
      </w:r>
      <w:r>
        <w:rPr>
          <w:b/>
          <w:i w:val="0"/>
          <w:smallCaps w:val="0"/>
          <w:strike w:val="0"/>
          <w:sz w:val="24"/>
          <w:highlight w:val="yellow"/>
          <w:u w:val="single"/>
        </w:rPr>
        <w:t>Granting</w:t>
      </w:r>
      <w:r>
        <w:rPr>
          <w:b/>
          <w:i w:val="0"/>
          <w:smallCaps w:val="0"/>
          <w:strike w:val="0"/>
          <w:sz w:val="24"/>
          <w:u w:val="single"/>
        </w:rPr>
        <w:t xml:space="preserve"> the revisionist powers </w:t>
      </w:r>
      <w:r>
        <w:rPr>
          <w:b/>
          <w:i w:val="0"/>
          <w:smallCaps w:val="0"/>
          <w:strike w:val="0"/>
          <w:sz w:val="24"/>
          <w:highlight w:val="yellow"/>
          <w:u w:val="single"/>
        </w:rPr>
        <w:t>spheres of influence</w:t>
      </w:r>
      <w:r>
        <w:rPr>
          <w:b/>
          <w:i w:val="0"/>
          <w:smallCaps w:val="0"/>
          <w:strike w:val="0"/>
          <w:sz w:val="24"/>
          <w:u w:val="single"/>
        </w:rPr>
        <w:t xml:space="preserve"> </w:t>
      </w:r>
      <w:r>
        <w:rPr>
          <w:b/>
          <w:i w:val="0"/>
          <w:smallCaps w:val="0"/>
          <w:strike w:val="0"/>
          <w:sz w:val="24"/>
          <w:highlight w:val="yellow"/>
          <w:u w:val="single"/>
        </w:rPr>
        <w:t>is</w:t>
      </w:r>
      <w:r>
        <w:rPr>
          <w:b/>
          <w:i w:val="0"/>
          <w:smallCaps w:val="0"/>
          <w:strike w:val="0"/>
          <w:sz w:val="24"/>
          <w:u w:val="single"/>
        </w:rPr>
        <w:t xml:space="preserve"> not a recipe for peace and tranquility but rather </w:t>
      </w:r>
      <w:r>
        <w:rPr>
          <w:b/>
          <w:i w:val="0"/>
          <w:smallCaps w:val="0"/>
          <w:strike w:val="0"/>
          <w:sz w:val="24"/>
          <w:highlight w:val="yellow"/>
          <w:u w:val="single"/>
        </w:rPr>
        <w:t>an invitation to inevitable conflict</w:t>
      </w:r>
      <w:r>
        <w:rPr>
          <w:b w:val="0"/>
          <w:i w:val="0"/>
          <w:smallCaps w:val="0"/>
          <w:strike w:val="0"/>
          <w:sz w:val="16"/>
          <w:u w:val="none"/>
        </w:rPr>
        <w:t xml:space="preserve">. Granting the revisionist powers spheres of influence is not a recipe for peace and tranquility but rather an invitation to inevitable conflict. </w:t>
      </w:r>
      <w:r>
        <w:rPr>
          <w:b w:val="0"/>
          <w:i w:val="0"/>
          <w:smallCaps w:val="0"/>
          <w:strike w:val="0"/>
          <w:highlight w:val="yellow"/>
          <w:u w:val="single"/>
        </w:rPr>
        <w:t>Russia’s</w:t>
      </w:r>
      <w:r>
        <w:rPr>
          <w:b w:val="0"/>
          <w:i w:val="0"/>
          <w:smallCaps w:val="0"/>
          <w:strike w:val="0"/>
          <w:sz w:val="16"/>
          <w:u w:val="none"/>
        </w:rPr>
        <w:t xml:space="preserve"> historical </w:t>
      </w:r>
      <w:r>
        <w:rPr>
          <w:b w:val="0"/>
          <w:i w:val="0"/>
          <w:smallCaps w:val="0"/>
          <w:strike w:val="0"/>
          <w:highlight w:val="yellow"/>
          <w:u w:val="single"/>
        </w:rPr>
        <w:t xml:space="preserve">sphere </w:t>
      </w:r>
      <w:r>
        <w:rPr>
          <w:b w:val="0"/>
          <w:i w:val="0"/>
          <w:smallCaps w:val="0"/>
          <w:strike w:val="0"/>
          <w:u w:val="single"/>
        </w:rPr>
        <w:t>of influence</w:t>
      </w:r>
      <w:r>
        <w:rPr>
          <w:b w:val="0"/>
          <w:i w:val="0"/>
          <w:smallCaps w:val="0"/>
          <w:strike w:val="0"/>
          <w:sz w:val="16"/>
          <w:u w:val="none"/>
        </w:rPr>
        <w:t xml:space="preserve"> does not end in Ukraine. It </w:t>
      </w:r>
      <w:r>
        <w:rPr>
          <w:b w:val="0"/>
          <w:i w:val="0"/>
          <w:smallCaps w:val="0"/>
          <w:strike w:val="0"/>
          <w:u w:val="single"/>
        </w:rPr>
        <w:t xml:space="preserve">begins in Ukraine. It </w:t>
      </w:r>
      <w:r>
        <w:rPr>
          <w:b w:val="0"/>
          <w:i w:val="0"/>
          <w:smallCaps w:val="0"/>
          <w:strike w:val="0"/>
          <w:highlight w:val="yellow"/>
          <w:u w:val="single"/>
        </w:rPr>
        <w:t>extends to the Baltic States</w:t>
      </w:r>
      <w:r>
        <w:rPr>
          <w:b w:val="0"/>
          <w:i w:val="0"/>
          <w:smallCaps w:val="0"/>
          <w:strike w:val="0"/>
          <w:u w:val="single"/>
        </w:rPr>
        <w:t xml:space="preserve">, to the Balkans, </w:t>
      </w:r>
      <w:r>
        <w:rPr>
          <w:b w:val="0"/>
          <w:i w:val="0"/>
          <w:smallCaps w:val="0"/>
          <w:strike w:val="0"/>
          <w:highlight w:val="yellow"/>
          <w:u w:val="single"/>
        </w:rPr>
        <w:t>and to the heart of Central Europe</w:t>
      </w:r>
      <w:r>
        <w:rPr>
          <w:b w:val="0"/>
          <w:i w:val="0"/>
          <w:smallCaps w:val="0"/>
          <w:strike w:val="0"/>
          <w:sz w:val="16"/>
          <w:u w:val="none"/>
        </w:rPr>
        <w:t xml:space="preserve">. And </w:t>
      </w:r>
      <w:r>
        <w:rPr>
          <w:b w:val="0"/>
          <w:i w:val="0"/>
          <w:smallCaps w:val="0"/>
          <w:strike w:val="0"/>
          <w:highlight w:val="yellow"/>
          <w:u w:val="single"/>
        </w:rPr>
        <w:t>within</w:t>
      </w:r>
      <w:r>
        <w:rPr>
          <w:b w:val="0"/>
          <w:i w:val="0"/>
          <w:smallCaps w:val="0"/>
          <w:strike w:val="0"/>
          <w:u w:val="single"/>
        </w:rPr>
        <w:t xml:space="preserve"> </w:t>
      </w:r>
      <w:r>
        <w:rPr>
          <w:b w:val="0"/>
          <w:i w:val="0"/>
          <w:smallCaps w:val="0"/>
          <w:strike w:val="0"/>
          <w:highlight w:val="yellow"/>
          <w:u w:val="single"/>
        </w:rPr>
        <w:t>Russia’s</w:t>
      </w:r>
      <w:r>
        <w:rPr>
          <w:b w:val="0"/>
          <w:i w:val="0"/>
          <w:smallCaps w:val="0"/>
          <w:strike w:val="0"/>
          <w:sz w:val="16"/>
          <w:u w:val="none"/>
        </w:rPr>
        <w:t xml:space="preserve"> traditional </w:t>
      </w:r>
      <w:r>
        <w:rPr>
          <w:b w:val="0"/>
          <w:i w:val="0"/>
          <w:smallCaps w:val="0"/>
          <w:strike w:val="0"/>
          <w:highlight w:val="yellow"/>
          <w:u w:val="single"/>
        </w:rPr>
        <w:t>sphere</w:t>
      </w:r>
      <w:r>
        <w:rPr>
          <w:b w:val="0"/>
          <w:i w:val="0"/>
          <w:smallCaps w:val="0"/>
          <w:strike w:val="0"/>
          <w:u w:val="single"/>
        </w:rPr>
        <w:t xml:space="preserve"> of influence</w:t>
      </w:r>
      <w:r>
        <w:rPr>
          <w:b w:val="0"/>
          <w:i w:val="0"/>
          <w:smallCaps w:val="0"/>
          <w:strike w:val="0"/>
          <w:sz w:val="16"/>
          <w:u w:val="none"/>
        </w:rPr>
        <w:t xml:space="preserve">, </w:t>
      </w:r>
      <w:r>
        <w:rPr>
          <w:b/>
          <w:i w:val="0"/>
          <w:smallCaps w:val="0"/>
          <w:strike w:val="0"/>
          <w:u w:val="single"/>
        </w:rPr>
        <w:t xml:space="preserve">other </w:t>
      </w:r>
      <w:r>
        <w:rPr>
          <w:b/>
          <w:i w:val="0"/>
          <w:smallCaps w:val="0"/>
          <w:strike w:val="0"/>
          <w:highlight w:val="yellow"/>
          <w:u w:val="single"/>
        </w:rPr>
        <w:t>nations do not enjoy autonomy</w:t>
      </w:r>
      <w:r>
        <w:rPr>
          <w:b/>
          <w:i w:val="0"/>
          <w:smallCaps w:val="0"/>
          <w:strike w:val="0"/>
          <w:u w:val="single"/>
        </w:rPr>
        <w:t xml:space="preserve"> </w:t>
      </w:r>
      <w:r>
        <w:rPr>
          <w:b/>
          <w:i w:val="0"/>
          <w:smallCaps w:val="0"/>
          <w:strike w:val="0"/>
          <w:highlight w:val="yellow"/>
          <w:u w:val="single"/>
        </w:rPr>
        <w:t>or</w:t>
      </w:r>
      <w:r>
        <w:rPr>
          <w:b/>
          <w:i w:val="0"/>
          <w:smallCaps w:val="0"/>
          <w:strike w:val="0"/>
          <w:u w:val="single"/>
        </w:rPr>
        <w:t xml:space="preserve"> even </w:t>
      </w:r>
      <w:r>
        <w:rPr>
          <w:b/>
          <w:i w:val="0"/>
          <w:smallCaps w:val="0"/>
          <w:strike w:val="0"/>
          <w:highlight w:val="yellow"/>
          <w:u w:val="single"/>
        </w:rPr>
        <w:t>sovereignty</w:t>
      </w:r>
      <w:r>
        <w:rPr>
          <w:b w:val="0"/>
          <w:i w:val="0"/>
          <w:smallCaps w:val="0"/>
          <w:strike w:val="0"/>
          <w:sz w:val="16"/>
          <w:u w:val="none"/>
        </w:rPr>
        <w:t xml:space="preserve">. There was no independent Poland under the Russian Empire nor under the Soviet Union. </w:t>
      </w:r>
      <w:r>
        <w:rPr>
          <w:b w:val="0"/>
          <w:i w:val="0"/>
          <w:smallCaps w:val="0"/>
          <w:strike w:val="0"/>
          <w:u w:val="single"/>
        </w:rPr>
        <w:t>For China to gain its desired sphere of influence</w:t>
      </w:r>
      <w:r>
        <w:rPr>
          <w:b w:val="0"/>
          <w:i w:val="0"/>
          <w:smallCaps w:val="0"/>
          <w:strike w:val="0"/>
          <w:sz w:val="16"/>
          <w:u w:val="none"/>
        </w:rPr>
        <w:t xml:space="preserve"> in East Asia </w:t>
      </w:r>
      <w:r>
        <w:rPr>
          <w:b w:val="0"/>
          <w:i w:val="0"/>
          <w:smallCaps w:val="0"/>
          <w:strike w:val="0"/>
          <w:u w:val="single"/>
        </w:rPr>
        <w:t>will mean that, when it chooses, it can close the region off to the United States</w:t>
      </w:r>
      <w:r>
        <w:rPr>
          <w:b w:val="0"/>
          <w:i w:val="0"/>
          <w:smallCaps w:val="0"/>
          <w:strike w:val="0"/>
          <w:sz w:val="16"/>
          <w:u w:val="none"/>
        </w:rPr>
        <w:t xml:space="preserve"> — not only militarily but politically and economically, too. China will, of course, inevitably exercise great sway in its own region, as will Russia. </w:t>
      </w:r>
      <w:r>
        <w:rPr>
          <w:b w:val="0"/>
          <w:i w:val="0"/>
          <w:smallCaps w:val="0"/>
          <w:strike w:val="0"/>
          <w:u w:val="single"/>
        </w:rPr>
        <w:t>The United States cannot and should not prevent China from being an economic powerhouse. Nor should it wish for the collapse of Russia</w:t>
      </w:r>
      <w:r>
        <w:rPr>
          <w:b w:val="0"/>
          <w:i w:val="0"/>
          <w:smallCaps w:val="0"/>
          <w:strike w:val="0"/>
          <w:sz w:val="16"/>
          <w:u w:val="none"/>
        </w:rPr>
        <w:t xml:space="preserve">. </w:t>
      </w:r>
      <w:r>
        <w:rPr>
          <w:b/>
          <w:i w:val="0"/>
          <w:smallCaps w:val="0"/>
          <w:strike w:val="0"/>
          <w:u w:val="single"/>
        </w:rPr>
        <w:t>The United States should even welcome competition</w:t>
      </w:r>
      <w:r>
        <w:rPr>
          <w:b w:val="0"/>
          <w:i w:val="0"/>
          <w:smallCaps w:val="0"/>
          <w:strike w:val="0"/>
          <w:sz w:val="16"/>
          <w:u w:val="none"/>
        </w:rPr>
        <w:t xml:space="preserve"> of a certain kind. Great powers compete across multiple planes — economic, ideological, and political, as well as military. Competition in most spheres is necessary and even healthy. </w:t>
      </w:r>
      <w:r>
        <w:rPr>
          <w:b w:val="0"/>
          <w:i w:val="0"/>
          <w:smallCaps w:val="0"/>
          <w:strike w:val="0"/>
          <w:u w:val="single"/>
        </w:rPr>
        <w:t xml:space="preserve">Within the liberal order, China can compete economically and successfully with the United </w:t>
      </w:r>
      <w:r>
        <w:rPr>
          <w:b w:val="0"/>
          <w:i w:val="0"/>
          <w:smallCaps w:val="0"/>
          <w:strike w:val="0"/>
          <w:u w:val="single"/>
        </w:rPr>
        <w:t>States</w:t>
      </w:r>
      <w:r>
        <w:rPr>
          <w:b w:val="0"/>
          <w:i w:val="0"/>
          <w:smallCaps w:val="0"/>
          <w:strike w:val="0"/>
          <w:sz w:val="16"/>
          <w:u w:val="none"/>
        </w:rPr>
        <w:t xml:space="preserve">; </w:t>
      </w:r>
      <w:r>
        <w:rPr>
          <w:b w:val="0"/>
          <w:i w:val="0"/>
          <w:smallCaps w:val="0"/>
          <w:strike w:val="0"/>
          <w:u w:val="single"/>
        </w:rPr>
        <w:t>Russia can thrive in the international economic order</w:t>
      </w:r>
      <w:r>
        <w:rPr>
          <w:b w:val="0"/>
          <w:i w:val="0"/>
          <w:smallCaps w:val="0"/>
          <w:strike w:val="0"/>
          <w:sz w:val="16"/>
          <w:u w:val="none"/>
        </w:rPr>
        <w:t xml:space="preserve"> upheld by the democratic system, even if it is not itself democratic. </w:t>
      </w:r>
      <w:r>
        <w:rPr>
          <w:b/>
          <w:i w:val="0"/>
          <w:smallCaps w:val="0"/>
          <w:strike w:val="0"/>
          <w:u w:val="single"/>
        </w:rPr>
        <w:t>But military and strategic competition is different.</w:t>
      </w:r>
      <w:r>
        <w:rPr>
          <w:b w:val="0"/>
          <w:i w:val="0"/>
          <w:smallCaps w:val="0"/>
          <w:strike w:val="0"/>
          <w:sz w:val="16"/>
          <w:u w:val="none"/>
        </w:rPr>
        <w:t xml:space="preserve"> The security situation undergirds everything else. It remains true today as it has since World War II that </w:t>
      </w:r>
      <w:r>
        <w:rPr>
          <w:b/>
          <w:i w:val="0"/>
          <w:smallCaps w:val="0"/>
          <w:strike w:val="0"/>
          <w:highlight w:val="yellow"/>
          <w:u w:val="single"/>
        </w:rPr>
        <w:t>only the</w:t>
      </w:r>
      <w:r>
        <w:rPr>
          <w:b/>
          <w:i w:val="0"/>
          <w:smallCaps w:val="0"/>
          <w:strike w:val="0"/>
          <w:u w:val="single"/>
        </w:rPr>
        <w:t xml:space="preserve"> </w:t>
      </w:r>
      <w:r>
        <w:rPr>
          <w:b/>
          <w:i w:val="0"/>
          <w:smallCaps w:val="0"/>
          <w:strike w:val="0"/>
          <w:highlight w:val="yellow"/>
          <w:u w:val="single"/>
        </w:rPr>
        <w:t>U</w:t>
      </w:r>
      <w:r>
        <w:rPr>
          <w:b/>
          <w:i w:val="0"/>
          <w:smallCaps w:val="0"/>
          <w:strike w:val="0"/>
          <w:u w:val="single"/>
        </w:rPr>
        <w:t xml:space="preserve">nited </w:t>
      </w:r>
      <w:r>
        <w:rPr>
          <w:b/>
          <w:i w:val="0"/>
          <w:smallCaps w:val="0"/>
          <w:strike w:val="0"/>
          <w:highlight w:val="yellow"/>
          <w:u w:val="single"/>
        </w:rPr>
        <w:t>S</w:t>
      </w:r>
      <w:r>
        <w:rPr>
          <w:b/>
          <w:i w:val="0"/>
          <w:smallCaps w:val="0"/>
          <w:strike w:val="0"/>
          <w:u w:val="single"/>
        </w:rPr>
        <w:t xml:space="preserve">tates </w:t>
      </w:r>
      <w:r>
        <w:rPr>
          <w:b/>
          <w:i w:val="0"/>
          <w:smallCaps w:val="0"/>
          <w:strike w:val="0"/>
          <w:highlight w:val="yellow"/>
          <w:u w:val="single"/>
        </w:rPr>
        <w:t>has the capacity</w:t>
      </w:r>
      <w:r>
        <w:rPr>
          <w:b/>
          <w:i w:val="0"/>
          <w:smallCaps w:val="0"/>
          <w:strike w:val="0"/>
          <w:u w:val="single"/>
        </w:rPr>
        <w:t xml:space="preserve"> and the unique geographical advantages </w:t>
      </w:r>
      <w:r>
        <w:rPr>
          <w:b/>
          <w:i w:val="0"/>
          <w:smallCaps w:val="0"/>
          <w:strike w:val="0"/>
          <w:highlight w:val="yellow"/>
          <w:u w:val="single"/>
        </w:rPr>
        <w:t>to provide global security and</w:t>
      </w:r>
      <w:r>
        <w:rPr>
          <w:b/>
          <w:i w:val="0"/>
          <w:smallCaps w:val="0"/>
          <w:strike w:val="0"/>
          <w:u w:val="single"/>
        </w:rPr>
        <w:t xml:space="preserve"> relative </w:t>
      </w:r>
      <w:r>
        <w:rPr>
          <w:b/>
          <w:i w:val="0"/>
          <w:smallCaps w:val="0"/>
          <w:strike w:val="0"/>
          <w:highlight w:val="yellow"/>
          <w:u w:val="single"/>
        </w:rPr>
        <w:t>stability</w:t>
      </w:r>
      <w:r>
        <w:rPr>
          <w:b w:val="0"/>
          <w:i w:val="0"/>
          <w:smallCaps w:val="0"/>
          <w:strike w:val="0"/>
          <w:sz w:val="16"/>
          <w:u w:val="none"/>
        </w:rPr>
        <w:t xml:space="preserve">. There is no stable balance of power in Europe or Asia without the United States. And while we can talk about </w:t>
      </w:r>
      <w:r>
        <w:rPr>
          <w:b w:val="0"/>
          <w:i w:val="0"/>
          <w:smallCaps w:val="0"/>
          <w:strike w:val="0"/>
          <w:u w:val="single"/>
        </w:rPr>
        <w:t>“soft power” and “smart power,”</w:t>
      </w:r>
      <w:r>
        <w:rPr>
          <w:b w:val="0"/>
          <w:i w:val="0"/>
          <w:smallCaps w:val="0"/>
          <w:strike w:val="0"/>
          <w:sz w:val="16"/>
          <w:u w:val="none"/>
        </w:rPr>
        <w:t xml:space="preserve"> they have been and </w:t>
      </w:r>
      <w:r>
        <w:rPr>
          <w:b w:val="0"/>
          <w:i w:val="0"/>
          <w:smallCaps w:val="0"/>
          <w:strike w:val="0"/>
          <w:u w:val="single"/>
        </w:rPr>
        <w:t>always will be of limited value when confronting raw military power.</w:t>
      </w:r>
      <w:r>
        <w:rPr>
          <w:b w:val="0"/>
          <w:i w:val="0"/>
          <w:smallCaps w:val="0"/>
          <w:strike w:val="0"/>
          <w:sz w:val="16"/>
          <w:u w:val="none"/>
        </w:rPr>
        <w:t xml:space="preserve"> Despite all of the loose talk of American decline, </w:t>
      </w:r>
      <w:r>
        <w:rPr>
          <w:b w:val="0"/>
          <w:i w:val="0"/>
          <w:smallCaps w:val="0"/>
          <w:strike w:val="0"/>
          <w:u w:val="single"/>
        </w:rPr>
        <w:t>it is in the military realm where U.S. advantages remain clearest</w:t>
      </w:r>
      <w:r>
        <w:rPr>
          <w:b w:val="0"/>
          <w:i w:val="0"/>
          <w:smallCaps w:val="0"/>
          <w:strike w:val="0"/>
          <w:sz w:val="16"/>
          <w:u w:val="none"/>
        </w:rPr>
        <w:t xml:space="preserve">. Even in other great powers’ backyards, the United States retains the capacity, along with its powerful allies, to deter challenges to the security order. But </w:t>
      </w:r>
      <w:r>
        <w:rPr>
          <w:b/>
          <w:i w:val="0"/>
          <w:smallCaps w:val="0"/>
          <w:strike w:val="0"/>
          <w:highlight w:val="yellow"/>
          <w:u w:val="single"/>
        </w:rPr>
        <w:t>without</w:t>
      </w:r>
      <w:r>
        <w:rPr>
          <w:b/>
          <w:i w:val="0"/>
          <w:smallCaps w:val="0"/>
          <w:strike w:val="0"/>
          <w:u w:val="single"/>
        </w:rPr>
        <w:t xml:space="preserve"> a U.S. </w:t>
      </w:r>
      <w:r>
        <w:rPr>
          <w:b/>
          <w:i w:val="0"/>
          <w:smallCaps w:val="0"/>
          <w:strike w:val="0"/>
          <w:highlight w:val="yellow"/>
          <w:u w:val="single"/>
        </w:rPr>
        <w:t>willingness to maintain the balance</w:t>
      </w:r>
      <w:r>
        <w:rPr>
          <w:b/>
          <w:i w:val="0"/>
          <w:smallCaps w:val="0"/>
          <w:strike w:val="0"/>
          <w:u w:val="single"/>
        </w:rPr>
        <w:t xml:space="preserve"> in far-flung regions of the world</w:t>
      </w:r>
      <w:r>
        <w:rPr>
          <w:b w:val="0"/>
          <w:i w:val="0"/>
          <w:smallCaps w:val="0"/>
          <w:strike w:val="0"/>
          <w:sz w:val="16"/>
          <w:u w:val="none"/>
        </w:rPr>
        <w:t xml:space="preserve">, </w:t>
      </w:r>
      <w:r>
        <w:rPr>
          <w:b w:val="0"/>
          <w:i w:val="0"/>
          <w:smallCaps w:val="0"/>
          <w:strike w:val="0"/>
          <w:highlight w:val="yellow"/>
          <w:u w:val="single"/>
        </w:rPr>
        <w:t>the system will buckle</w:t>
      </w:r>
      <w:r>
        <w:rPr>
          <w:b w:val="0"/>
          <w:i w:val="0"/>
          <w:smallCaps w:val="0"/>
          <w:strike w:val="0"/>
          <w:u w:val="single"/>
        </w:rPr>
        <w:t xml:space="preserve"> </w:t>
      </w:r>
      <w:r>
        <w:rPr>
          <w:b w:val="0"/>
          <w:i w:val="0"/>
          <w:smallCaps w:val="0"/>
          <w:strike w:val="0"/>
          <w:highlight w:val="yellow"/>
          <w:u w:val="single"/>
        </w:rPr>
        <w:t>under</w:t>
      </w:r>
      <w:r>
        <w:rPr>
          <w:b w:val="0"/>
          <w:i w:val="0"/>
          <w:smallCaps w:val="0"/>
          <w:strike w:val="0"/>
          <w:sz w:val="16"/>
          <w:u w:val="none"/>
        </w:rPr>
        <w:t xml:space="preserve"> the </w:t>
      </w:r>
      <w:r>
        <w:rPr>
          <w:b w:val="0"/>
          <w:i w:val="0"/>
          <w:smallCaps w:val="0"/>
          <w:strike w:val="0"/>
          <w:highlight w:val="yellow"/>
          <w:u w:val="single"/>
        </w:rPr>
        <w:t>unrestrained military competition</w:t>
      </w:r>
      <w:r>
        <w:rPr>
          <w:b w:val="0"/>
          <w:i w:val="0"/>
          <w:smallCaps w:val="0"/>
          <w:strike w:val="0"/>
          <w:sz w:val="16"/>
          <w:highlight w:val="yellow"/>
          <w:u w:val="none"/>
        </w:rPr>
        <w:t xml:space="preserve"> </w:t>
      </w:r>
      <w:r>
        <w:rPr>
          <w:b w:val="0"/>
          <w:i w:val="0"/>
          <w:smallCaps w:val="0"/>
          <w:strike w:val="0"/>
          <w:highlight w:val="yellow"/>
          <w:u w:val="single"/>
        </w:rPr>
        <w:t>of regional powers</w:t>
      </w:r>
      <w:r>
        <w:rPr>
          <w:b w:val="0"/>
          <w:i w:val="0"/>
          <w:smallCaps w:val="0"/>
          <w:strike w:val="0"/>
          <w:sz w:val="16"/>
          <w:u w:val="none"/>
        </w:rPr>
        <w:t xml:space="preserve">. Part of that willingness entails defense spending commensurate with America’s continuing global role. </w:t>
      </w:r>
      <w:r>
        <w:rPr>
          <w:b/>
          <w:i w:val="0"/>
          <w:smallCaps w:val="0"/>
          <w:strike w:val="0"/>
          <w:sz w:val="24"/>
          <w:u w:val="single"/>
        </w:rPr>
        <w:t xml:space="preserve">For the United States </w:t>
      </w:r>
      <w:r>
        <w:rPr>
          <w:b/>
          <w:i w:val="0"/>
          <w:smallCaps w:val="0"/>
          <w:strike w:val="0"/>
          <w:sz w:val="24"/>
          <w:highlight w:val="yellow"/>
          <w:u w:val="single"/>
        </w:rPr>
        <w:t>to accept a return to spheres of influence</w:t>
      </w:r>
      <w:r>
        <w:rPr>
          <w:b w:val="0"/>
          <w:i w:val="0"/>
          <w:smallCaps w:val="0"/>
          <w:strike w:val="0"/>
          <w:sz w:val="16"/>
          <w:u w:val="none"/>
        </w:rPr>
        <w:t xml:space="preserve"> would not calm the international waters. It </w:t>
      </w:r>
      <w:r>
        <w:rPr>
          <w:b/>
          <w:i w:val="0"/>
          <w:smallCaps w:val="0"/>
          <w:strike w:val="0"/>
          <w:sz w:val="24"/>
          <w:highlight w:val="yellow"/>
          <w:u w:val="single"/>
        </w:rPr>
        <w:t>would</w:t>
      </w:r>
      <w:r>
        <w:rPr>
          <w:b/>
          <w:i w:val="0"/>
          <w:smallCaps w:val="0"/>
          <w:strike w:val="0"/>
          <w:sz w:val="24"/>
          <w:u w:val="single"/>
        </w:rPr>
        <w:t xml:space="preserve"> merely </w:t>
      </w:r>
      <w:r>
        <w:rPr>
          <w:b/>
          <w:i w:val="0"/>
          <w:smallCaps w:val="0"/>
          <w:strike w:val="0"/>
          <w:sz w:val="24"/>
          <w:highlight w:val="yellow"/>
          <w:u w:val="single"/>
        </w:rPr>
        <w:t>return the world to</w:t>
      </w:r>
      <w:r>
        <w:rPr>
          <w:b/>
          <w:i w:val="0"/>
          <w:smallCaps w:val="0"/>
          <w:strike w:val="0"/>
          <w:sz w:val="24"/>
          <w:u w:val="single"/>
        </w:rPr>
        <w:t xml:space="preserve"> </w:t>
      </w:r>
      <w:r>
        <w:rPr>
          <w:b w:val="0"/>
          <w:i w:val="0"/>
          <w:smallCaps w:val="0"/>
          <w:strike w:val="0"/>
          <w:sz w:val="16"/>
          <w:u w:val="none"/>
        </w:rPr>
        <w:t xml:space="preserve">the condition it was in at the end of the 19th century, with </w:t>
      </w:r>
      <w:r>
        <w:rPr>
          <w:b/>
          <w:i w:val="0"/>
          <w:smallCaps w:val="0"/>
          <w:strike w:val="0"/>
          <w:sz w:val="24"/>
          <w:highlight w:val="yellow"/>
          <w:u w:val="single"/>
        </w:rPr>
        <w:t>competing great powers clashing</w:t>
      </w:r>
      <w:r>
        <w:rPr>
          <w:b/>
          <w:i w:val="0"/>
          <w:smallCaps w:val="0"/>
          <w:strike w:val="0"/>
          <w:sz w:val="24"/>
          <w:u w:val="single"/>
        </w:rPr>
        <w:t xml:space="preserve"> over inevitably intersecting and overlapping spheres</w:t>
      </w:r>
      <w:r>
        <w:rPr>
          <w:b w:val="0"/>
          <w:i w:val="0"/>
          <w:smallCaps w:val="0"/>
          <w:strike w:val="0"/>
          <w:sz w:val="16"/>
          <w:u w:val="none"/>
        </w:rPr>
        <w:t xml:space="preserve">. </w:t>
      </w:r>
      <w:r>
        <w:rPr>
          <w:b/>
          <w:i w:val="0"/>
          <w:smallCaps w:val="0"/>
          <w:strike w:val="0"/>
          <w:sz w:val="26"/>
          <w:highlight w:val="yellow"/>
          <w:u w:val="single"/>
        </w:rPr>
        <w:t>These</w:t>
      </w:r>
      <w:r>
        <w:rPr>
          <w:b/>
          <w:i w:val="0"/>
          <w:smallCaps w:val="0"/>
          <w:strike w:val="0"/>
          <w:sz w:val="26"/>
          <w:u w:val="single"/>
        </w:rPr>
        <w:t xml:space="preserve"> unsettled, disordered </w:t>
      </w:r>
      <w:r>
        <w:rPr>
          <w:b/>
          <w:i w:val="0"/>
          <w:smallCaps w:val="0"/>
          <w:strike w:val="0"/>
          <w:sz w:val="26"/>
          <w:highlight w:val="yellow"/>
          <w:u w:val="single"/>
        </w:rPr>
        <w:t>conditions produced the fertile ground for the</w:t>
      </w:r>
      <w:r>
        <w:rPr>
          <w:b/>
          <w:i w:val="0"/>
          <w:smallCaps w:val="0"/>
          <w:strike w:val="0"/>
          <w:sz w:val="26"/>
          <w:u w:val="single"/>
        </w:rPr>
        <w:t xml:space="preserve"> two destructive </w:t>
      </w:r>
      <w:r>
        <w:rPr>
          <w:b/>
          <w:i w:val="0"/>
          <w:smallCaps w:val="0"/>
          <w:strike w:val="0"/>
          <w:sz w:val="26"/>
          <w:highlight w:val="yellow"/>
          <w:u w:val="single"/>
        </w:rPr>
        <w:t>world wars</w:t>
      </w:r>
      <w:r>
        <w:rPr>
          <w:b w:val="0"/>
          <w:i w:val="0"/>
          <w:smallCaps w:val="0"/>
          <w:strike w:val="0"/>
          <w:sz w:val="16"/>
          <w:u w:val="none"/>
        </w:rPr>
        <w:t xml:space="preserve"> of the first half of the 20th century. The collapse of the British-dominated world order on the oceans, the disruption of the uneasy balance of power on the European continent as a powerful unified Germany took shape, </w:t>
      </w:r>
      <w:r>
        <w:rPr>
          <w:b w:val="0"/>
          <w:i w:val="0"/>
          <w:smallCaps w:val="0"/>
          <w:strike w:val="0"/>
          <w:highlight w:val="yellow"/>
          <w:u w:val="single"/>
        </w:rPr>
        <w:t>and</w:t>
      </w:r>
      <w:r>
        <w:rPr>
          <w:b w:val="0"/>
          <w:i w:val="0"/>
          <w:smallCaps w:val="0"/>
          <w:strike w:val="0"/>
          <w:sz w:val="16"/>
          <w:u w:val="none"/>
        </w:rPr>
        <w:t xml:space="preserve"> the rise of Japanese power in East Asia all contributed to </w:t>
      </w:r>
      <w:r>
        <w:rPr>
          <w:b w:val="0"/>
          <w:i w:val="0"/>
          <w:smallCaps w:val="0"/>
          <w:strike w:val="0"/>
          <w:u w:val="single"/>
        </w:rPr>
        <w:t>a highly competitive international environment in which dissatisfied great powers took the opportunity to pursue their ambitions in the absence of any power or group of powers to unite in checking them</w:t>
      </w:r>
      <w:r>
        <w:rPr>
          <w:b w:val="0"/>
          <w:i w:val="0"/>
          <w:smallCaps w:val="0"/>
          <w:strike w:val="0"/>
          <w:sz w:val="16"/>
          <w:u w:val="none"/>
        </w:rPr>
        <w:t xml:space="preserve">. </w:t>
      </w:r>
      <w:r>
        <w:rPr>
          <w:b w:val="0"/>
          <w:i w:val="0"/>
          <w:smallCaps w:val="0"/>
          <w:strike w:val="0"/>
          <w:u w:val="single"/>
        </w:rPr>
        <w:t>The result</w:t>
      </w:r>
      <w:r>
        <w:rPr>
          <w:b w:val="0"/>
          <w:i w:val="0"/>
          <w:smallCaps w:val="0"/>
          <w:strike w:val="0"/>
          <w:sz w:val="16"/>
          <w:u w:val="none"/>
        </w:rPr>
        <w:t xml:space="preserve"> </w:t>
      </w:r>
      <w:r>
        <w:rPr>
          <w:b w:val="0"/>
          <w:i w:val="0"/>
          <w:smallCaps w:val="0"/>
          <w:strike w:val="0"/>
          <w:u w:val="single"/>
        </w:rPr>
        <w:t>was</w:t>
      </w:r>
      <w:r>
        <w:rPr>
          <w:b w:val="0"/>
          <w:i w:val="0"/>
          <w:smallCaps w:val="0"/>
          <w:strike w:val="0"/>
          <w:sz w:val="16"/>
          <w:u w:val="none"/>
        </w:rPr>
        <w:t xml:space="preserve"> an </w:t>
      </w:r>
      <w:r>
        <w:rPr>
          <w:b/>
          <w:i w:val="0"/>
          <w:smallCaps w:val="0"/>
          <w:strike w:val="0"/>
          <w:sz w:val="24"/>
          <w:highlight w:val="yellow"/>
          <w:u w:val="single"/>
        </w:rPr>
        <w:t>unprecedented global calamity and death on an epic scale</w:t>
      </w:r>
      <w:r>
        <w:rPr>
          <w:b w:val="0"/>
          <w:i w:val="0"/>
          <w:smallCaps w:val="0"/>
          <w:strike w:val="0"/>
          <w:sz w:val="16"/>
          <w:highlight w:val="yellow"/>
          <w:u w:val="none"/>
        </w:rPr>
        <w:t>.</w:t>
      </w:r>
      <w:r>
        <w:rPr>
          <w:b w:val="0"/>
          <w:i w:val="0"/>
          <w:smallCaps w:val="0"/>
          <w:strike w:val="0"/>
          <w:sz w:val="16"/>
          <w:u w:val="none"/>
        </w:rPr>
        <w:t xml:space="preserve"> It has been the great accomplishment of the U.S.-led world order in the 70 years since the end of World War II that this kind of competition has been held in check and great power conflicts have been avoided. </w:t>
      </w:r>
      <w:r>
        <w:rPr>
          <w:b w:val="0"/>
          <w:i w:val="0"/>
          <w:smallCaps w:val="0"/>
          <w:strike w:val="0"/>
          <w:u w:val="single"/>
        </w:rPr>
        <w:t>It will be more than a shame if Americans were to destroy what they created</w:t>
      </w:r>
      <w:r>
        <w:rPr>
          <w:b w:val="0"/>
          <w:i w:val="0"/>
          <w:smallCaps w:val="0"/>
          <w:strike w:val="0"/>
          <w:sz w:val="16"/>
          <w:u w:val="none"/>
        </w:rPr>
        <w:t xml:space="preserve"> — </w:t>
      </w:r>
      <w:r>
        <w:rPr>
          <w:b w:val="0"/>
          <w:i w:val="0"/>
          <w:smallCaps w:val="0"/>
          <w:strike w:val="0"/>
          <w:u w:val="single"/>
        </w:rPr>
        <w:t>and not because it was no longer possible to sustain but simply because they chose to stop trying.</w:t>
      </w:r>
    </w:p>
    <w:p>
      <w:pPr>
        <w:pStyle w:val="Caption"/>
      </w:pPr>
      <w:r>
        <w:t>Source: Aff - Trademark Trolls - MSDI 2024 · SDI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