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8"/>
          <w:u w:val="none"/>
        </w:rPr>
        <w:t xml:space="preserve">Retrenchment causes </w:t>
      </w:r>
      <w:r>
        <w:rPr>
          <w:b/>
          <w:i w:val="0"/>
          <w:smallCaps w:val="0"/>
          <w:strike w:val="0"/>
          <w:sz w:val="28"/>
          <w:u w:val="single"/>
        </w:rPr>
        <w:t>nuclear war</w:t>
      </w:r>
      <w:r>
        <w:rPr>
          <w:b/>
          <w:i w:val="0"/>
          <w:smallCaps w:val="0"/>
          <w:strike w:val="0"/>
          <w:sz w:val="28"/>
          <w:u w:val="none"/>
        </w:rPr>
        <w:t xml:space="preserve"> from </w:t>
      </w:r>
      <w:r>
        <w:rPr>
          <w:b/>
          <w:i w:val="0"/>
          <w:smallCaps w:val="0"/>
          <w:strike w:val="0"/>
          <w:sz w:val="28"/>
          <w:u w:val="single"/>
        </w:rPr>
        <w:t>prolif</w:t>
      </w:r>
      <w:r>
        <w:rPr>
          <w:b/>
          <w:i w:val="0"/>
          <w:smallCaps w:val="0"/>
          <w:strike w:val="0"/>
          <w:sz w:val="28"/>
          <w:u w:val="none"/>
        </w:rPr>
        <w:t xml:space="preserve"> and </w:t>
      </w:r>
      <w:r>
        <w:rPr>
          <w:b/>
          <w:i w:val="0"/>
          <w:smallCaps w:val="0"/>
          <w:strike w:val="0"/>
          <w:sz w:val="28"/>
          <w:u w:val="single"/>
        </w:rPr>
        <w:t>deterrence collapse</w:t>
      </w:r>
      <w:r>
        <w:rPr>
          <w:b/>
          <w:i w:val="0"/>
          <w:smallCaps w:val="0"/>
          <w:strike w:val="0"/>
          <w:sz w:val="28"/>
          <w:u w:val="none"/>
        </w:rPr>
        <w:t xml:space="preserve">---the cost of </w:t>
      </w:r>
      <w:r>
        <w:rPr>
          <w:b/>
          <w:i w:val="0"/>
          <w:smallCaps w:val="0"/>
          <w:strike w:val="0"/>
          <w:sz w:val="28"/>
          <w:u w:val="single"/>
        </w:rPr>
        <w:t>balancing alone</w:t>
      </w:r>
      <w:r>
        <w:rPr>
          <w:b/>
          <w:i w:val="0"/>
          <w:smallCaps w:val="0"/>
          <w:strike w:val="0"/>
          <w:sz w:val="28"/>
          <w:u w:val="none"/>
        </w:rPr>
        <w:t xml:space="preserve"> spurs unchecked nationalism and </w:t>
      </w:r>
      <w:r>
        <w:rPr>
          <w:b/>
          <w:i w:val="0"/>
          <w:smallCaps w:val="0"/>
          <w:strike w:val="0"/>
          <w:sz w:val="28"/>
          <w:u w:val="single"/>
        </w:rPr>
        <w:t>guarantees escalation</w:t>
      </w:r>
    </w:p>
    <w:p>
      <w:pPr>
        <w:spacing w:after="80"/>
      </w:pPr>
      <w:r>
        <w:rPr>
          <w:b/>
          <w:i w:val="0"/>
          <w:smallCaps w:val="0"/>
          <w:strike w:val="0"/>
          <w:sz w:val="26"/>
          <w:u w:val="none"/>
        </w:rPr>
        <w:t>Fay 17</w:t>
      </w:r>
      <w:r>
        <w:rPr>
          <w:b w:val="0"/>
          <w:i w:val="0"/>
          <w:smallCaps w:val="0"/>
          <w:strike w:val="0"/>
          <w:u w:val="none"/>
        </w:rPr>
        <w:t xml:space="preserve"> [Mathew, Director of Defense and Foreign Policy Studies The Niskanen Center. "America Unrestrained?: Engagement, Retrenchment, and Libertarian Foreign Policy." 11/16. </w:t>
      </w:r>
      <w:r>
        <w:rPr>
          <w:b w:val="0"/>
          <w:i w:val="0"/>
          <w:smallCaps w:val="0"/>
          <w:strike w:val="0"/>
          <w:u w:val="none"/>
        </w:rPr>
        <w:t>. Page 20-24]</w:t>
      </w:r>
    </w:p>
    <w:p>
      <w:pPr>
        <w:spacing w:after="60"/>
      </w:pPr>
      <w:r>
        <w:rPr>
          <w:b w:val="0"/>
          <w:i w:val="0"/>
          <w:smallCaps w:val="0"/>
          <w:strike w:val="0"/>
          <w:u w:val="single"/>
        </w:rPr>
        <w:t xml:space="preserve">Libertarians assume </w:t>
      </w:r>
      <w:r>
        <w:rPr>
          <w:b w:val="0"/>
          <w:i w:val="0"/>
          <w:smallCaps w:val="0"/>
          <w:strike w:val="0"/>
          <w:sz w:val="16"/>
          <w:u w:val="none"/>
        </w:rPr>
        <w:t xml:space="preserve">that in the absence of an alliance with the United States, </w:t>
      </w:r>
      <w:r>
        <w:rPr>
          <w:b w:val="0"/>
          <w:i w:val="0"/>
          <w:smallCaps w:val="0"/>
          <w:strike w:val="0"/>
          <w:u w:val="single"/>
        </w:rPr>
        <w:t xml:space="preserve">other countries would simply </w:t>
      </w:r>
      <w:r>
        <w:rPr>
          <w:b/>
          <w:i w:val="0"/>
          <w:smallCaps w:val="0"/>
          <w:strike w:val="0"/>
          <w:u w:val="single"/>
        </w:rPr>
        <w:t>increase</w:t>
      </w:r>
      <w:r>
        <w:rPr>
          <w:b w:val="0"/>
          <w:i w:val="0"/>
          <w:smallCaps w:val="0"/>
          <w:strike w:val="0"/>
          <w:u w:val="single"/>
        </w:rPr>
        <w:t xml:space="preserve"> their </w:t>
      </w:r>
      <w:r>
        <w:rPr>
          <w:b/>
          <w:i w:val="0"/>
          <w:smallCaps w:val="0"/>
          <w:strike w:val="0"/>
          <w:u w:val="single"/>
        </w:rPr>
        <w:t>defense spending</w:t>
      </w:r>
      <w:r>
        <w:rPr>
          <w:b w:val="0"/>
          <w:i w:val="0"/>
          <w:smallCaps w:val="0"/>
          <w:strike w:val="0"/>
          <w:sz w:val="16"/>
          <w:u w:val="none"/>
        </w:rPr>
        <w:t xml:space="preserve"> if they felt threatened. However, </w:t>
      </w:r>
      <w:r>
        <w:rPr>
          <w:b/>
          <w:i w:val="0"/>
          <w:smallCaps w:val="0"/>
          <w:strike w:val="0"/>
          <w:u w:val="single"/>
        </w:rPr>
        <w:t xml:space="preserve">internal </w:t>
      </w:r>
      <w:r>
        <w:rPr>
          <w:b/>
          <w:i w:val="0"/>
          <w:smallCaps w:val="0"/>
          <w:strike w:val="0"/>
          <w:highlight w:val="yellow"/>
          <w:u w:val="single"/>
        </w:rPr>
        <w:t>balancing</w:t>
      </w:r>
      <w:r>
        <w:rPr>
          <w:b w:val="0"/>
          <w:i w:val="0"/>
          <w:smallCaps w:val="0"/>
          <w:strike w:val="0"/>
          <w:highlight w:val="yellow"/>
          <w:u w:val="single"/>
        </w:rPr>
        <w:t xml:space="preserve"> is not</w:t>
      </w:r>
      <w:r>
        <w:rPr>
          <w:b w:val="0"/>
          <w:i w:val="0"/>
          <w:smallCaps w:val="0"/>
          <w:strike w:val="0"/>
          <w:u w:val="single"/>
        </w:rPr>
        <w:t xml:space="preserve"> a </w:t>
      </w:r>
      <w:r>
        <w:rPr>
          <w:b/>
          <w:i w:val="0"/>
          <w:smallCaps w:val="0"/>
          <w:strike w:val="0"/>
          <w:highlight w:val="yellow"/>
          <w:u w:val="single"/>
        </w:rPr>
        <w:t>mechanical</w:t>
      </w:r>
      <w:r>
        <w:rPr>
          <w:b/>
          <w:i w:val="0"/>
          <w:smallCaps w:val="0"/>
          <w:strike w:val="0"/>
          <w:u w:val="single"/>
        </w:rPr>
        <w:t xml:space="preserve"> process</w:t>
      </w:r>
      <w:r>
        <w:rPr>
          <w:b w:val="0"/>
          <w:i w:val="0"/>
          <w:smallCaps w:val="0"/>
          <w:strike w:val="0"/>
          <w:sz w:val="16"/>
          <w:u w:val="none"/>
        </w:rPr>
        <w:t xml:space="preserve">. According to John Mearsheimer, </w:t>
      </w:r>
      <w:r>
        <w:rPr>
          <w:b w:val="0"/>
          <w:i w:val="0"/>
          <w:smallCaps w:val="0"/>
          <w:strike w:val="0"/>
          <w:highlight w:val="yellow"/>
          <w:u w:val="single"/>
        </w:rPr>
        <w:t>leaders</w:t>
      </w:r>
      <w:r>
        <w:rPr>
          <w:b w:val="0"/>
          <w:i w:val="0"/>
          <w:smallCaps w:val="0"/>
          <w:strike w:val="0"/>
          <w:u w:val="single"/>
        </w:rPr>
        <w:t xml:space="preserve"> of states facing security competition are likely to </w:t>
      </w:r>
      <w:r>
        <w:rPr>
          <w:b w:val="0"/>
          <w:i w:val="0"/>
          <w:smallCaps w:val="0"/>
          <w:strike w:val="0"/>
          <w:highlight w:val="yellow"/>
          <w:u w:val="single"/>
        </w:rPr>
        <w:t xml:space="preserve">use </w:t>
      </w:r>
      <w:r>
        <w:rPr>
          <w:b/>
          <w:i w:val="0"/>
          <w:smallCaps w:val="0"/>
          <w:strike w:val="0"/>
          <w:highlight w:val="yellow"/>
          <w:u w:val="single"/>
        </w:rPr>
        <w:t>nationalism</w:t>
      </w:r>
      <w:r>
        <w:rPr>
          <w:b w:val="0"/>
          <w:i w:val="0"/>
          <w:smallCaps w:val="0"/>
          <w:strike w:val="0"/>
          <w:sz w:val="16"/>
          <w:u w:val="none"/>
        </w:rPr>
        <w:t xml:space="preserve"> </w:t>
      </w:r>
      <w:r>
        <w:rPr>
          <w:b w:val="0"/>
          <w:i w:val="0"/>
          <w:smallCaps w:val="0"/>
          <w:strike w:val="0"/>
          <w:highlight w:val="yellow"/>
          <w:u w:val="single"/>
        </w:rPr>
        <w:t>to garner support</w:t>
      </w:r>
      <w:r>
        <w:rPr>
          <w:b w:val="0"/>
          <w:i w:val="0"/>
          <w:smallCaps w:val="0"/>
          <w:strike w:val="0"/>
          <w:u w:val="single"/>
        </w:rPr>
        <w:t xml:space="preserve"> from their populations </w:t>
      </w:r>
      <w:r>
        <w:rPr>
          <w:b w:val="0"/>
          <w:i w:val="0"/>
          <w:smallCaps w:val="0"/>
          <w:strike w:val="0"/>
          <w:highlight w:val="yellow"/>
          <w:u w:val="single"/>
        </w:rPr>
        <w:t>for</w:t>
      </w:r>
      <w:r>
        <w:rPr>
          <w:b w:val="0"/>
          <w:i w:val="0"/>
          <w:smallCaps w:val="0"/>
          <w:strike w:val="0"/>
          <w:u w:val="single"/>
        </w:rPr>
        <w:t xml:space="preserve"> the necessary </w:t>
      </w:r>
      <w:r>
        <w:rPr>
          <w:b/>
          <w:i w:val="0"/>
          <w:smallCaps w:val="0"/>
          <w:strike w:val="0"/>
          <w:u w:val="single"/>
        </w:rPr>
        <w:t>regeneration</w:t>
      </w:r>
      <w:r>
        <w:rPr>
          <w:b w:val="0"/>
          <w:i w:val="0"/>
          <w:smallCaps w:val="0"/>
          <w:strike w:val="0"/>
          <w:u w:val="single"/>
        </w:rPr>
        <w:t xml:space="preserve"> of </w:t>
      </w:r>
      <w:r>
        <w:rPr>
          <w:b/>
          <w:i w:val="0"/>
          <w:smallCaps w:val="0"/>
          <w:strike w:val="0"/>
          <w:highlight w:val="yellow"/>
          <w:u w:val="single"/>
        </w:rPr>
        <w:t>military capabilities</w:t>
      </w:r>
      <w:r>
        <w:rPr>
          <w:b w:val="0"/>
          <w:i w:val="0"/>
          <w:smallCaps w:val="0"/>
          <w:strike w:val="0"/>
          <w:sz w:val="16"/>
          <w:u w:val="none"/>
        </w:rPr>
        <w:t>.87 Writing at the end of the Cold War, Mearsheimer suggested that Europe would revert to a pattern of recurrent warfare. The absence of the United States and the Soviet Union would leave Europe, once again, an anarchic multipolar system. The structure of the system would force the states to compete with one another, as they had prior to the Cold War. Mearsheimer argued that pre-1945 “</w:t>
      </w:r>
      <w:r>
        <w:rPr>
          <w:b w:val="0"/>
          <w:i w:val="0"/>
          <w:smallCaps w:val="0"/>
          <w:strike w:val="0"/>
          <w:sz w:val="16"/>
          <w:u w:val="none"/>
        </w:rPr>
        <w:t>hypernationalism</w:t>
      </w:r>
      <w:r>
        <w:rPr>
          <w:b w:val="0"/>
          <w:i w:val="0"/>
          <w:smallCaps w:val="0"/>
          <w:strike w:val="0"/>
          <w:sz w:val="16"/>
          <w:u w:val="none"/>
        </w:rPr>
        <w:t xml:space="preserve">” was a product of “security competition among the European states, which compelled elites to mobilize public support for national defense efforts.”88 </w:t>
      </w:r>
      <w:r>
        <w:rPr>
          <w:b w:val="0"/>
          <w:i w:val="0"/>
          <w:smallCaps w:val="0"/>
          <w:strike w:val="0"/>
          <w:u w:val="single"/>
        </w:rPr>
        <w:t xml:space="preserve">American </w:t>
      </w:r>
      <w:r>
        <w:rPr>
          <w:b w:val="0"/>
          <w:i w:val="0"/>
          <w:smallCaps w:val="0"/>
          <w:strike w:val="0"/>
          <w:highlight w:val="yellow"/>
          <w:u w:val="single"/>
        </w:rPr>
        <w:t xml:space="preserve">retrenchment </w:t>
      </w:r>
      <w:r>
        <w:rPr>
          <w:b w:val="0"/>
          <w:i w:val="0"/>
          <w:smallCaps w:val="0"/>
          <w:strike w:val="0"/>
          <w:u w:val="single"/>
        </w:rPr>
        <w:t xml:space="preserve">could similarly </w:t>
      </w:r>
      <w:r>
        <w:rPr>
          <w:b w:val="0"/>
          <w:i w:val="0"/>
          <w:smallCaps w:val="0"/>
          <w:strike w:val="0"/>
          <w:highlight w:val="yellow"/>
          <w:u w:val="single"/>
        </w:rPr>
        <w:t xml:space="preserve">lead to </w:t>
      </w:r>
      <w:r>
        <w:rPr>
          <w:b w:val="0"/>
          <w:i w:val="0"/>
          <w:smallCaps w:val="0"/>
          <w:strike w:val="0"/>
          <w:u w:val="single"/>
        </w:rPr>
        <w:t xml:space="preserve">an </w:t>
      </w:r>
      <w:r>
        <w:rPr>
          <w:b/>
          <w:i w:val="0"/>
          <w:smallCaps w:val="0"/>
          <w:strike w:val="0"/>
          <w:u w:val="single"/>
        </w:rPr>
        <w:t>anarchic</w:t>
      </w:r>
      <w:r>
        <w:rPr>
          <w:b w:val="0"/>
          <w:i w:val="0"/>
          <w:smallCaps w:val="0"/>
          <w:strike w:val="0"/>
          <w:sz w:val="16"/>
          <w:u w:val="none"/>
        </w:rPr>
        <w:t xml:space="preserve">, </w:t>
      </w:r>
      <w:r>
        <w:rPr>
          <w:b/>
          <w:i w:val="0"/>
          <w:smallCaps w:val="0"/>
          <w:strike w:val="0"/>
          <w:highlight w:val="yellow"/>
          <w:u w:val="single"/>
        </w:rPr>
        <w:t>multipolar Europe</w:t>
      </w:r>
      <w:r>
        <w:rPr>
          <w:b w:val="0"/>
          <w:i w:val="0"/>
          <w:smallCaps w:val="0"/>
          <w:strike w:val="0"/>
          <w:sz w:val="16"/>
          <w:u w:val="none"/>
        </w:rPr>
        <w:t>—</w:t>
      </w:r>
      <w:r>
        <w:rPr>
          <w:b w:val="0"/>
          <w:i w:val="0"/>
          <w:smallCaps w:val="0"/>
          <w:strike w:val="0"/>
          <w:u w:val="single"/>
        </w:rPr>
        <w:t xml:space="preserve">thus </w:t>
      </w:r>
      <w:r>
        <w:rPr>
          <w:b w:val="0"/>
          <w:i w:val="0"/>
          <w:smallCaps w:val="0"/>
          <w:strike w:val="0"/>
          <w:highlight w:val="yellow"/>
          <w:u w:val="single"/>
        </w:rPr>
        <w:t>increasing</w:t>
      </w:r>
      <w:r>
        <w:rPr>
          <w:b w:val="0"/>
          <w:i w:val="0"/>
          <w:smallCaps w:val="0"/>
          <w:strike w:val="0"/>
          <w:u w:val="single"/>
        </w:rPr>
        <w:t xml:space="preserve"> the chances of </w:t>
      </w:r>
      <w:r>
        <w:rPr>
          <w:b/>
          <w:i w:val="0"/>
          <w:smallCaps w:val="0"/>
          <w:strike w:val="0"/>
          <w:highlight w:val="yellow"/>
          <w:u w:val="single"/>
        </w:rPr>
        <w:t xml:space="preserve">war </w:t>
      </w:r>
      <w:r>
        <w:rPr>
          <w:b/>
          <w:i w:val="0"/>
          <w:smallCaps w:val="0"/>
          <w:strike w:val="0"/>
          <w:u w:val="single"/>
        </w:rPr>
        <w:t>on the continent</w:t>
      </w:r>
      <w:r>
        <w:rPr>
          <w:b w:val="0"/>
          <w:i w:val="0"/>
          <w:smallCaps w:val="0"/>
          <w:strike w:val="0"/>
          <w:sz w:val="16"/>
          <w:u w:val="none"/>
        </w:rPr>
        <w:t xml:space="preserve">. </w:t>
      </w:r>
      <w:r>
        <w:rPr>
          <w:b w:val="0"/>
          <w:i w:val="0"/>
          <w:smallCaps w:val="0"/>
          <w:strike w:val="0"/>
          <w:u w:val="single"/>
        </w:rPr>
        <w:t>Such a system could engender</w:t>
      </w:r>
      <w:r>
        <w:rPr>
          <w:b w:val="0"/>
          <w:i w:val="0"/>
          <w:smallCaps w:val="0"/>
          <w:strike w:val="0"/>
          <w:sz w:val="16"/>
          <w:u w:val="none"/>
        </w:rPr>
        <w:t xml:space="preserve"> </w:t>
      </w:r>
      <w:r>
        <w:rPr>
          <w:b/>
          <w:i w:val="0"/>
          <w:smallCaps w:val="0"/>
          <w:strike w:val="0"/>
          <w:highlight w:val="yellow"/>
          <w:u w:val="single"/>
        </w:rPr>
        <w:t>nationalist</w:t>
      </w:r>
      <w:r>
        <w:rPr>
          <w:b w:val="0"/>
          <w:i w:val="0"/>
          <w:smallCaps w:val="0"/>
          <w:strike w:val="0"/>
          <w:sz w:val="16"/>
          <w:u w:val="none"/>
        </w:rPr>
        <w:t xml:space="preserve"> sentiments </w:t>
      </w:r>
      <w:r>
        <w:rPr>
          <w:b w:val="0"/>
          <w:i w:val="0"/>
          <w:smallCaps w:val="0"/>
          <w:strike w:val="0"/>
          <w:u w:val="single"/>
        </w:rPr>
        <w:t xml:space="preserve">among the populations of Europe, </w:t>
      </w:r>
      <w:r>
        <w:rPr>
          <w:b/>
          <w:i w:val="0"/>
          <w:smallCaps w:val="0"/>
          <w:strike w:val="0"/>
          <w:u w:val="single"/>
        </w:rPr>
        <w:t xml:space="preserve">heightening </w:t>
      </w:r>
      <w:r>
        <w:rPr>
          <w:b/>
          <w:i w:val="0"/>
          <w:smallCaps w:val="0"/>
          <w:strike w:val="0"/>
          <w:highlight w:val="yellow"/>
          <w:u w:val="single"/>
        </w:rPr>
        <w:t>animosities</w:t>
      </w:r>
      <w:r>
        <w:rPr>
          <w:b w:val="0"/>
          <w:i w:val="0"/>
          <w:smallCaps w:val="0"/>
          <w:strike w:val="0"/>
          <w:u w:val="single"/>
        </w:rPr>
        <w:t xml:space="preserve"> between </w:t>
      </w:r>
      <w:r>
        <w:rPr>
          <w:b/>
          <w:i w:val="0"/>
          <w:smallCaps w:val="0"/>
          <w:strike w:val="0"/>
          <w:u w:val="single"/>
        </w:rPr>
        <w:t>national groups</w:t>
      </w:r>
      <w:r>
        <w:rPr>
          <w:b w:val="0"/>
          <w:i w:val="0"/>
          <w:smallCaps w:val="0"/>
          <w:strike w:val="0"/>
          <w:sz w:val="16"/>
          <w:u w:val="none"/>
        </w:rPr>
        <w:t xml:space="preserve">. </w:t>
      </w:r>
      <w:r>
        <w:rPr>
          <w:b w:val="0"/>
          <w:i w:val="0"/>
          <w:smallCaps w:val="0"/>
          <w:strike w:val="0"/>
          <w:u w:val="single"/>
        </w:rPr>
        <w:t xml:space="preserve">These heightened animosities could help </w:t>
      </w:r>
      <w:r>
        <w:rPr>
          <w:b/>
          <w:i w:val="0"/>
          <w:smallCaps w:val="0"/>
          <w:strike w:val="0"/>
          <w:highlight w:val="yellow"/>
          <w:u w:val="single"/>
        </w:rPr>
        <w:t>erode norms against</w:t>
      </w:r>
      <w:r>
        <w:rPr>
          <w:b/>
          <w:i w:val="0"/>
          <w:smallCaps w:val="0"/>
          <w:strike w:val="0"/>
          <w:u w:val="single"/>
        </w:rPr>
        <w:t xml:space="preserve"> military </w:t>
      </w:r>
      <w:r>
        <w:rPr>
          <w:b/>
          <w:i w:val="0"/>
          <w:smallCaps w:val="0"/>
          <w:strike w:val="0"/>
          <w:highlight w:val="yellow"/>
          <w:u w:val="single"/>
        </w:rPr>
        <w:t>aggression</w:t>
      </w:r>
      <w:r>
        <w:rPr>
          <w:b w:val="0"/>
          <w:i w:val="0"/>
          <w:smallCaps w:val="0"/>
          <w:strike w:val="0"/>
          <w:sz w:val="16"/>
          <w:u w:val="none"/>
        </w:rPr>
        <w:t xml:space="preserve"> </w:t>
      </w:r>
      <w:r>
        <w:rPr>
          <w:b w:val="0"/>
          <w:i w:val="0"/>
          <w:smallCaps w:val="0"/>
          <w:strike w:val="0"/>
          <w:u w:val="single"/>
        </w:rPr>
        <w:t xml:space="preserve">that have facilitated the decline in </w:t>
      </w:r>
      <w:r>
        <w:rPr>
          <w:b/>
          <w:i w:val="0"/>
          <w:smallCaps w:val="0"/>
          <w:strike w:val="0"/>
          <w:u w:val="single"/>
        </w:rPr>
        <w:t>interstate war.</w:t>
      </w:r>
      <w:r>
        <w:rPr>
          <w:b w:val="0"/>
          <w:i w:val="0"/>
          <w:smallCaps w:val="0"/>
          <w:strike w:val="0"/>
          <w:sz w:val="16"/>
          <w:u w:val="none"/>
        </w:rPr>
        <w:t xml:space="preserve"> </w:t>
      </w:r>
      <w:r>
        <w:rPr>
          <w:b w:val="0"/>
          <w:i w:val="0"/>
          <w:smallCaps w:val="0"/>
          <w:strike w:val="0"/>
          <w:u w:val="single"/>
        </w:rPr>
        <w:t xml:space="preserve">Nationalist </w:t>
      </w:r>
      <w:r>
        <w:rPr>
          <w:b w:val="0"/>
          <w:i w:val="0"/>
          <w:smallCaps w:val="0"/>
          <w:strike w:val="0"/>
          <w:highlight w:val="yellow"/>
          <w:u w:val="single"/>
        </w:rPr>
        <w:t>groups</w:t>
      </w:r>
      <w:r>
        <w:rPr>
          <w:b w:val="0"/>
          <w:i w:val="0"/>
          <w:smallCaps w:val="0"/>
          <w:strike w:val="0"/>
          <w:u w:val="single"/>
        </w:rPr>
        <w:t xml:space="preserve"> within a country can seize on these sentiments to </w:t>
      </w:r>
      <w:r>
        <w:rPr>
          <w:b w:val="0"/>
          <w:i w:val="0"/>
          <w:smallCaps w:val="0"/>
          <w:strike w:val="0"/>
          <w:highlight w:val="yellow"/>
          <w:u w:val="single"/>
        </w:rPr>
        <w:t xml:space="preserve">pursue </w:t>
      </w:r>
      <w:r>
        <w:rPr>
          <w:b/>
          <w:i w:val="0"/>
          <w:smallCaps w:val="0"/>
          <w:strike w:val="0"/>
          <w:highlight w:val="yellow"/>
          <w:u w:val="single"/>
        </w:rPr>
        <w:t>confrontational</w:t>
      </w:r>
      <w:r>
        <w:rPr>
          <w:b w:val="0"/>
          <w:i w:val="0"/>
          <w:smallCaps w:val="0"/>
          <w:strike w:val="0"/>
          <w:sz w:val="16"/>
          <w:u w:val="none"/>
        </w:rPr>
        <w:t xml:space="preserve"> </w:t>
      </w:r>
      <w:r>
        <w:rPr>
          <w:b w:val="0"/>
          <w:i w:val="0"/>
          <w:smallCaps w:val="0"/>
          <w:strike w:val="0"/>
          <w:u w:val="single"/>
        </w:rPr>
        <w:t>and</w:t>
      </w:r>
      <w:r>
        <w:rPr>
          <w:b w:val="0"/>
          <w:i w:val="0"/>
          <w:smallCaps w:val="0"/>
          <w:strike w:val="0"/>
          <w:sz w:val="16"/>
          <w:u w:val="none"/>
        </w:rPr>
        <w:t xml:space="preserve"> </w:t>
      </w:r>
      <w:r>
        <w:rPr>
          <w:b/>
          <w:i w:val="0"/>
          <w:smallCaps w:val="0"/>
          <w:strike w:val="0"/>
          <w:u w:val="single"/>
        </w:rPr>
        <w:t xml:space="preserve">expansionist </w:t>
      </w:r>
      <w:r>
        <w:rPr>
          <w:b/>
          <w:i w:val="0"/>
          <w:smallCaps w:val="0"/>
          <w:strike w:val="0"/>
          <w:highlight w:val="yellow"/>
          <w:u w:val="single"/>
        </w:rPr>
        <w:t>policies</w:t>
      </w:r>
      <w:r>
        <w:rPr>
          <w:b w:val="0"/>
          <w:i w:val="0"/>
          <w:smallCaps w:val="0"/>
          <w:strike w:val="0"/>
          <w:sz w:val="16"/>
          <w:u w:val="none"/>
        </w:rPr>
        <w:t xml:space="preserve">.89 </w:t>
      </w:r>
      <w:r>
        <w:rPr>
          <w:b w:val="0"/>
          <w:i w:val="0"/>
          <w:smallCaps w:val="0"/>
          <w:strike w:val="0"/>
          <w:highlight w:val="yellow"/>
          <w:u w:val="single"/>
        </w:rPr>
        <w:t xml:space="preserve">Encouraging support </w:t>
      </w:r>
      <w:r>
        <w:rPr>
          <w:b w:val="0"/>
          <w:i w:val="0"/>
          <w:smallCaps w:val="0"/>
          <w:strike w:val="0"/>
          <w:u w:val="single"/>
        </w:rPr>
        <w:t xml:space="preserve">for increased military capabilities </w:t>
      </w:r>
      <w:r>
        <w:rPr>
          <w:b w:val="0"/>
          <w:i w:val="0"/>
          <w:smallCaps w:val="0"/>
          <w:strike w:val="0"/>
          <w:highlight w:val="yellow"/>
          <w:u w:val="single"/>
        </w:rPr>
        <w:t>through nationalism might lead populations</w:t>
      </w:r>
      <w:r>
        <w:rPr>
          <w:b w:val="0"/>
          <w:i w:val="0"/>
          <w:smallCaps w:val="0"/>
          <w:strike w:val="0"/>
          <w:u w:val="single"/>
        </w:rPr>
        <w:t xml:space="preserve"> </w:t>
      </w:r>
      <w:r>
        <w:rPr>
          <w:b w:val="0"/>
          <w:i w:val="0"/>
          <w:smallCaps w:val="0"/>
          <w:strike w:val="0"/>
          <w:highlight w:val="yellow"/>
          <w:u w:val="single"/>
        </w:rPr>
        <w:t>to see war as</w:t>
      </w:r>
      <w:r>
        <w:rPr>
          <w:b w:val="0"/>
          <w:i w:val="0"/>
          <w:smallCaps w:val="0"/>
          <w:strike w:val="0"/>
          <w:u w:val="single"/>
        </w:rPr>
        <w:t xml:space="preserve"> once again a </w:t>
      </w:r>
      <w:r>
        <w:rPr>
          <w:b/>
          <w:i w:val="0"/>
          <w:smallCaps w:val="0"/>
          <w:strike w:val="0"/>
          <w:u w:val="single"/>
        </w:rPr>
        <w:t xml:space="preserve">means to </w:t>
      </w:r>
      <w:r>
        <w:rPr>
          <w:b/>
          <w:i w:val="0"/>
          <w:smallCaps w:val="0"/>
          <w:strike w:val="0"/>
          <w:highlight w:val="yellow"/>
          <w:u w:val="single"/>
        </w:rPr>
        <w:t>national glory</w:t>
      </w:r>
      <w:r>
        <w:rPr>
          <w:b w:val="0"/>
          <w:i w:val="0"/>
          <w:smallCaps w:val="0"/>
          <w:strike w:val="0"/>
          <w:highlight w:val="yellow"/>
          <w:u w:val="single"/>
        </w:rPr>
        <w:t xml:space="preserve"> or</w:t>
      </w:r>
      <w:r>
        <w:rPr>
          <w:b w:val="0"/>
          <w:i w:val="0"/>
          <w:smallCaps w:val="0"/>
          <w:strike w:val="0"/>
          <w:u w:val="single"/>
        </w:rPr>
        <w:t xml:space="preserve"> </w:t>
      </w:r>
      <w:r>
        <w:rPr>
          <w:b/>
          <w:i w:val="0"/>
          <w:smallCaps w:val="0"/>
          <w:strike w:val="0"/>
          <w:u w:val="single"/>
        </w:rPr>
        <w:t xml:space="preserve">maintaining national </w:t>
      </w:r>
      <w:r>
        <w:rPr>
          <w:b/>
          <w:i w:val="0"/>
          <w:smallCaps w:val="0"/>
          <w:strike w:val="0"/>
          <w:highlight w:val="yellow"/>
          <w:u w:val="single"/>
        </w:rPr>
        <w:t>honor</w:t>
      </w:r>
      <w:r>
        <w:rPr>
          <w:b w:val="0"/>
          <w:i w:val="0"/>
          <w:smallCaps w:val="0"/>
          <w:strike w:val="0"/>
          <w:sz w:val="16"/>
          <w:u w:val="none"/>
        </w:rPr>
        <w:t xml:space="preserve">. </w:t>
      </w:r>
      <w:r>
        <w:rPr>
          <w:b w:val="0"/>
          <w:i w:val="0"/>
          <w:smallCaps w:val="0"/>
          <w:strike w:val="0"/>
          <w:highlight w:val="yellow"/>
          <w:u w:val="single"/>
        </w:rPr>
        <w:t>Matters</w:t>
      </w:r>
      <w:r>
        <w:rPr>
          <w:b w:val="0"/>
          <w:i w:val="0"/>
          <w:smallCaps w:val="0"/>
          <w:strike w:val="0"/>
          <w:u w:val="single"/>
        </w:rPr>
        <w:t xml:space="preserve"> of national </w:t>
      </w:r>
      <w:r>
        <w:rPr>
          <w:b/>
          <w:i w:val="0"/>
          <w:smallCaps w:val="0"/>
          <w:strike w:val="0"/>
          <w:u w:val="single"/>
        </w:rPr>
        <w:t>prestige</w:t>
      </w:r>
      <w:r>
        <w:rPr>
          <w:b w:val="0"/>
          <w:i w:val="0"/>
          <w:smallCaps w:val="0"/>
          <w:strike w:val="0"/>
          <w:u w:val="single"/>
        </w:rPr>
        <w:t xml:space="preserve"> and </w:t>
      </w:r>
      <w:r>
        <w:rPr>
          <w:b/>
          <w:i w:val="0"/>
          <w:smallCaps w:val="0"/>
          <w:strike w:val="0"/>
          <w:u w:val="single"/>
        </w:rPr>
        <w:t>honor</w:t>
      </w:r>
      <w:r>
        <w:rPr>
          <w:b w:val="0"/>
          <w:i w:val="0"/>
          <w:smallCaps w:val="0"/>
          <w:strike w:val="0"/>
          <w:u w:val="single"/>
        </w:rPr>
        <w:t xml:space="preserve"> can </w:t>
      </w:r>
      <w:r>
        <w:rPr>
          <w:b w:val="0"/>
          <w:i w:val="0"/>
          <w:smallCaps w:val="0"/>
          <w:strike w:val="0"/>
          <w:highlight w:val="yellow"/>
          <w:u w:val="single"/>
        </w:rPr>
        <w:t xml:space="preserve">lead to the </w:t>
      </w:r>
      <w:r>
        <w:rPr>
          <w:b/>
          <w:i w:val="0"/>
          <w:smallCaps w:val="0"/>
          <w:strike w:val="0"/>
          <w:highlight w:val="yellow"/>
          <w:u w:val="single"/>
        </w:rPr>
        <w:t>initiation of wars</w:t>
      </w:r>
      <w:r>
        <w:rPr>
          <w:b w:val="0"/>
          <w:i w:val="0"/>
          <w:smallCaps w:val="0"/>
          <w:strike w:val="0"/>
          <w:sz w:val="16"/>
          <w:u w:val="none"/>
        </w:rPr>
        <w:t xml:space="preserve"> </w:t>
      </w:r>
      <w:r>
        <w:rPr>
          <w:b w:val="0"/>
          <w:i w:val="0"/>
          <w:smallCaps w:val="0"/>
          <w:strike w:val="0"/>
          <w:u w:val="single"/>
        </w:rPr>
        <w:t xml:space="preserve">when bound up in territorial claims, </w:t>
      </w:r>
      <w:r>
        <w:rPr>
          <w:b w:val="0"/>
          <w:i w:val="0"/>
          <w:smallCaps w:val="0"/>
          <w:strike w:val="0"/>
          <w:highlight w:val="yellow"/>
          <w:u w:val="single"/>
        </w:rPr>
        <w:t>while</w:t>
      </w:r>
      <w:r>
        <w:rPr>
          <w:b w:val="0"/>
          <w:i w:val="0"/>
          <w:smallCaps w:val="0"/>
          <w:strike w:val="0"/>
          <w:u w:val="single"/>
        </w:rPr>
        <w:t xml:space="preserve"> at the same time </w:t>
      </w:r>
      <w:r>
        <w:rPr>
          <w:b w:val="0"/>
          <w:i w:val="0"/>
          <w:smallCaps w:val="0"/>
          <w:strike w:val="0"/>
          <w:highlight w:val="yellow"/>
          <w:u w:val="single"/>
        </w:rPr>
        <w:t xml:space="preserve">increasing </w:t>
      </w:r>
      <w:r>
        <w:rPr>
          <w:b w:val="0"/>
          <w:i w:val="0"/>
          <w:smallCaps w:val="0"/>
          <w:strike w:val="0"/>
          <w:u w:val="single"/>
        </w:rPr>
        <w:t xml:space="preserve">the </w:t>
      </w:r>
      <w:r>
        <w:rPr>
          <w:b/>
          <w:i w:val="0"/>
          <w:smallCaps w:val="0"/>
          <w:strike w:val="0"/>
          <w:highlight w:val="yellow"/>
          <w:u w:val="single"/>
        </w:rPr>
        <w:t>intensity</w:t>
      </w:r>
      <w:r>
        <w:rPr>
          <w:b w:val="0"/>
          <w:i w:val="0"/>
          <w:smallCaps w:val="0"/>
          <w:strike w:val="0"/>
          <w:highlight w:val="yellow"/>
          <w:u w:val="single"/>
        </w:rPr>
        <w:t xml:space="preserve"> and </w:t>
      </w:r>
      <w:r>
        <w:rPr>
          <w:b/>
          <w:i w:val="0"/>
          <w:smallCaps w:val="0"/>
          <w:strike w:val="0"/>
          <w:highlight w:val="yellow"/>
          <w:u w:val="single"/>
        </w:rPr>
        <w:t>duration</w:t>
      </w:r>
      <w:r>
        <w:rPr>
          <w:b w:val="0"/>
          <w:i w:val="0"/>
          <w:smallCaps w:val="0"/>
          <w:strike w:val="0"/>
          <w:highlight w:val="yellow"/>
          <w:u w:val="single"/>
        </w:rPr>
        <w:t xml:space="preserve"> </w:t>
      </w:r>
      <w:r>
        <w:rPr>
          <w:b w:val="0"/>
          <w:i w:val="0"/>
          <w:smallCaps w:val="0"/>
          <w:strike w:val="0"/>
          <w:u w:val="single"/>
        </w:rPr>
        <w:t>of a conflict</w:t>
      </w:r>
      <w:r>
        <w:rPr>
          <w:b w:val="0"/>
          <w:i w:val="0"/>
          <w:smallCaps w:val="0"/>
          <w:strike w:val="0"/>
          <w:sz w:val="16"/>
          <w:u w:val="none"/>
        </w:rPr>
        <w:t xml:space="preserve">.90 </w:t>
      </w:r>
      <w:r>
        <w:rPr>
          <w:b w:val="0"/>
          <w:i w:val="0"/>
          <w:smallCaps w:val="0"/>
          <w:strike w:val="0"/>
          <w:u w:val="single"/>
        </w:rPr>
        <w:t xml:space="preserve">Nationalism and security competition might also </w:t>
      </w:r>
      <w:r>
        <w:rPr>
          <w:b/>
          <w:i w:val="0"/>
          <w:smallCaps w:val="0"/>
          <w:strike w:val="0"/>
          <w:u w:val="single"/>
        </w:rPr>
        <w:t>erode</w:t>
      </w:r>
      <w:r>
        <w:rPr>
          <w:b w:val="0"/>
          <w:i w:val="0"/>
          <w:smallCaps w:val="0"/>
          <w:strike w:val="0"/>
          <w:u w:val="single"/>
        </w:rPr>
        <w:t xml:space="preserve"> the </w:t>
      </w:r>
      <w:r>
        <w:rPr>
          <w:b/>
          <w:i w:val="0"/>
          <w:smallCaps w:val="0"/>
          <w:strike w:val="0"/>
          <w:u w:val="single"/>
        </w:rPr>
        <w:t>pacifying effects of economic openness</w:t>
      </w:r>
      <w:r>
        <w:rPr>
          <w:b w:val="0"/>
          <w:i w:val="0"/>
          <w:smallCaps w:val="0"/>
          <w:strike w:val="0"/>
          <w:sz w:val="16"/>
          <w:u w:val="none"/>
        </w:rPr>
        <w:t xml:space="preserve">. Realism suggests states are concerned about relative gains.91 States in security competition might be wary of trading with one another due to concerns about how a potential rival’s economic gains might provide it with an advantage if translated into military power. </w:t>
      </w:r>
      <w:r>
        <w:rPr>
          <w:b w:val="0"/>
          <w:i w:val="0"/>
          <w:smallCaps w:val="0"/>
          <w:strike w:val="0"/>
          <w:u w:val="single"/>
        </w:rPr>
        <w:t xml:space="preserve">They may also adopt </w:t>
      </w:r>
      <w:r>
        <w:rPr>
          <w:b/>
          <w:i w:val="0"/>
          <w:smallCaps w:val="0"/>
          <w:strike w:val="0"/>
          <w:u w:val="single"/>
        </w:rPr>
        <w:t>autarkic policies</w:t>
      </w:r>
      <w:r>
        <w:rPr>
          <w:b w:val="0"/>
          <w:i w:val="0"/>
          <w:smallCaps w:val="0"/>
          <w:strike w:val="0"/>
          <w:u w:val="single"/>
        </w:rPr>
        <w:t xml:space="preserve"> for fear of undermining their </w:t>
      </w:r>
      <w:r>
        <w:rPr>
          <w:b/>
          <w:i w:val="0"/>
          <w:smallCaps w:val="0"/>
          <w:strike w:val="0"/>
          <w:u w:val="single"/>
        </w:rPr>
        <w:t>economic</w:t>
      </w:r>
      <w:r>
        <w:rPr>
          <w:b w:val="0"/>
          <w:i w:val="0"/>
          <w:smallCaps w:val="0"/>
          <w:strike w:val="0"/>
          <w:u w:val="single"/>
        </w:rPr>
        <w:t xml:space="preserve"> and military </w:t>
      </w:r>
      <w:r>
        <w:rPr>
          <w:b/>
          <w:i w:val="0"/>
          <w:smallCaps w:val="0"/>
          <w:strike w:val="0"/>
          <w:u w:val="single"/>
        </w:rPr>
        <w:t>self-sufficiency</w:t>
      </w:r>
      <w:r>
        <w:rPr>
          <w:b w:val="0"/>
          <w:i w:val="0"/>
          <w:smallCaps w:val="0"/>
          <w:strike w:val="0"/>
          <w:sz w:val="16"/>
          <w:u w:val="none"/>
        </w:rPr>
        <w:t xml:space="preserve">.92 Territorial conquest has become increasing anachronistic in international politics. However, </w:t>
      </w:r>
      <w:r>
        <w:rPr>
          <w:b w:val="0"/>
          <w:i w:val="0"/>
          <w:smallCaps w:val="0"/>
          <w:strike w:val="0"/>
          <w:u w:val="single"/>
        </w:rPr>
        <w:t>the proliferation of</w:t>
      </w:r>
      <w:r>
        <w:rPr>
          <w:b w:val="0"/>
          <w:i w:val="0"/>
          <w:smallCaps w:val="0"/>
          <w:strike w:val="0"/>
          <w:highlight w:val="yellow"/>
          <w:u w:val="single"/>
        </w:rPr>
        <w:t xml:space="preserve"> protectionist policies </w:t>
      </w:r>
      <w:r>
        <w:rPr>
          <w:b w:val="0"/>
          <w:i w:val="0"/>
          <w:smallCaps w:val="0"/>
          <w:strike w:val="0"/>
          <w:u w:val="single"/>
        </w:rPr>
        <w:t xml:space="preserve">might once again </w:t>
      </w:r>
      <w:r>
        <w:rPr>
          <w:b w:val="0"/>
          <w:i w:val="0"/>
          <w:smallCaps w:val="0"/>
          <w:strike w:val="0"/>
          <w:highlight w:val="yellow"/>
          <w:u w:val="single"/>
        </w:rPr>
        <w:t xml:space="preserve">make </w:t>
      </w:r>
      <w:r>
        <w:rPr>
          <w:b/>
          <w:i w:val="0"/>
          <w:smallCaps w:val="0"/>
          <w:strike w:val="0"/>
          <w:highlight w:val="yellow"/>
          <w:u w:val="single"/>
        </w:rPr>
        <w:t>aggression</w:t>
      </w:r>
      <w:r>
        <w:rPr>
          <w:b w:val="0"/>
          <w:i w:val="0"/>
          <w:smallCaps w:val="0"/>
          <w:strike w:val="0"/>
          <w:highlight w:val="yellow"/>
          <w:u w:val="single"/>
        </w:rPr>
        <w:t xml:space="preserve"> and </w:t>
      </w:r>
      <w:r>
        <w:rPr>
          <w:b/>
          <w:i w:val="0"/>
          <w:smallCaps w:val="0"/>
          <w:strike w:val="0"/>
          <w:highlight w:val="yellow"/>
          <w:u w:val="single"/>
        </w:rPr>
        <w:t>preventive war</w:t>
      </w:r>
      <w:r>
        <w:rPr>
          <w:b w:val="0"/>
          <w:i w:val="0"/>
          <w:smallCaps w:val="0"/>
          <w:strike w:val="0"/>
          <w:highlight w:val="yellow"/>
          <w:u w:val="single"/>
        </w:rPr>
        <w:t xml:space="preserve"> </w:t>
      </w:r>
      <w:r>
        <w:rPr>
          <w:b w:val="0"/>
          <w:i w:val="0"/>
          <w:smallCaps w:val="0"/>
          <w:strike w:val="0"/>
          <w:u w:val="single"/>
        </w:rPr>
        <w:t xml:space="preserve">seem like </w:t>
      </w:r>
      <w:r>
        <w:rPr>
          <w:b/>
          <w:i w:val="0"/>
          <w:smallCaps w:val="0"/>
          <w:strike w:val="0"/>
          <w:u w:val="single"/>
        </w:rPr>
        <w:t xml:space="preserve">strategically </w:t>
      </w:r>
      <w:r>
        <w:rPr>
          <w:b/>
          <w:i w:val="0"/>
          <w:smallCaps w:val="0"/>
          <w:strike w:val="0"/>
          <w:highlight w:val="yellow"/>
          <w:u w:val="single"/>
        </w:rPr>
        <w:t>sensible</w:t>
      </w:r>
      <w:r>
        <w:rPr>
          <w:b w:val="0"/>
          <w:i w:val="0"/>
          <w:smallCaps w:val="0"/>
          <w:strike w:val="0"/>
          <w:u w:val="single"/>
        </w:rPr>
        <w:t xml:space="preserve"> ways for states </w:t>
      </w:r>
      <w:r>
        <w:rPr>
          <w:b w:val="0"/>
          <w:i w:val="0"/>
          <w:smallCaps w:val="0"/>
          <w:strike w:val="0"/>
          <w:highlight w:val="yellow"/>
          <w:u w:val="single"/>
        </w:rPr>
        <w:t xml:space="preserve">to </w:t>
      </w:r>
      <w:r>
        <w:rPr>
          <w:b/>
          <w:i w:val="0"/>
          <w:smallCaps w:val="0"/>
          <w:strike w:val="0"/>
          <w:highlight w:val="yellow"/>
          <w:u w:val="single"/>
        </w:rPr>
        <w:t>secure</w:t>
      </w:r>
      <w:r>
        <w:rPr>
          <w:b/>
          <w:i w:val="0"/>
          <w:smallCaps w:val="0"/>
          <w:strike w:val="0"/>
          <w:u w:val="single"/>
        </w:rPr>
        <w:t xml:space="preserve"> the </w:t>
      </w:r>
      <w:r>
        <w:rPr>
          <w:b/>
          <w:i w:val="0"/>
          <w:smallCaps w:val="0"/>
          <w:strike w:val="0"/>
          <w:highlight w:val="yellow"/>
          <w:u w:val="single"/>
        </w:rPr>
        <w:t>resources</w:t>
      </w:r>
      <w:r>
        <w:rPr>
          <w:b w:val="0"/>
          <w:i w:val="0"/>
          <w:smallCaps w:val="0"/>
          <w:strike w:val="0"/>
          <w:u w:val="single"/>
        </w:rPr>
        <w:t xml:space="preserve"> necessary to reduce the ability of potential rivals to </w:t>
      </w:r>
      <w:r>
        <w:rPr>
          <w:b/>
          <w:i w:val="0"/>
          <w:smallCaps w:val="0"/>
          <w:strike w:val="0"/>
          <w:u w:val="single"/>
        </w:rPr>
        <w:t>cut them off economically</w:t>
      </w:r>
      <w:r>
        <w:rPr>
          <w:b w:val="0"/>
          <w:i w:val="0"/>
          <w:smallCaps w:val="0"/>
          <w:strike w:val="0"/>
          <w:u w:val="single"/>
        </w:rPr>
        <w:t xml:space="preserve">. </w:t>
      </w:r>
      <w:r>
        <w:rPr>
          <w:b w:val="0"/>
          <w:i w:val="0"/>
          <w:smallCaps w:val="0"/>
          <w:strike w:val="0"/>
          <w:sz w:val="16"/>
          <w:u w:val="none"/>
        </w:rPr>
        <w:t xml:space="preserve">If the risk of territorial aggression increases, </w:t>
      </w:r>
      <w:r>
        <w:rPr>
          <w:b w:val="0"/>
          <w:i w:val="0"/>
          <w:smallCaps w:val="0"/>
          <w:strike w:val="0"/>
          <w:u w:val="single"/>
        </w:rPr>
        <w:t xml:space="preserve">the possession of </w:t>
      </w:r>
      <w:r>
        <w:rPr>
          <w:b/>
          <w:i w:val="0"/>
          <w:smallCaps w:val="0"/>
          <w:strike w:val="0"/>
          <w:highlight w:val="yellow"/>
          <w:u w:val="single"/>
        </w:rPr>
        <w:t>nuclear weapons</w:t>
      </w:r>
      <w:r>
        <w:rPr>
          <w:b w:val="0"/>
          <w:i w:val="0"/>
          <w:smallCaps w:val="0"/>
          <w:strike w:val="0"/>
          <w:highlight w:val="yellow"/>
          <w:u w:val="single"/>
        </w:rPr>
        <w:t xml:space="preserve"> </w:t>
      </w:r>
      <w:r>
        <w:rPr>
          <w:b w:val="0"/>
          <w:i w:val="0"/>
          <w:smallCaps w:val="0"/>
          <w:strike w:val="0"/>
          <w:u w:val="single"/>
        </w:rPr>
        <w:t xml:space="preserve">would </w:t>
      </w:r>
      <w:r>
        <w:rPr>
          <w:b w:val="0"/>
          <w:i w:val="0"/>
          <w:smallCaps w:val="0"/>
          <w:strike w:val="0"/>
          <w:highlight w:val="yellow"/>
          <w:u w:val="single"/>
        </w:rPr>
        <w:t>become</w:t>
      </w:r>
      <w:r>
        <w:rPr>
          <w:b w:val="0"/>
          <w:i w:val="0"/>
          <w:smallCaps w:val="0"/>
          <w:strike w:val="0"/>
          <w:u w:val="single"/>
        </w:rPr>
        <w:t xml:space="preserve"> an </w:t>
      </w:r>
      <w:r>
        <w:rPr>
          <w:b/>
          <w:i w:val="0"/>
          <w:smallCaps w:val="0"/>
          <w:strike w:val="0"/>
          <w:highlight w:val="yellow"/>
          <w:u w:val="single"/>
        </w:rPr>
        <w:t>attractive</w:t>
      </w:r>
      <w:r>
        <w:rPr>
          <w:b/>
          <w:i w:val="0"/>
          <w:smallCaps w:val="0"/>
          <w:strike w:val="0"/>
          <w:u w:val="single"/>
        </w:rPr>
        <w:t xml:space="preserve"> </w:t>
      </w:r>
      <w:r>
        <w:rPr>
          <w:b w:val="0"/>
          <w:i w:val="0"/>
          <w:smallCaps w:val="0"/>
          <w:strike w:val="0"/>
          <w:u w:val="single"/>
        </w:rPr>
        <w:t>option for some states whose security was previously guaranteed by the United States. Nuclear weapons are most useful for deterring major territorial aggression, meaning their potential utility increases as the potential for war does</w:t>
      </w:r>
      <w:r>
        <w:rPr>
          <w:b w:val="0"/>
          <w:i w:val="0"/>
          <w:smallCaps w:val="0"/>
          <w:strike w:val="0"/>
          <w:sz w:val="16"/>
          <w:u w:val="none"/>
        </w:rPr>
        <w:t xml:space="preserve">.93 A number of U.S. </w:t>
      </w:r>
      <w:r>
        <w:rPr>
          <w:b w:val="0"/>
          <w:i w:val="0"/>
          <w:smallCaps w:val="0"/>
          <w:strike w:val="0"/>
          <w:u w:val="single"/>
        </w:rPr>
        <w:t>allies</w:t>
      </w:r>
      <w:r>
        <w:rPr>
          <w:b w:val="0"/>
          <w:i w:val="0"/>
          <w:smallCaps w:val="0"/>
          <w:strike w:val="0"/>
          <w:sz w:val="16"/>
          <w:u w:val="none"/>
        </w:rPr>
        <w:t xml:space="preserve"> have either previously pursued nuclear weapons or have the capability to do so. They </w:t>
      </w:r>
      <w:r>
        <w:rPr>
          <w:b w:val="0"/>
          <w:i w:val="0"/>
          <w:smallCaps w:val="0"/>
          <w:strike w:val="0"/>
          <w:u w:val="single"/>
        </w:rPr>
        <w:t>might choose to obtain a nuclear arsenal once responsible for their own security</w:t>
      </w:r>
      <w:r>
        <w:rPr>
          <w:b w:val="0"/>
          <w:i w:val="0"/>
          <w:smallCaps w:val="0"/>
          <w:strike w:val="0"/>
          <w:sz w:val="16"/>
          <w:u w:val="none"/>
        </w:rPr>
        <w:t xml:space="preserve">. There are at least two reasons why </w:t>
      </w:r>
      <w:r>
        <w:rPr>
          <w:b w:val="0"/>
          <w:i w:val="0"/>
          <w:smallCaps w:val="0"/>
          <w:strike w:val="0"/>
          <w:u w:val="single"/>
        </w:rPr>
        <w:t xml:space="preserve">increasing the number of nuclear weapons states may not have the </w:t>
      </w:r>
      <w:r>
        <w:rPr>
          <w:b/>
          <w:i w:val="0"/>
          <w:smallCaps w:val="0"/>
          <w:strike w:val="0"/>
          <w:u w:val="single"/>
        </w:rPr>
        <w:t>pacifying effect</w:t>
      </w:r>
      <w:r>
        <w:rPr>
          <w:b w:val="0"/>
          <w:i w:val="0"/>
          <w:smallCaps w:val="0"/>
          <w:strike w:val="0"/>
          <w:u w:val="single"/>
        </w:rPr>
        <w:t xml:space="preserve"> some realists suggest they do.</w:t>
      </w:r>
      <w:r>
        <w:rPr>
          <w:b w:val="0"/>
          <w:i w:val="0"/>
          <w:smallCaps w:val="0"/>
          <w:strike w:val="0"/>
          <w:sz w:val="16"/>
          <w:u w:val="none"/>
        </w:rPr>
        <w:t xml:space="preserve"> First, </w:t>
      </w:r>
      <w:r>
        <w:rPr>
          <w:b w:val="0"/>
          <w:i w:val="0"/>
          <w:smallCaps w:val="0"/>
          <w:strike w:val="0"/>
          <w:u w:val="single"/>
        </w:rPr>
        <w:t xml:space="preserve">states do not always adopt the </w:t>
      </w:r>
      <w:r>
        <w:rPr>
          <w:b/>
          <w:i w:val="0"/>
          <w:smallCaps w:val="0"/>
          <w:strike w:val="0"/>
          <w:u w:val="single"/>
        </w:rPr>
        <w:t>second-strike—</w:t>
      </w:r>
      <w:r>
        <w:rPr>
          <w:b w:val="0"/>
          <w:i w:val="0"/>
          <w:smallCaps w:val="0"/>
          <w:strike w:val="0"/>
          <w:sz w:val="16"/>
          <w:u w:val="none"/>
        </w:rPr>
        <w:t>that is, retaliatory—</w:t>
      </w:r>
      <w:r>
        <w:rPr>
          <w:b/>
          <w:i w:val="0"/>
          <w:smallCaps w:val="0"/>
          <w:strike w:val="0"/>
          <w:u w:val="single"/>
        </w:rPr>
        <w:t>postures</w:t>
      </w:r>
      <w:r>
        <w:rPr>
          <w:b w:val="0"/>
          <w:i w:val="0"/>
          <w:smallCaps w:val="0"/>
          <w:strike w:val="0"/>
          <w:u w:val="single"/>
        </w:rPr>
        <w:t xml:space="preserve"> realists assume they will</w:t>
      </w:r>
      <w:r>
        <w:rPr>
          <w:b w:val="0"/>
          <w:i w:val="0"/>
          <w:smallCaps w:val="0"/>
          <w:strike w:val="0"/>
          <w:sz w:val="16"/>
          <w:u w:val="none"/>
        </w:rPr>
        <w:t xml:space="preserve">. Recent research shows that </w:t>
      </w:r>
      <w:r>
        <w:rPr>
          <w:b w:val="0"/>
          <w:i w:val="0"/>
          <w:smallCaps w:val="0"/>
          <w:strike w:val="0"/>
          <w:u w:val="single"/>
        </w:rPr>
        <w:t>even in the paradigmatic case of mutual assured destruction</w:t>
      </w:r>
      <w:r>
        <w:rPr>
          <w:b w:val="0"/>
          <w:i w:val="0"/>
          <w:smallCaps w:val="0"/>
          <w:strike w:val="0"/>
          <w:sz w:val="16"/>
          <w:u w:val="none"/>
        </w:rPr>
        <w:t>—the Cold War superpower standoff—</w:t>
      </w:r>
      <w:r>
        <w:rPr>
          <w:b w:val="0"/>
          <w:i w:val="0"/>
          <w:smallCaps w:val="0"/>
          <w:strike w:val="0"/>
          <w:u w:val="single"/>
        </w:rPr>
        <w:t xml:space="preserve">neither the United States nor the Soviet Union abandoned the search for a </w:t>
      </w:r>
      <w:r>
        <w:rPr>
          <w:b/>
          <w:i w:val="0"/>
          <w:smallCaps w:val="0"/>
          <w:strike w:val="0"/>
          <w:u w:val="single"/>
        </w:rPr>
        <w:t>first-strike capability</w:t>
      </w:r>
      <w:r>
        <w:rPr>
          <w:b w:val="0"/>
          <w:i w:val="0"/>
          <w:smallCaps w:val="0"/>
          <w:strike w:val="0"/>
          <w:sz w:val="16"/>
          <w:u w:val="none"/>
        </w:rPr>
        <w:t xml:space="preserve">.94 Moreover, political scientist Vipin Narang’s research on India-Pakistan nuclear relations has demonstrated that states sometimes adopt risky postures in pursuit of goals other than deterrence.95 </w:t>
      </w:r>
      <w:r>
        <w:rPr>
          <w:b w:val="0"/>
          <w:i w:val="0"/>
          <w:smallCaps w:val="0"/>
          <w:strike w:val="0"/>
          <w:u w:val="single"/>
        </w:rPr>
        <w:t xml:space="preserve">Second, an increased number of </w:t>
      </w:r>
      <w:r>
        <w:rPr>
          <w:b w:val="0"/>
          <w:i w:val="0"/>
          <w:smallCaps w:val="0"/>
          <w:strike w:val="0"/>
          <w:highlight w:val="yellow"/>
          <w:u w:val="single"/>
        </w:rPr>
        <w:t>nuclear</w:t>
      </w:r>
      <w:r>
        <w:rPr>
          <w:b w:val="0"/>
          <w:i w:val="0"/>
          <w:smallCaps w:val="0"/>
          <w:strike w:val="0"/>
          <w:u w:val="single"/>
        </w:rPr>
        <w:t xml:space="preserve"> weapon </w:t>
      </w:r>
      <w:r>
        <w:rPr>
          <w:b w:val="0"/>
          <w:i w:val="0"/>
          <w:smallCaps w:val="0"/>
          <w:strike w:val="0"/>
          <w:highlight w:val="yellow"/>
          <w:u w:val="single"/>
        </w:rPr>
        <w:t>states</w:t>
      </w:r>
      <w:r>
        <w:rPr>
          <w:b w:val="0"/>
          <w:i w:val="0"/>
          <w:smallCaps w:val="0"/>
          <w:strike w:val="0"/>
          <w:u w:val="single"/>
        </w:rPr>
        <w:t xml:space="preserve"> will </w:t>
      </w:r>
      <w:r>
        <w:rPr>
          <w:b/>
          <w:i w:val="0"/>
          <w:smallCaps w:val="0"/>
          <w:strike w:val="0"/>
          <w:highlight w:val="yellow"/>
          <w:u w:val="single"/>
        </w:rPr>
        <w:t>increase</w:t>
      </w:r>
      <w:r>
        <w:rPr>
          <w:b w:val="0"/>
          <w:i w:val="0"/>
          <w:smallCaps w:val="0"/>
          <w:strike w:val="0"/>
          <w:highlight w:val="yellow"/>
          <w:u w:val="single"/>
        </w:rPr>
        <w:t xml:space="preserve"> </w:t>
      </w:r>
      <w:r>
        <w:rPr>
          <w:b w:val="0"/>
          <w:i w:val="0"/>
          <w:smallCaps w:val="0"/>
          <w:strike w:val="0"/>
          <w:u w:val="single"/>
        </w:rPr>
        <w:t xml:space="preserve">the </w:t>
      </w:r>
      <w:r>
        <w:rPr>
          <w:b/>
          <w:i w:val="0"/>
          <w:smallCaps w:val="0"/>
          <w:strike w:val="0"/>
          <w:highlight w:val="yellow"/>
          <w:u w:val="single"/>
        </w:rPr>
        <w:t>chances</w:t>
      </w:r>
      <w:r>
        <w:rPr>
          <w:b/>
          <w:i w:val="0"/>
          <w:smallCaps w:val="0"/>
          <w:strike w:val="0"/>
          <w:u w:val="single"/>
        </w:rPr>
        <w:t xml:space="preserve"> nuclear </w:t>
      </w:r>
      <w:r>
        <w:rPr>
          <w:b/>
          <w:i w:val="0"/>
          <w:smallCaps w:val="0"/>
          <w:strike w:val="0"/>
          <w:highlight w:val="yellow"/>
          <w:u w:val="single"/>
        </w:rPr>
        <w:t>weapons will be used</w:t>
      </w:r>
      <w:r>
        <w:rPr>
          <w:b w:val="0"/>
          <w:i w:val="0"/>
          <w:smallCaps w:val="0"/>
          <w:strike w:val="0"/>
          <w:u w:val="single"/>
        </w:rPr>
        <w:t xml:space="preserve"> even if states do adopt </w:t>
      </w:r>
      <w:r>
        <w:rPr>
          <w:b/>
          <w:i w:val="0"/>
          <w:smallCaps w:val="0"/>
          <w:strike w:val="0"/>
          <w:u w:val="single"/>
        </w:rPr>
        <w:t>second-strike postures</w:t>
      </w:r>
      <w:r>
        <w:rPr>
          <w:b w:val="0"/>
          <w:i w:val="0"/>
          <w:smallCaps w:val="0"/>
          <w:strike w:val="0"/>
          <w:sz w:val="16"/>
          <w:u w:val="none"/>
        </w:rPr>
        <w:t xml:space="preserve">. On the one hand, simple </w:t>
      </w:r>
      <w:r>
        <w:rPr>
          <w:b w:val="0"/>
          <w:i w:val="0"/>
          <w:smallCaps w:val="0"/>
          <w:strike w:val="0"/>
          <w:u w:val="single"/>
        </w:rPr>
        <w:t xml:space="preserve">organizational </w:t>
      </w:r>
      <w:r>
        <w:rPr>
          <w:b w:val="0"/>
          <w:i w:val="0"/>
          <w:smallCaps w:val="0"/>
          <w:strike w:val="0"/>
          <w:highlight w:val="yellow"/>
          <w:u w:val="single"/>
        </w:rPr>
        <w:t>pathologies or</w:t>
      </w:r>
      <w:r>
        <w:rPr>
          <w:b w:val="0"/>
          <w:i w:val="0"/>
          <w:smallCaps w:val="0"/>
          <w:strike w:val="0"/>
          <w:u w:val="single"/>
        </w:rPr>
        <w:t xml:space="preserve"> political </w:t>
      </w:r>
      <w:r>
        <w:rPr>
          <w:b w:val="0"/>
          <w:i w:val="0"/>
          <w:smallCaps w:val="0"/>
          <w:strike w:val="0"/>
          <w:highlight w:val="yellow"/>
          <w:u w:val="single"/>
        </w:rPr>
        <w:t>instability</w:t>
      </w:r>
      <w:r>
        <w:rPr>
          <w:b w:val="0"/>
          <w:i w:val="0"/>
          <w:smallCaps w:val="0"/>
          <w:strike w:val="0"/>
          <w:u w:val="single"/>
        </w:rPr>
        <w:t xml:space="preserve"> in a new nuclear state could </w:t>
      </w:r>
      <w:r>
        <w:rPr>
          <w:b w:val="0"/>
          <w:i w:val="0"/>
          <w:smallCaps w:val="0"/>
          <w:strike w:val="0"/>
          <w:highlight w:val="yellow"/>
          <w:u w:val="single"/>
        </w:rPr>
        <w:t xml:space="preserve">lead to </w:t>
      </w:r>
      <w:r>
        <w:rPr>
          <w:b w:val="0"/>
          <w:i w:val="0"/>
          <w:smallCaps w:val="0"/>
          <w:strike w:val="0"/>
          <w:u w:val="single"/>
        </w:rPr>
        <w:t xml:space="preserve">an </w:t>
      </w:r>
      <w:r>
        <w:rPr>
          <w:b/>
          <w:i w:val="0"/>
          <w:smallCaps w:val="0"/>
          <w:strike w:val="0"/>
          <w:highlight w:val="yellow"/>
          <w:u w:val="single"/>
        </w:rPr>
        <w:t>accidental</w:t>
      </w:r>
      <w:r>
        <w:rPr>
          <w:b w:val="0"/>
          <w:i w:val="0"/>
          <w:smallCaps w:val="0"/>
          <w:strike w:val="0"/>
          <w:highlight w:val="yellow"/>
          <w:u w:val="single"/>
        </w:rPr>
        <w:t xml:space="preserve"> </w:t>
      </w:r>
      <w:r>
        <w:rPr>
          <w:b w:val="0"/>
          <w:i w:val="0"/>
          <w:smallCaps w:val="0"/>
          <w:strike w:val="0"/>
          <w:u w:val="single"/>
        </w:rPr>
        <w:t xml:space="preserve">or </w:t>
      </w:r>
      <w:r>
        <w:rPr>
          <w:b/>
          <w:i w:val="0"/>
          <w:smallCaps w:val="0"/>
          <w:strike w:val="0"/>
          <w:u w:val="single"/>
        </w:rPr>
        <w:t xml:space="preserve">unauthorized nuclear </w:t>
      </w:r>
      <w:r>
        <w:rPr>
          <w:b/>
          <w:i w:val="0"/>
          <w:smallCaps w:val="0"/>
          <w:strike w:val="0"/>
          <w:highlight w:val="yellow"/>
          <w:u w:val="single"/>
        </w:rPr>
        <w:t>launch</w:t>
      </w:r>
      <w:r>
        <w:rPr>
          <w:b w:val="0"/>
          <w:i w:val="0"/>
          <w:smallCaps w:val="0"/>
          <w:strike w:val="0"/>
          <w:sz w:val="16"/>
          <w:u w:val="none"/>
        </w:rPr>
        <w:t xml:space="preserve">.96 On the other hand, </w:t>
      </w:r>
      <w:r>
        <w:rPr>
          <w:b w:val="0"/>
          <w:i w:val="0"/>
          <w:smallCaps w:val="0"/>
          <w:strike w:val="0"/>
          <w:u w:val="single"/>
        </w:rPr>
        <w:t xml:space="preserve">even for retaliatory postures, effective </w:t>
      </w:r>
      <w:r>
        <w:rPr>
          <w:b/>
          <w:i w:val="0"/>
          <w:smallCaps w:val="0"/>
          <w:strike w:val="0"/>
          <w:highlight w:val="yellow"/>
          <w:u w:val="single"/>
        </w:rPr>
        <w:t>deterrence</w:t>
      </w:r>
      <w:r>
        <w:rPr>
          <w:b w:val="0"/>
          <w:i w:val="0"/>
          <w:smallCaps w:val="0"/>
          <w:strike w:val="0"/>
          <w:highlight w:val="yellow"/>
          <w:u w:val="single"/>
        </w:rPr>
        <w:t xml:space="preserve"> requires</w:t>
      </w:r>
      <w:r>
        <w:rPr>
          <w:b w:val="0"/>
          <w:i w:val="0"/>
          <w:smallCaps w:val="0"/>
          <w:strike w:val="0"/>
          <w:u w:val="single"/>
        </w:rPr>
        <w:t xml:space="preserve"> that </w:t>
      </w:r>
      <w:r>
        <w:rPr>
          <w:b w:val="0"/>
          <w:i w:val="0"/>
          <w:smallCaps w:val="0"/>
          <w:strike w:val="0"/>
          <w:highlight w:val="yellow"/>
          <w:u w:val="single"/>
        </w:rPr>
        <w:t>states</w:t>
      </w:r>
      <w:r>
        <w:rPr>
          <w:b w:val="0"/>
          <w:i w:val="0"/>
          <w:smallCaps w:val="0"/>
          <w:strike w:val="0"/>
          <w:u w:val="single"/>
        </w:rPr>
        <w:t xml:space="preserve"> credibly </w:t>
      </w:r>
      <w:r>
        <w:rPr>
          <w:b/>
          <w:i w:val="0"/>
          <w:smallCaps w:val="0"/>
          <w:strike w:val="0"/>
          <w:u w:val="single"/>
        </w:rPr>
        <w:t>signal</w:t>
      </w:r>
      <w:r>
        <w:rPr>
          <w:b w:val="0"/>
          <w:i w:val="0"/>
          <w:smallCaps w:val="0"/>
          <w:strike w:val="0"/>
          <w:sz w:val="16"/>
          <w:u w:val="none"/>
        </w:rPr>
        <w:t xml:space="preserve"> </w:t>
      </w:r>
      <w:r>
        <w:rPr>
          <w:b w:val="0"/>
          <w:i w:val="0"/>
          <w:smallCaps w:val="0"/>
          <w:strike w:val="0"/>
          <w:u w:val="single"/>
        </w:rPr>
        <w:t>that they are willing to use nuclear weapons in retaliation for an attack</w:t>
      </w:r>
      <w:r>
        <w:rPr>
          <w:b w:val="0"/>
          <w:i w:val="0"/>
          <w:smallCaps w:val="0"/>
          <w:strike w:val="0"/>
          <w:sz w:val="16"/>
          <w:u w:val="none"/>
        </w:rPr>
        <w:t xml:space="preserve">. </w:t>
      </w:r>
      <w:r>
        <w:rPr>
          <w:b w:val="0"/>
          <w:i w:val="0"/>
          <w:smallCaps w:val="0"/>
          <w:strike w:val="0"/>
          <w:u w:val="single"/>
        </w:rPr>
        <w:t xml:space="preserve">To do so requires that nuclear states in competition with one another must </w:t>
      </w:r>
      <w:r>
        <w:rPr>
          <w:b w:val="0"/>
          <w:i w:val="0"/>
          <w:smallCaps w:val="0"/>
          <w:strike w:val="0"/>
          <w:highlight w:val="yellow"/>
          <w:u w:val="single"/>
        </w:rPr>
        <w:t xml:space="preserve">maintain a </w:t>
      </w:r>
      <w:r>
        <w:rPr>
          <w:b/>
          <w:i w:val="0"/>
          <w:smallCaps w:val="0"/>
          <w:strike w:val="0"/>
          <w:highlight w:val="yellow"/>
          <w:u w:val="single"/>
        </w:rPr>
        <w:t>willingness to risk</w:t>
      </w:r>
      <w:r>
        <w:rPr>
          <w:b/>
          <w:i w:val="0"/>
          <w:smallCaps w:val="0"/>
          <w:strike w:val="0"/>
          <w:u w:val="single"/>
        </w:rPr>
        <w:t xml:space="preserve"> nuclear </w:t>
      </w:r>
      <w:r>
        <w:rPr>
          <w:b/>
          <w:i w:val="0"/>
          <w:smallCaps w:val="0"/>
          <w:strike w:val="0"/>
          <w:highlight w:val="yellow"/>
          <w:u w:val="single"/>
        </w:rPr>
        <w:t>war</w:t>
      </w:r>
      <w:r>
        <w:rPr>
          <w:b w:val="0"/>
          <w:i w:val="0"/>
          <w:smallCaps w:val="0"/>
          <w:strike w:val="0"/>
          <w:sz w:val="16"/>
          <w:u w:val="none"/>
        </w:rPr>
        <w:t xml:space="preserve">. </w:t>
      </w:r>
      <w:r>
        <w:rPr>
          <w:b w:val="0"/>
          <w:i w:val="0"/>
          <w:smallCaps w:val="0"/>
          <w:strike w:val="0"/>
          <w:highlight w:val="yellow"/>
          <w:u w:val="single"/>
        </w:rPr>
        <w:t xml:space="preserve">The greater the number </w:t>
      </w:r>
      <w:r>
        <w:rPr>
          <w:b w:val="0"/>
          <w:i w:val="0"/>
          <w:smallCaps w:val="0"/>
          <w:strike w:val="0"/>
          <w:u w:val="single"/>
        </w:rPr>
        <w:t>of these “</w:t>
      </w:r>
      <w:r>
        <w:rPr>
          <w:b/>
          <w:i w:val="0"/>
          <w:smallCaps w:val="0"/>
          <w:strike w:val="0"/>
          <w:u w:val="single"/>
        </w:rPr>
        <w:t>competition[s] in risk taking,</w:t>
      </w:r>
      <w:r>
        <w:rPr>
          <w:b w:val="0"/>
          <w:i w:val="0"/>
          <w:smallCaps w:val="0"/>
          <w:strike w:val="0"/>
          <w:sz w:val="16"/>
          <w:u w:val="none"/>
        </w:rPr>
        <w:t>” as Thomas Schelling called them</w:t>
      </w:r>
      <w:r>
        <w:rPr>
          <w:b w:val="0"/>
          <w:i w:val="0"/>
          <w:smallCaps w:val="0"/>
          <w:strike w:val="0"/>
          <w:sz w:val="16"/>
          <w:highlight w:val="yellow"/>
          <w:u w:val="none"/>
        </w:rPr>
        <w:t xml:space="preserve">, </w:t>
      </w:r>
      <w:r>
        <w:rPr>
          <w:b w:val="0"/>
          <w:i w:val="0"/>
          <w:smallCaps w:val="0"/>
          <w:strike w:val="0"/>
          <w:highlight w:val="yellow"/>
          <w:u w:val="single"/>
        </w:rPr>
        <w:t xml:space="preserve">the </w:t>
      </w:r>
      <w:r>
        <w:rPr>
          <w:b/>
          <w:i w:val="0"/>
          <w:smallCaps w:val="0"/>
          <w:strike w:val="0"/>
          <w:highlight w:val="yellow"/>
          <w:u w:val="single"/>
        </w:rPr>
        <w:t>more likely</w:t>
      </w:r>
      <w:r>
        <w:rPr>
          <w:b w:val="0"/>
          <w:i w:val="0"/>
          <w:smallCaps w:val="0"/>
          <w:strike w:val="0"/>
          <w:u w:val="single"/>
        </w:rPr>
        <w:t xml:space="preserve"> it is that </w:t>
      </w:r>
      <w:r>
        <w:rPr>
          <w:b/>
          <w:i w:val="0"/>
          <w:smallCaps w:val="0"/>
          <w:strike w:val="0"/>
          <w:highlight w:val="yellow"/>
          <w:u w:val="single"/>
        </w:rPr>
        <w:t>nuclear weapons will be used</w:t>
      </w:r>
      <w:r>
        <w:rPr>
          <w:b w:val="0"/>
          <w:i w:val="0"/>
          <w:smallCaps w:val="0"/>
          <w:strike w:val="0"/>
          <w:u w:val="single"/>
        </w:rPr>
        <w:t xml:space="preserve"> at some point.97 </w:t>
      </w:r>
      <w:r>
        <w:rPr>
          <w:b w:val="0"/>
          <w:i w:val="0"/>
          <w:smallCaps w:val="0"/>
          <w:strike w:val="0"/>
          <w:sz w:val="16"/>
          <w:u w:val="none"/>
        </w:rPr>
        <w:t xml:space="preserve">The situation in </w:t>
      </w:r>
      <w:r>
        <w:rPr>
          <w:b w:val="0"/>
          <w:i w:val="0"/>
          <w:smallCaps w:val="0"/>
          <w:strike w:val="0"/>
          <w:u w:val="single"/>
        </w:rPr>
        <w:t xml:space="preserve">Northeast Asia helps illustrate how increasing the number of nuclear weapons states </w:t>
      </w:r>
      <w:r>
        <w:rPr>
          <w:b/>
          <w:i w:val="0"/>
          <w:smallCaps w:val="0"/>
          <w:strike w:val="0"/>
          <w:u w:val="single"/>
        </w:rPr>
        <w:t>increases</w:t>
      </w:r>
      <w:r>
        <w:rPr>
          <w:b w:val="0"/>
          <w:i w:val="0"/>
          <w:smallCaps w:val="0"/>
          <w:strike w:val="0"/>
          <w:u w:val="single"/>
        </w:rPr>
        <w:t xml:space="preserve"> the </w:t>
      </w:r>
      <w:r>
        <w:rPr>
          <w:b/>
          <w:i w:val="0"/>
          <w:smallCaps w:val="0"/>
          <w:strike w:val="0"/>
          <w:u w:val="single"/>
        </w:rPr>
        <w:t>probability that nuclear weapons will be used</w:t>
      </w:r>
      <w:r>
        <w:rPr>
          <w:b w:val="0"/>
          <w:i w:val="0"/>
          <w:smallCaps w:val="0"/>
          <w:strike w:val="0"/>
          <w:sz w:val="16"/>
          <w:u w:val="none"/>
        </w:rPr>
        <w:t xml:space="preserve">. </w:t>
      </w:r>
      <w:r>
        <w:rPr>
          <w:b w:val="0"/>
          <w:i w:val="0"/>
          <w:smallCaps w:val="0"/>
          <w:strike w:val="0"/>
          <w:highlight w:val="yellow"/>
          <w:u w:val="single"/>
        </w:rPr>
        <w:t>Absent U.S. security</w:t>
      </w:r>
      <w:r>
        <w:rPr>
          <w:b w:val="0"/>
          <w:i w:val="0"/>
          <w:smallCaps w:val="0"/>
          <w:strike w:val="0"/>
          <w:u w:val="single"/>
        </w:rPr>
        <w:t xml:space="preserve"> guarantees, there is a real possibility that </w:t>
      </w:r>
      <w:r>
        <w:rPr>
          <w:b/>
          <w:i w:val="0"/>
          <w:smallCaps w:val="0"/>
          <w:strike w:val="0"/>
          <w:highlight w:val="yellow"/>
          <w:u w:val="single"/>
        </w:rPr>
        <w:t>Japan</w:t>
      </w:r>
      <w:r>
        <w:rPr>
          <w:b w:val="0"/>
          <w:i w:val="0"/>
          <w:smallCaps w:val="0"/>
          <w:strike w:val="0"/>
          <w:highlight w:val="yellow"/>
          <w:u w:val="single"/>
        </w:rPr>
        <w:t>,</w:t>
      </w:r>
      <w:r>
        <w:rPr>
          <w:b w:val="0"/>
          <w:i w:val="0"/>
          <w:smallCaps w:val="0"/>
          <w:strike w:val="0"/>
          <w:sz w:val="16"/>
          <w:highlight w:val="yellow"/>
          <w:u w:val="none"/>
        </w:rPr>
        <w:t xml:space="preserve"> </w:t>
      </w:r>
      <w:r>
        <w:rPr>
          <w:b/>
          <w:i w:val="0"/>
          <w:smallCaps w:val="0"/>
          <w:strike w:val="0"/>
          <w:highlight w:val="yellow"/>
          <w:u w:val="single"/>
        </w:rPr>
        <w:t>Taiwan</w:t>
      </w:r>
      <w:r>
        <w:rPr>
          <w:b w:val="0"/>
          <w:i w:val="0"/>
          <w:smallCaps w:val="0"/>
          <w:strike w:val="0"/>
          <w:sz w:val="16"/>
          <w:highlight w:val="yellow"/>
          <w:u w:val="none"/>
        </w:rPr>
        <w:t xml:space="preserve">, </w:t>
      </w:r>
      <w:r>
        <w:rPr>
          <w:b w:val="0"/>
          <w:i w:val="0"/>
          <w:smallCaps w:val="0"/>
          <w:strike w:val="0"/>
          <w:highlight w:val="yellow"/>
          <w:u w:val="single"/>
        </w:rPr>
        <w:t>and</w:t>
      </w:r>
      <w:r>
        <w:rPr>
          <w:b w:val="0"/>
          <w:i w:val="0"/>
          <w:smallCaps w:val="0"/>
          <w:strike w:val="0"/>
          <w:sz w:val="16"/>
          <w:highlight w:val="yellow"/>
          <w:u w:val="none"/>
        </w:rPr>
        <w:t xml:space="preserve"> </w:t>
      </w:r>
      <w:r>
        <w:rPr>
          <w:b/>
          <w:i w:val="0"/>
          <w:smallCaps w:val="0"/>
          <w:strike w:val="0"/>
          <w:highlight w:val="yellow"/>
          <w:u w:val="single"/>
        </w:rPr>
        <w:t>South Korea</w:t>
      </w:r>
      <w:r>
        <w:rPr>
          <w:b w:val="0"/>
          <w:i w:val="0"/>
          <w:smallCaps w:val="0"/>
          <w:strike w:val="0"/>
          <w:sz w:val="16"/>
          <w:highlight w:val="yellow"/>
          <w:u w:val="none"/>
        </w:rPr>
        <w:t xml:space="preserve"> </w:t>
      </w:r>
      <w:r>
        <w:rPr>
          <w:b w:val="0"/>
          <w:i w:val="0"/>
          <w:smallCaps w:val="0"/>
          <w:strike w:val="0"/>
          <w:u w:val="single"/>
        </w:rPr>
        <w:t xml:space="preserve">would </w:t>
      </w:r>
      <w:r>
        <w:rPr>
          <w:b w:val="0"/>
          <w:i w:val="0"/>
          <w:smallCaps w:val="0"/>
          <w:strike w:val="0"/>
          <w:highlight w:val="yellow"/>
          <w:u w:val="single"/>
        </w:rPr>
        <w:t>build</w:t>
      </w:r>
      <w:r>
        <w:rPr>
          <w:b w:val="0"/>
          <w:i w:val="0"/>
          <w:smallCaps w:val="0"/>
          <w:strike w:val="0"/>
          <w:u w:val="single"/>
        </w:rPr>
        <w:t xml:space="preserve"> nuclear </w:t>
      </w:r>
      <w:r>
        <w:rPr>
          <w:b w:val="0"/>
          <w:i w:val="0"/>
          <w:smallCaps w:val="0"/>
          <w:strike w:val="0"/>
          <w:highlight w:val="yellow"/>
          <w:u w:val="single"/>
        </w:rPr>
        <w:t>arsenals</w:t>
      </w:r>
      <w:r>
        <w:rPr>
          <w:b w:val="0"/>
          <w:i w:val="0"/>
          <w:smallCaps w:val="0"/>
          <w:strike w:val="0"/>
          <w:sz w:val="16"/>
          <w:u w:val="none"/>
        </w:rPr>
        <w:t xml:space="preserve"> of their own </w:t>
      </w:r>
      <w:r>
        <w:rPr>
          <w:b w:val="0"/>
          <w:i w:val="0"/>
          <w:smallCaps w:val="0"/>
          <w:strike w:val="0"/>
          <w:highlight w:val="yellow"/>
          <w:u w:val="single"/>
        </w:rPr>
        <w:t>given</w:t>
      </w:r>
      <w:r>
        <w:rPr>
          <w:b w:val="0"/>
          <w:i w:val="0"/>
          <w:smallCaps w:val="0"/>
          <w:strike w:val="0"/>
          <w:u w:val="single"/>
        </w:rPr>
        <w:t xml:space="preserve"> their </w:t>
      </w:r>
      <w:r>
        <w:rPr>
          <w:b w:val="0"/>
          <w:i w:val="0"/>
          <w:smallCaps w:val="0"/>
          <w:strike w:val="0"/>
          <w:highlight w:val="yellow"/>
          <w:u w:val="single"/>
        </w:rPr>
        <w:t>concerns about</w:t>
      </w:r>
      <w:r>
        <w:rPr>
          <w:b w:val="0"/>
          <w:i w:val="0"/>
          <w:smallCaps w:val="0"/>
          <w:strike w:val="0"/>
          <w:sz w:val="16"/>
          <w:highlight w:val="yellow"/>
          <w:u w:val="none"/>
        </w:rPr>
        <w:t xml:space="preserve"> </w:t>
      </w:r>
      <w:r>
        <w:rPr>
          <w:b/>
          <w:i w:val="0"/>
          <w:smallCaps w:val="0"/>
          <w:strike w:val="0"/>
          <w:highlight w:val="yellow"/>
          <w:u w:val="single"/>
        </w:rPr>
        <w:t>China</w:t>
      </w:r>
      <w:r>
        <w:rPr>
          <w:b w:val="0"/>
          <w:i w:val="0"/>
          <w:smallCaps w:val="0"/>
          <w:strike w:val="0"/>
          <w:sz w:val="16"/>
          <w:highlight w:val="yellow"/>
          <w:u w:val="none"/>
        </w:rPr>
        <w:t xml:space="preserve"> </w:t>
      </w:r>
      <w:r>
        <w:rPr>
          <w:b w:val="0"/>
          <w:i w:val="0"/>
          <w:smallCaps w:val="0"/>
          <w:strike w:val="0"/>
          <w:highlight w:val="yellow"/>
          <w:u w:val="single"/>
        </w:rPr>
        <w:t>and</w:t>
      </w:r>
      <w:r>
        <w:rPr>
          <w:b w:val="0"/>
          <w:i w:val="0"/>
          <w:smallCaps w:val="0"/>
          <w:strike w:val="0"/>
          <w:sz w:val="16"/>
          <w:highlight w:val="yellow"/>
          <w:u w:val="none"/>
        </w:rPr>
        <w:t xml:space="preserve"> </w:t>
      </w:r>
      <w:r>
        <w:rPr>
          <w:b/>
          <w:i w:val="0"/>
          <w:smallCaps w:val="0"/>
          <w:strike w:val="0"/>
          <w:highlight w:val="yellow"/>
          <w:u w:val="single"/>
        </w:rPr>
        <w:t>North Korea</w:t>
      </w:r>
      <w:r>
        <w:rPr>
          <w:b w:val="0"/>
          <w:i w:val="0"/>
          <w:smallCaps w:val="0"/>
          <w:strike w:val="0"/>
          <w:sz w:val="16"/>
          <w:u w:val="none"/>
        </w:rPr>
        <w:t xml:space="preserve">.98 There are currently two nuclear dyads in the region: the United States and China, and the United States and North Korea. </w:t>
      </w:r>
      <w:r>
        <w:rPr>
          <w:b w:val="0"/>
          <w:i w:val="0"/>
          <w:smallCaps w:val="0"/>
          <w:strike w:val="0"/>
          <w:u w:val="single"/>
        </w:rPr>
        <w:t xml:space="preserve">If Japan, Taiwan, and South Korea all acquired nuclear weapons, </w:t>
      </w:r>
      <w:r>
        <w:rPr>
          <w:b w:val="0"/>
          <w:i w:val="0"/>
          <w:smallCaps w:val="0"/>
          <w:strike w:val="0"/>
          <w:highlight w:val="yellow"/>
          <w:u w:val="single"/>
        </w:rPr>
        <w:t>there would be</w:t>
      </w:r>
      <w:r>
        <w:rPr>
          <w:b w:val="0"/>
          <w:i w:val="0"/>
          <w:smallCaps w:val="0"/>
          <w:strike w:val="0"/>
          <w:u w:val="single"/>
        </w:rPr>
        <w:t xml:space="preserve"> at least </w:t>
      </w:r>
      <w:r>
        <w:rPr>
          <w:b/>
          <w:i w:val="0"/>
          <w:smallCaps w:val="0"/>
          <w:strike w:val="0"/>
          <w:highlight w:val="yellow"/>
          <w:u w:val="single"/>
        </w:rPr>
        <w:t xml:space="preserve">five </w:t>
      </w:r>
      <w:r>
        <w:rPr>
          <w:b/>
          <w:i w:val="0"/>
          <w:smallCaps w:val="0"/>
          <w:strike w:val="0"/>
          <w:u w:val="single"/>
        </w:rPr>
        <w:t xml:space="preserve">additional </w:t>
      </w:r>
      <w:r>
        <w:rPr>
          <w:b/>
          <w:i w:val="0"/>
          <w:smallCaps w:val="0"/>
          <w:strike w:val="0"/>
          <w:highlight w:val="yellow"/>
          <w:u w:val="single"/>
        </w:rPr>
        <w:t>dyads</w:t>
      </w:r>
      <w:r>
        <w:rPr>
          <w:b w:val="0"/>
          <w:i w:val="0"/>
          <w:smallCaps w:val="0"/>
          <w:strike w:val="0"/>
          <w:sz w:val="16"/>
          <w:u w:val="none"/>
        </w:rPr>
        <w:t xml:space="preserve">: China and Taiwan, China and Japan, China and South Korea, North Korea and South Korea, and North Korea and Japan. </w:t>
      </w:r>
      <w:r>
        <w:rPr>
          <w:b w:val="0"/>
          <w:i w:val="0"/>
          <w:smallCaps w:val="0"/>
          <w:strike w:val="0"/>
          <w:u w:val="single"/>
        </w:rPr>
        <w:t xml:space="preserve">Given </w:t>
      </w:r>
      <w:r>
        <w:rPr>
          <w:b/>
          <w:i w:val="0"/>
          <w:smallCaps w:val="0"/>
          <w:strike w:val="0"/>
          <w:u w:val="single"/>
        </w:rPr>
        <w:t>lingering tensions</w:t>
      </w:r>
      <w:r>
        <w:rPr>
          <w:b w:val="0"/>
          <w:i w:val="0"/>
          <w:smallCaps w:val="0"/>
          <w:strike w:val="0"/>
          <w:sz w:val="16"/>
          <w:u w:val="none"/>
        </w:rPr>
        <w:t xml:space="preserve"> from its pre-1945 occupation of the Korean Peninsula, </w:t>
      </w:r>
      <w:r>
        <w:rPr>
          <w:b w:val="0"/>
          <w:i w:val="0"/>
          <w:smallCaps w:val="0"/>
          <w:strike w:val="0"/>
          <w:u w:val="single"/>
        </w:rPr>
        <w:t>a South Korea-Japanese nuclear dyad is entirely plausible as well</w:t>
      </w:r>
      <w:r>
        <w:rPr>
          <w:b w:val="0"/>
          <w:i w:val="0"/>
          <w:smallCaps w:val="0"/>
          <w:strike w:val="0"/>
          <w:sz w:val="16"/>
          <w:u w:val="none"/>
        </w:rPr>
        <w:t xml:space="preserve">.99 </w:t>
      </w:r>
      <w:r>
        <w:rPr>
          <w:b w:val="0"/>
          <w:i w:val="0"/>
          <w:smallCaps w:val="0"/>
          <w:strike w:val="0"/>
          <w:highlight w:val="yellow"/>
          <w:u w:val="single"/>
        </w:rPr>
        <w:t>Each new dyad</w:t>
      </w:r>
      <w:r>
        <w:rPr>
          <w:b w:val="0"/>
          <w:i w:val="0"/>
          <w:smallCaps w:val="0"/>
          <w:strike w:val="0"/>
          <w:sz w:val="16"/>
          <w:u w:val="none"/>
        </w:rPr>
        <w:t xml:space="preserve"> adds a contest in risk-taking, which </w:t>
      </w:r>
      <w:r>
        <w:rPr>
          <w:b/>
          <w:i w:val="0"/>
          <w:smallCaps w:val="0"/>
          <w:strike w:val="0"/>
          <w:highlight w:val="yellow"/>
          <w:u w:val="single"/>
        </w:rPr>
        <w:t>increases the chances</w:t>
      </w:r>
      <w:r>
        <w:rPr>
          <w:b w:val="0"/>
          <w:i w:val="0"/>
          <w:smallCaps w:val="0"/>
          <w:strike w:val="0"/>
          <w:u w:val="single"/>
        </w:rPr>
        <w:t xml:space="preserve"> that </w:t>
      </w:r>
      <w:r>
        <w:rPr>
          <w:b/>
          <w:i w:val="0"/>
          <w:smallCaps w:val="0"/>
          <w:strike w:val="0"/>
          <w:u w:val="single"/>
        </w:rPr>
        <w:t xml:space="preserve">nuclear </w:t>
      </w:r>
      <w:r>
        <w:rPr>
          <w:b/>
          <w:i w:val="0"/>
          <w:smallCaps w:val="0"/>
          <w:strike w:val="0"/>
          <w:highlight w:val="yellow"/>
          <w:u w:val="single"/>
        </w:rPr>
        <w:t>weapons will be used</w:t>
      </w:r>
      <w:r>
        <w:rPr>
          <w:b w:val="0"/>
          <w:i w:val="0"/>
          <w:smallCaps w:val="0"/>
          <w:strike w:val="0"/>
          <w:u w:val="single"/>
        </w:rPr>
        <w:t xml:space="preserve"> in the region</w:t>
      </w:r>
      <w:r>
        <w:rPr>
          <w:b w:val="0"/>
          <w:i w:val="0"/>
          <w:smallCaps w:val="0"/>
          <w:strike w:val="0"/>
          <w:sz w:val="16"/>
          <w:u w:val="none"/>
        </w:rPr>
        <w:t xml:space="preserve">.100 Though America’s geographic isolation insulates it from many the threats of an increasingly competitive and unstable world, it does not provide absolute immunity. As noted above, Christopher Layne rightly highlights the major wars in Europe in which the United States did not become involved. However, the question should not be about frequency of American involvement in major power wars in Eurasia. Instead, it should be about the cost when the United States does become involved in such a conflict. </w:t>
      </w:r>
      <w:r>
        <w:rPr>
          <w:b w:val="0"/>
          <w:i w:val="0"/>
          <w:smallCaps w:val="0"/>
          <w:strike w:val="0"/>
          <w:u w:val="single"/>
        </w:rPr>
        <w:t>The purpose of insurance is to protect against low frequency, high-cost events. There was a relatively low probability that the Soviet Union would have invaded Western Europe during the Cold War, but the United States invested in deterring an invasion because the costs of an actual war would have been higher</w:t>
      </w:r>
      <w:r>
        <w:rPr>
          <w:b w:val="0"/>
          <w:i w:val="0"/>
          <w:smallCaps w:val="0"/>
          <w:strike w:val="0"/>
          <w:sz w:val="16"/>
          <w:u w:val="none"/>
        </w:rPr>
        <w:t xml:space="preserve">.101 While the United States avoided involvement in a number of European wars, the major conflicts the United States did become involved in were high-cost events. At the height of World War II, the United States spent 37 percent of its gross domestic product on its military.102 More than 8 percent of the U.S. population was in uniform at the war’s peak.103 </w:t>
      </w:r>
      <w:r>
        <w:rPr>
          <w:b w:val="0"/>
          <w:i w:val="0"/>
          <w:smallCaps w:val="0"/>
          <w:strike w:val="0"/>
          <w:u w:val="single"/>
        </w:rPr>
        <w:t>The size of the American state expanded massively during this time</w:t>
      </w:r>
      <w:r>
        <w:rPr>
          <w:b w:val="0"/>
          <w:i w:val="0"/>
          <w:smallCaps w:val="0"/>
          <w:strike w:val="0"/>
          <w:sz w:val="16"/>
          <w:u w:val="none"/>
        </w:rPr>
        <w:t xml:space="preserve">.104 </w:t>
      </w:r>
      <w:r>
        <w:rPr>
          <w:b w:val="0"/>
          <w:i w:val="0"/>
          <w:smallCaps w:val="0"/>
          <w:strike w:val="0"/>
          <w:u w:val="single"/>
        </w:rPr>
        <w:t xml:space="preserve">The United States did not need a formal military alliance with any of the belligerents prior to either of the world wars to become involved in the conflicts. </w:t>
      </w:r>
      <w:r>
        <w:rPr>
          <w:b w:val="0"/>
          <w:i w:val="0"/>
          <w:smallCaps w:val="0"/>
          <w:strike w:val="0"/>
          <w:sz w:val="16"/>
          <w:u w:val="none"/>
        </w:rPr>
        <w:t xml:space="preserve">America’s involvement in World War II suggests that one way </w:t>
      </w:r>
      <w:r>
        <w:rPr>
          <w:b w:val="0"/>
          <w:i w:val="0"/>
          <w:smallCaps w:val="0"/>
          <w:strike w:val="0"/>
          <w:highlight w:val="yellow"/>
          <w:u w:val="single"/>
        </w:rPr>
        <w:t xml:space="preserve">the </w:t>
      </w:r>
      <w:r>
        <w:rPr>
          <w:b/>
          <w:i w:val="0"/>
          <w:smallCaps w:val="0"/>
          <w:strike w:val="0"/>
          <w:highlight w:val="yellow"/>
          <w:u w:val="single"/>
        </w:rPr>
        <w:t>U</w:t>
      </w:r>
      <w:r>
        <w:rPr>
          <w:b w:val="0"/>
          <w:i w:val="0"/>
          <w:smallCaps w:val="0"/>
          <w:strike w:val="0"/>
          <w:u w:val="single"/>
        </w:rPr>
        <w:t>nited</w:t>
      </w:r>
      <w:r>
        <w:rPr>
          <w:b w:val="0"/>
          <w:i w:val="0"/>
          <w:smallCaps w:val="0"/>
          <w:strike w:val="0"/>
          <w:highlight w:val="yellow"/>
          <w:u w:val="single"/>
        </w:rPr>
        <w:t xml:space="preserve"> </w:t>
      </w:r>
      <w:r>
        <w:rPr>
          <w:b/>
          <w:i w:val="0"/>
          <w:smallCaps w:val="0"/>
          <w:strike w:val="0"/>
          <w:highlight w:val="yellow"/>
          <w:u w:val="single"/>
        </w:rPr>
        <w:t>S</w:t>
      </w:r>
      <w:r>
        <w:rPr>
          <w:b w:val="0"/>
          <w:i w:val="0"/>
          <w:smallCaps w:val="0"/>
          <w:strike w:val="0"/>
          <w:u w:val="single"/>
        </w:rPr>
        <w:t>tates</w:t>
      </w:r>
      <w:r>
        <w:rPr>
          <w:b w:val="0"/>
          <w:i w:val="0"/>
          <w:smallCaps w:val="0"/>
          <w:strike w:val="0"/>
          <w:highlight w:val="yellow"/>
          <w:u w:val="single"/>
        </w:rPr>
        <w:t xml:space="preserve"> might be</w:t>
      </w:r>
      <w:r>
        <w:rPr>
          <w:b w:val="0"/>
          <w:i w:val="0"/>
          <w:smallCaps w:val="0"/>
          <w:strike w:val="0"/>
          <w:u w:val="single"/>
        </w:rPr>
        <w:t>come</w:t>
      </w:r>
      <w:r>
        <w:rPr>
          <w:b w:val="0"/>
          <w:i w:val="0"/>
          <w:smallCaps w:val="0"/>
          <w:strike w:val="0"/>
          <w:highlight w:val="yellow"/>
          <w:u w:val="single"/>
        </w:rPr>
        <w:t xml:space="preserve"> </w:t>
      </w:r>
      <w:r>
        <w:rPr>
          <w:b w:val="0"/>
          <w:i w:val="0"/>
          <w:smallCaps w:val="0"/>
          <w:strike w:val="0"/>
          <w:u w:val="single"/>
        </w:rPr>
        <w:t xml:space="preserve">involved </w:t>
      </w:r>
      <w:r>
        <w:rPr>
          <w:b w:val="0"/>
          <w:i w:val="0"/>
          <w:smallCaps w:val="0"/>
          <w:strike w:val="0"/>
          <w:highlight w:val="yellow"/>
          <w:u w:val="single"/>
        </w:rPr>
        <w:t>in</w:t>
      </w:r>
      <w:r>
        <w:rPr>
          <w:b w:val="0"/>
          <w:i w:val="0"/>
          <w:smallCaps w:val="0"/>
          <w:strike w:val="0"/>
          <w:sz w:val="16"/>
          <w:highlight w:val="yellow"/>
          <w:u w:val="none"/>
        </w:rPr>
        <w:t xml:space="preserve"> </w:t>
      </w:r>
      <w:r>
        <w:rPr>
          <w:b/>
          <w:i w:val="0"/>
          <w:smallCaps w:val="0"/>
          <w:strike w:val="0"/>
          <w:highlight w:val="yellow"/>
          <w:u w:val="single"/>
        </w:rPr>
        <w:t>another major war</w:t>
      </w:r>
      <w:r>
        <w:rPr>
          <w:b w:val="0"/>
          <w:i w:val="0"/>
          <w:smallCaps w:val="0"/>
          <w:strike w:val="0"/>
          <w:sz w:val="16"/>
          <w:u w:val="none"/>
        </w:rPr>
        <w:t xml:space="preserve"> </w:t>
      </w:r>
      <w:r>
        <w:rPr>
          <w:b w:val="0"/>
          <w:i w:val="0"/>
          <w:smallCaps w:val="0"/>
          <w:strike w:val="0"/>
          <w:u w:val="single"/>
        </w:rPr>
        <w:t xml:space="preserve">is </w:t>
      </w:r>
      <w:r>
        <w:rPr>
          <w:b w:val="0"/>
          <w:i w:val="0"/>
          <w:smallCaps w:val="0"/>
          <w:strike w:val="0"/>
          <w:highlight w:val="yellow"/>
          <w:u w:val="single"/>
        </w:rPr>
        <w:t>if</w:t>
      </w:r>
      <w:r>
        <w:rPr>
          <w:b w:val="0"/>
          <w:i w:val="0"/>
          <w:smallCaps w:val="0"/>
          <w:strike w:val="0"/>
          <w:u w:val="single"/>
        </w:rPr>
        <w:t xml:space="preserve"> some former U.S. </w:t>
      </w:r>
      <w:r>
        <w:rPr>
          <w:b/>
          <w:i w:val="0"/>
          <w:smallCaps w:val="0"/>
          <w:strike w:val="0"/>
          <w:highlight w:val="yellow"/>
          <w:u w:val="single"/>
        </w:rPr>
        <w:t xml:space="preserve">allies fail to build </w:t>
      </w:r>
      <w:r>
        <w:rPr>
          <w:b/>
          <w:i w:val="0"/>
          <w:smallCaps w:val="0"/>
          <w:strike w:val="0"/>
          <w:u w:val="single"/>
        </w:rPr>
        <w:t xml:space="preserve">their military </w:t>
      </w:r>
      <w:r>
        <w:rPr>
          <w:b/>
          <w:i w:val="0"/>
          <w:smallCaps w:val="0"/>
          <w:strike w:val="0"/>
          <w:highlight w:val="yellow"/>
          <w:u w:val="single"/>
        </w:rPr>
        <w:t>capabilities</w:t>
      </w:r>
      <w:r>
        <w:rPr>
          <w:b w:val="0"/>
          <w:i w:val="0"/>
          <w:smallCaps w:val="0"/>
          <w:strike w:val="0"/>
          <w:sz w:val="16"/>
          <w:u w:val="none"/>
        </w:rPr>
        <w:t xml:space="preserve"> in the face of aggressive powers. </w:t>
      </w:r>
      <w:r>
        <w:rPr>
          <w:b w:val="0"/>
          <w:i w:val="0"/>
          <w:smallCaps w:val="0"/>
          <w:strike w:val="0"/>
          <w:u w:val="single"/>
        </w:rPr>
        <w:t>Neoclassical realist scholars refer to this problem as</w:t>
      </w:r>
      <w:r>
        <w:rPr>
          <w:b w:val="0"/>
          <w:i w:val="0"/>
          <w:smallCaps w:val="0"/>
          <w:strike w:val="0"/>
          <w:sz w:val="16"/>
          <w:u w:val="none"/>
        </w:rPr>
        <w:t xml:space="preserve"> “</w:t>
      </w:r>
      <w:r>
        <w:rPr>
          <w:b/>
          <w:i w:val="0"/>
          <w:smallCaps w:val="0"/>
          <w:strike w:val="0"/>
          <w:highlight w:val="yellow"/>
          <w:u w:val="single"/>
        </w:rPr>
        <w:t>underbalancing</w:t>
      </w:r>
      <w:r>
        <w:rPr>
          <w:b w:val="0"/>
          <w:i w:val="0"/>
          <w:smallCaps w:val="0"/>
          <w:strike w:val="0"/>
          <w:sz w:val="16"/>
          <w:u w:val="none"/>
        </w:rPr>
        <w:t xml:space="preserve">.”105 According to this theory, </w:t>
      </w:r>
      <w:r>
        <w:rPr>
          <w:b w:val="0"/>
          <w:i w:val="0"/>
          <w:smallCaps w:val="0"/>
          <w:strike w:val="0"/>
          <w:u w:val="single"/>
        </w:rPr>
        <w:t>states may fail to internally balance against a threat due to domestic political factors.</w:t>
      </w:r>
      <w:r>
        <w:rPr>
          <w:b w:val="0"/>
          <w:i w:val="0"/>
          <w:smallCaps w:val="0"/>
          <w:strike w:val="0"/>
          <w:sz w:val="16"/>
          <w:u w:val="none"/>
        </w:rPr>
        <w:t xml:space="preserve">106 </w:t>
      </w:r>
      <w:r>
        <w:rPr>
          <w:b w:val="0"/>
          <w:i w:val="0"/>
          <w:smallCaps w:val="0"/>
          <w:strike w:val="0"/>
          <w:u w:val="single"/>
        </w:rPr>
        <w:t xml:space="preserve">If </w:t>
      </w:r>
      <w:r>
        <w:rPr>
          <w:b w:val="0"/>
          <w:i w:val="0"/>
          <w:smallCaps w:val="0"/>
          <w:strike w:val="0"/>
          <w:highlight w:val="yellow"/>
          <w:u w:val="single"/>
        </w:rPr>
        <w:t xml:space="preserve">states fail to </w:t>
      </w:r>
      <w:r>
        <w:rPr>
          <w:b/>
          <w:i w:val="0"/>
          <w:smallCaps w:val="0"/>
          <w:strike w:val="0"/>
          <w:highlight w:val="yellow"/>
          <w:u w:val="single"/>
        </w:rPr>
        <w:t>check an aggressive power</w:t>
      </w:r>
      <w:r>
        <w:rPr>
          <w:b w:val="0"/>
          <w:i w:val="0"/>
          <w:smallCaps w:val="0"/>
          <w:strike w:val="0"/>
          <w:sz w:val="16"/>
          <w:u w:val="none"/>
        </w:rPr>
        <w:t xml:space="preserve">, </w:t>
      </w:r>
      <w:r>
        <w:rPr>
          <w:b w:val="0"/>
          <w:i w:val="0"/>
          <w:smallCaps w:val="0"/>
          <w:strike w:val="0"/>
          <w:u w:val="single"/>
        </w:rPr>
        <w:t xml:space="preserve">it could </w:t>
      </w:r>
      <w:r>
        <w:rPr>
          <w:b w:val="0"/>
          <w:i w:val="0"/>
          <w:smallCaps w:val="0"/>
          <w:strike w:val="0"/>
          <w:highlight w:val="yellow"/>
          <w:u w:val="single"/>
        </w:rPr>
        <w:t>pave the way</w:t>
      </w:r>
      <w:r>
        <w:rPr>
          <w:b w:val="0"/>
          <w:i w:val="0"/>
          <w:smallCaps w:val="0"/>
          <w:strike w:val="0"/>
          <w:u w:val="single"/>
        </w:rPr>
        <w:t xml:space="preserve"> for the type of </w:t>
      </w:r>
      <w:r>
        <w:rPr>
          <w:b/>
          <w:i w:val="0"/>
          <w:smallCaps w:val="0"/>
          <w:strike w:val="0"/>
          <w:u w:val="single"/>
        </w:rPr>
        <w:t>hegemonic threat</w:t>
      </w:r>
      <w:r>
        <w:rPr>
          <w:b w:val="0"/>
          <w:i w:val="0"/>
          <w:smallCaps w:val="0"/>
          <w:strike w:val="0"/>
          <w:u w:val="single"/>
        </w:rPr>
        <w:t xml:space="preserve"> realists believe would require </w:t>
      </w:r>
      <w:r>
        <w:rPr>
          <w:b/>
          <w:i w:val="0"/>
          <w:smallCaps w:val="0"/>
          <w:strike w:val="0"/>
          <w:u w:val="single"/>
        </w:rPr>
        <w:t xml:space="preserve">American </w:t>
      </w:r>
      <w:r>
        <w:rPr>
          <w:b/>
          <w:i w:val="0"/>
          <w:smallCaps w:val="0"/>
          <w:strike w:val="0"/>
          <w:highlight w:val="yellow"/>
          <w:u w:val="single"/>
        </w:rPr>
        <w:t>military action</w:t>
      </w:r>
      <w:r>
        <w:rPr>
          <w:b w:val="0"/>
          <w:i w:val="0"/>
          <w:smallCaps w:val="0"/>
          <w:strike w:val="0"/>
          <w:u w:val="single"/>
        </w:rPr>
        <w:t xml:space="preserve">. </w:t>
      </w:r>
      <w:r>
        <w:rPr>
          <w:b w:val="0"/>
          <w:i w:val="0"/>
          <w:smallCaps w:val="0"/>
          <w:strike w:val="0"/>
          <w:sz w:val="16"/>
          <w:u w:val="none"/>
        </w:rPr>
        <w:t xml:space="preserve">If such a threat materialized, and if frontline states failed to contain it, </w:t>
      </w:r>
      <w:r>
        <w:rPr>
          <w:b w:val="0"/>
          <w:i w:val="0"/>
          <w:smallCaps w:val="0"/>
          <w:strike w:val="0"/>
          <w:u w:val="single"/>
        </w:rPr>
        <w:t xml:space="preserve">the offshore balancing </w:t>
      </w:r>
      <w:r>
        <w:rPr>
          <w:b w:val="0"/>
          <w:i w:val="0"/>
          <w:smallCaps w:val="0"/>
          <w:strike w:val="0"/>
          <w:u w:val="single"/>
        </w:rPr>
        <w:t>logic underpinning retrenchment recommends the United States regenerate its military capabilities to defeat it.</w:t>
      </w:r>
      <w:r>
        <w:rPr>
          <w:b w:val="0"/>
          <w:i w:val="0"/>
          <w:smallCaps w:val="0"/>
          <w:strike w:val="0"/>
          <w:sz w:val="16"/>
          <w:u w:val="none"/>
        </w:rPr>
        <w:t xml:space="preserve"> Mearsheimer argues that these periodic military buildups are a feature of offshore balancing strategies. He writes: Offshore balancers like the United Kingdom and the United States tend to maintain relatively small military forces when they are not needed to contain a potential hegemon in a strategically important area… [W]hen it is necessary for an offshore balancer to check a potential hegemon, it is likely to sharply expand the size and strength of its fighting forces, as the United States did in 1917, when it entered World War I, and in 1940, the year before it entered World War II.107 </w:t>
      </w:r>
      <w:r>
        <w:rPr>
          <w:b w:val="0"/>
          <w:i w:val="0"/>
          <w:smallCaps w:val="0"/>
          <w:strike w:val="0"/>
          <w:u w:val="single"/>
        </w:rPr>
        <w:t xml:space="preserve">Retrenchment assumes that this process would be somewhat </w:t>
      </w:r>
      <w:r>
        <w:rPr>
          <w:b/>
          <w:i w:val="0"/>
          <w:smallCaps w:val="0"/>
          <w:strike w:val="0"/>
          <w:u w:val="single"/>
        </w:rPr>
        <w:t>mechanical</w:t>
      </w:r>
      <w:r>
        <w:rPr>
          <w:b w:val="0"/>
          <w:i w:val="0"/>
          <w:smallCaps w:val="0"/>
          <w:strike w:val="0"/>
          <w:u w:val="single"/>
        </w:rPr>
        <w:t>. The United States, aware of a new threat and the inadequacy of frontline states to counter it, would convert its latent material strength into military power to confront, and if necessary, militarily defeat the threatening state</w:t>
      </w:r>
      <w:r>
        <w:rPr>
          <w:b w:val="0"/>
          <w:i w:val="0"/>
          <w:smallCaps w:val="0"/>
          <w:strike w:val="0"/>
          <w:sz w:val="16"/>
          <w:u w:val="none"/>
        </w:rPr>
        <w:t xml:space="preserve">.108 However, </w:t>
      </w:r>
      <w:r>
        <w:rPr>
          <w:b w:val="0"/>
          <w:i w:val="0"/>
          <w:smallCaps w:val="0"/>
          <w:strike w:val="0"/>
          <w:u w:val="single"/>
        </w:rPr>
        <w:t xml:space="preserve">the process is </w:t>
      </w:r>
      <w:r>
        <w:rPr>
          <w:b/>
          <w:i w:val="0"/>
          <w:smallCaps w:val="0"/>
          <w:strike w:val="0"/>
          <w:u w:val="single"/>
        </w:rPr>
        <w:t>unlikely</w:t>
      </w:r>
      <w:r>
        <w:rPr>
          <w:b w:val="0"/>
          <w:i w:val="0"/>
          <w:smallCaps w:val="0"/>
          <w:strike w:val="0"/>
          <w:u w:val="single"/>
        </w:rPr>
        <w:t xml:space="preserve"> to be as </w:t>
      </w:r>
      <w:r>
        <w:rPr>
          <w:b/>
          <w:i w:val="0"/>
          <w:smallCaps w:val="0"/>
          <w:strike w:val="0"/>
          <w:u w:val="single"/>
        </w:rPr>
        <w:t>automatic or frictionless</w:t>
      </w:r>
      <w:r>
        <w:rPr>
          <w:b w:val="0"/>
          <w:i w:val="0"/>
          <w:smallCaps w:val="0"/>
          <w:strike w:val="0"/>
          <w:sz w:val="16"/>
          <w:u w:val="none"/>
        </w:rPr>
        <w:t xml:space="preserve"> </w:t>
      </w:r>
      <w:r>
        <w:rPr>
          <w:b w:val="0"/>
          <w:i w:val="0"/>
          <w:smallCaps w:val="0"/>
          <w:strike w:val="0"/>
          <w:u w:val="single"/>
        </w:rPr>
        <w:t>as realists suggest</w:t>
      </w:r>
      <w:r>
        <w:rPr>
          <w:b w:val="0"/>
          <w:i w:val="0"/>
          <w:smallCaps w:val="0"/>
          <w:strike w:val="0"/>
          <w:sz w:val="16"/>
          <w:u w:val="none"/>
        </w:rPr>
        <w:t xml:space="preserve">. </w:t>
      </w:r>
      <w:r>
        <w:rPr>
          <w:b w:val="0"/>
          <w:i w:val="0"/>
          <w:smallCaps w:val="0"/>
          <w:strike w:val="0"/>
          <w:u w:val="single"/>
        </w:rPr>
        <w:t>Drawing on America’s economic resources to tap its latent military power would not provide the same advantage it did before World War II for two reasons</w:t>
      </w:r>
      <w:r>
        <w:rPr>
          <w:b w:val="0"/>
          <w:i w:val="0"/>
          <w:smallCaps w:val="0"/>
          <w:strike w:val="0"/>
          <w:sz w:val="16"/>
          <w:u w:val="none"/>
        </w:rPr>
        <w:t>. First</w:t>
      </w:r>
      <w:r>
        <w:rPr>
          <w:b w:val="0"/>
          <w:i w:val="0"/>
          <w:smallCaps w:val="0"/>
          <w:strike w:val="0"/>
          <w:u w:val="single"/>
        </w:rPr>
        <w:t xml:space="preserve">, </w:t>
      </w:r>
      <w:r>
        <w:rPr>
          <w:b w:val="0"/>
          <w:i w:val="0"/>
          <w:smallCaps w:val="0"/>
          <w:strike w:val="0"/>
          <w:highlight w:val="yellow"/>
          <w:u w:val="single"/>
        </w:rPr>
        <w:t xml:space="preserve">changes in </w:t>
      </w:r>
      <w:r>
        <w:rPr>
          <w:b/>
          <w:i w:val="0"/>
          <w:smallCaps w:val="0"/>
          <w:strike w:val="0"/>
          <w:u w:val="single"/>
        </w:rPr>
        <w:t xml:space="preserve">military </w:t>
      </w:r>
      <w:r>
        <w:rPr>
          <w:b/>
          <w:i w:val="0"/>
          <w:smallCaps w:val="0"/>
          <w:strike w:val="0"/>
          <w:highlight w:val="yellow"/>
          <w:u w:val="single"/>
        </w:rPr>
        <w:t>tech</w:t>
      </w:r>
      <w:r>
        <w:rPr>
          <w:b/>
          <w:i w:val="0"/>
          <w:smallCaps w:val="0"/>
          <w:strike w:val="0"/>
          <w:u w:val="single"/>
        </w:rPr>
        <w:t>nology</w:t>
      </w:r>
      <w:r>
        <w:rPr>
          <w:b w:val="0"/>
          <w:i w:val="0"/>
          <w:smallCaps w:val="0"/>
          <w:strike w:val="0"/>
          <w:u w:val="single"/>
        </w:rPr>
        <w:t xml:space="preserve"> would </w:t>
      </w:r>
      <w:r>
        <w:rPr>
          <w:b w:val="0"/>
          <w:i w:val="0"/>
          <w:smallCaps w:val="0"/>
          <w:strike w:val="0"/>
          <w:highlight w:val="yellow"/>
          <w:u w:val="single"/>
        </w:rPr>
        <w:t xml:space="preserve">make it difficult </w:t>
      </w:r>
      <w:r>
        <w:rPr>
          <w:b w:val="0"/>
          <w:i w:val="0"/>
          <w:smallCaps w:val="0"/>
          <w:strike w:val="0"/>
          <w:u w:val="single"/>
        </w:rPr>
        <w:t xml:space="preserve">for the U.S. military </w:t>
      </w:r>
      <w:r>
        <w:rPr>
          <w:b w:val="0"/>
          <w:i w:val="0"/>
          <w:smallCaps w:val="0"/>
          <w:strike w:val="0"/>
          <w:highlight w:val="yellow"/>
          <w:u w:val="single"/>
        </w:rPr>
        <w:t xml:space="preserve">to </w:t>
      </w:r>
      <w:r>
        <w:rPr>
          <w:b/>
          <w:i w:val="0"/>
          <w:smallCaps w:val="0"/>
          <w:strike w:val="0"/>
          <w:highlight w:val="yellow"/>
          <w:u w:val="single"/>
        </w:rPr>
        <w:t>return to regions</w:t>
      </w:r>
      <w:r>
        <w:rPr>
          <w:b w:val="0"/>
          <w:i w:val="0"/>
          <w:smallCaps w:val="0"/>
          <w:strike w:val="0"/>
          <w:sz w:val="16"/>
          <w:u w:val="none"/>
        </w:rPr>
        <w:t xml:space="preserve"> </w:t>
      </w:r>
      <w:r>
        <w:rPr>
          <w:b w:val="0"/>
          <w:i w:val="0"/>
          <w:smallCaps w:val="0"/>
          <w:strike w:val="0"/>
          <w:u w:val="single"/>
        </w:rPr>
        <w:t>where it previously positioned forces</w:t>
      </w:r>
      <w:r>
        <w:rPr>
          <w:b w:val="0"/>
          <w:i w:val="0"/>
          <w:smallCaps w:val="0"/>
          <w:strike w:val="0"/>
          <w:sz w:val="16"/>
          <w:u w:val="none"/>
        </w:rPr>
        <w:t xml:space="preserve">. </w:t>
      </w:r>
      <w:r>
        <w:rPr>
          <w:b w:val="0"/>
          <w:i w:val="0"/>
          <w:smallCaps w:val="0"/>
          <w:strike w:val="0"/>
          <w:u w:val="single"/>
        </w:rPr>
        <w:t xml:space="preserve">While modern technology enables the United States to project military power around the globe, </w:t>
      </w:r>
      <w:r>
        <w:rPr>
          <w:b w:val="0"/>
          <w:i w:val="0"/>
          <w:smallCaps w:val="0"/>
          <w:strike w:val="0"/>
          <w:highlight w:val="yellow"/>
          <w:u w:val="single"/>
        </w:rPr>
        <w:t>it</w:t>
      </w:r>
      <w:r>
        <w:rPr>
          <w:b w:val="0"/>
          <w:i w:val="0"/>
          <w:smallCaps w:val="0"/>
          <w:strike w:val="0"/>
          <w:u w:val="single"/>
        </w:rPr>
        <w:t xml:space="preserve"> also </w:t>
      </w:r>
      <w:r>
        <w:rPr>
          <w:b w:val="0"/>
          <w:i w:val="0"/>
          <w:smallCaps w:val="0"/>
          <w:strike w:val="0"/>
          <w:highlight w:val="yellow"/>
          <w:u w:val="single"/>
        </w:rPr>
        <w:t xml:space="preserve">makes it </w:t>
      </w:r>
      <w:r>
        <w:rPr>
          <w:b/>
          <w:i w:val="0"/>
          <w:smallCaps w:val="0"/>
          <w:strike w:val="0"/>
          <w:highlight w:val="yellow"/>
          <w:u w:val="single"/>
        </w:rPr>
        <w:t xml:space="preserve">easier for </w:t>
      </w:r>
      <w:r>
        <w:rPr>
          <w:b/>
          <w:i w:val="0"/>
          <w:smallCaps w:val="0"/>
          <w:strike w:val="0"/>
          <w:u w:val="single"/>
        </w:rPr>
        <w:t xml:space="preserve">potential </w:t>
      </w:r>
      <w:r>
        <w:rPr>
          <w:b/>
          <w:i w:val="0"/>
          <w:smallCaps w:val="0"/>
          <w:strike w:val="0"/>
          <w:highlight w:val="yellow"/>
          <w:u w:val="single"/>
        </w:rPr>
        <w:t>adversaries</w:t>
      </w:r>
      <w:r>
        <w:rPr>
          <w:b w:val="0"/>
          <w:i w:val="0"/>
          <w:smallCaps w:val="0"/>
          <w:strike w:val="0"/>
          <w:sz w:val="16"/>
          <w:highlight w:val="yellow"/>
          <w:u w:val="none"/>
        </w:rPr>
        <w:t xml:space="preserve"> </w:t>
      </w:r>
      <w:r>
        <w:rPr>
          <w:b w:val="0"/>
          <w:i w:val="0"/>
          <w:smallCaps w:val="0"/>
          <w:strike w:val="0"/>
          <w:highlight w:val="yellow"/>
          <w:u w:val="single"/>
        </w:rPr>
        <w:t xml:space="preserve">to increase the </w:t>
      </w:r>
      <w:r>
        <w:rPr>
          <w:b/>
          <w:i w:val="0"/>
          <w:smallCaps w:val="0"/>
          <w:strike w:val="0"/>
          <w:highlight w:val="yellow"/>
          <w:u w:val="single"/>
        </w:rPr>
        <w:t>cost</w:t>
      </w:r>
      <w:r>
        <w:rPr>
          <w:b/>
          <w:i w:val="0"/>
          <w:smallCaps w:val="0"/>
          <w:strike w:val="0"/>
          <w:u w:val="single"/>
        </w:rPr>
        <w:t xml:space="preserve"> of doing so.</w:t>
      </w:r>
      <w:r>
        <w:rPr>
          <w:b w:val="0"/>
          <w:i w:val="0"/>
          <w:smallCaps w:val="0"/>
          <w:strike w:val="0"/>
          <w:sz w:val="16"/>
          <w:u w:val="none"/>
        </w:rPr>
        <w:t xml:space="preserve"> </w:t>
      </w:r>
      <w:r>
        <w:rPr>
          <w:b w:val="0"/>
          <w:i w:val="0"/>
          <w:smallCaps w:val="0"/>
          <w:strike w:val="0"/>
          <w:u w:val="single"/>
        </w:rPr>
        <w:t xml:space="preserve">A number of </w:t>
      </w:r>
      <w:r>
        <w:rPr>
          <w:b w:val="0"/>
          <w:i w:val="0"/>
          <w:smallCaps w:val="0"/>
          <w:strike w:val="0"/>
          <w:highlight w:val="yellow"/>
          <w:u w:val="single"/>
        </w:rPr>
        <w:t>states</w:t>
      </w:r>
      <w:r>
        <w:rPr>
          <w:b w:val="0"/>
          <w:i w:val="0"/>
          <w:smallCaps w:val="0"/>
          <w:strike w:val="0"/>
          <w:u w:val="single"/>
        </w:rPr>
        <w:t xml:space="preserve"> hostile to American interests have already </w:t>
      </w:r>
      <w:r>
        <w:rPr>
          <w:b w:val="0"/>
          <w:i w:val="0"/>
          <w:smallCaps w:val="0"/>
          <w:strike w:val="0"/>
          <w:highlight w:val="yellow"/>
          <w:u w:val="single"/>
        </w:rPr>
        <w:t>procured</w:t>
      </w:r>
      <w:r>
        <w:rPr>
          <w:b w:val="0"/>
          <w:i w:val="0"/>
          <w:smallCaps w:val="0"/>
          <w:strike w:val="0"/>
          <w:u w:val="single"/>
        </w:rPr>
        <w:t xml:space="preserve"> </w:t>
      </w:r>
      <w:r>
        <w:rPr>
          <w:b w:val="0"/>
          <w:i w:val="0"/>
          <w:smallCaps w:val="0"/>
          <w:strike w:val="0"/>
          <w:sz w:val="16"/>
          <w:u w:val="none"/>
        </w:rPr>
        <w:t>anti-access and area denial (</w:t>
      </w:r>
      <w:r>
        <w:rPr>
          <w:b/>
          <w:i w:val="0"/>
          <w:smallCaps w:val="0"/>
          <w:strike w:val="0"/>
          <w:highlight w:val="yellow"/>
          <w:u w:val="single"/>
        </w:rPr>
        <w:t>A2/AD)</w:t>
      </w:r>
      <w:r>
        <w:rPr>
          <w:b/>
          <w:i w:val="0"/>
          <w:smallCaps w:val="0"/>
          <w:strike w:val="0"/>
          <w:u w:val="single"/>
        </w:rPr>
        <w:t xml:space="preserve"> capabilities</w:t>
      </w:r>
      <w:r>
        <w:rPr>
          <w:b w:val="0"/>
          <w:i w:val="0"/>
          <w:smallCaps w:val="0"/>
          <w:strike w:val="0"/>
          <w:sz w:val="16"/>
          <w:u w:val="none"/>
        </w:rPr>
        <w:t xml:space="preserve"> </w:t>
      </w:r>
      <w:r>
        <w:rPr>
          <w:b w:val="0"/>
          <w:i w:val="0"/>
          <w:smallCaps w:val="0"/>
          <w:strike w:val="0"/>
          <w:u w:val="single"/>
        </w:rPr>
        <w:t>as a cost-effective means to prevent the U.S. military from operating near their respective territories</w:t>
      </w:r>
      <w:r>
        <w:rPr>
          <w:b w:val="0"/>
          <w:i w:val="0"/>
          <w:smallCaps w:val="0"/>
          <w:strike w:val="0"/>
          <w:sz w:val="16"/>
          <w:u w:val="none"/>
        </w:rPr>
        <w:t xml:space="preserve">.109 Second, tapping American economic power to mobilize for war would not be the same as it was before World War II. </w:t>
      </w:r>
      <w:r>
        <w:rPr>
          <w:b w:val="0"/>
          <w:i w:val="0"/>
          <w:smallCaps w:val="0"/>
          <w:strike w:val="0"/>
          <w:u w:val="single"/>
        </w:rPr>
        <w:t xml:space="preserve">The economic conditions that obtained before the world wars are no longer with us. </w:t>
      </w:r>
      <w:r>
        <w:rPr>
          <w:b w:val="0"/>
          <w:i w:val="0"/>
          <w:smallCaps w:val="0"/>
          <w:strike w:val="0"/>
          <w:highlight w:val="yellow"/>
          <w:u w:val="single"/>
        </w:rPr>
        <w:t xml:space="preserve">There is no great </w:t>
      </w:r>
      <w:r>
        <w:rPr>
          <w:b/>
          <w:i w:val="0"/>
          <w:smallCaps w:val="0"/>
          <w:strike w:val="0"/>
          <w:highlight w:val="yellow"/>
          <w:u w:val="single"/>
        </w:rPr>
        <w:t>surplus of labor</w:t>
      </w:r>
      <w:r>
        <w:rPr>
          <w:b w:val="0"/>
          <w:i w:val="0"/>
          <w:smallCaps w:val="0"/>
          <w:strike w:val="0"/>
          <w:sz w:val="16"/>
          <w:highlight w:val="yellow"/>
          <w:u w:val="none"/>
        </w:rPr>
        <w:t xml:space="preserve"> </w:t>
      </w:r>
      <w:r>
        <w:rPr>
          <w:b w:val="0"/>
          <w:i w:val="0"/>
          <w:smallCaps w:val="0"/>
          <w:strike w:val="0"/>
          <w:highlight w:val="yellow"/>
          <w:u w:val="single"/>
        </w:rPr>
        <w:t>and</w:t>
      </w:r>
      <w:r>
        <w:rPr>
          <w:b w:val="0"/>
          <w:i w:val="0"/>
          <w:smallCaps w:val="0"/>
          <w:strike w:val="0"/>
          <w:sz w:val="16"/>
          <w:u w:val="none"/>
        </w:rPr>
        <w:t xml:space="preserve"> </w:t>
      </w:r>
      <w:r>
        <w:rPr>
          <w:b/>
          <w:i w:val="0"/>
          <w:smallCaps w:val="0"/>
          <w:strike w:val="0"/>
          <w:u w:val="single"/>
        </w:rPr>
        <w:t xml:space="preserve">idle </w:t>
      </w:r>
      <w:r>
        <w:rPr>
          <w:b/>
          <w:i w:val="0"/>
          <w:smallCaps w:val="0"/>
          <w:strike w:val="0"/>
          <w:highlight w:val="yellow"/>
          <w:u w:val="single"/>
        </w:rPr>
        <w:t xml:space="preserve">manufacturing </w:t>
      </w:r>
      <w:r>
        <w:rPr>
          <w:b/>
          <w:i w:val="0"/>
          <w:smallCaps w:val="0"/>
          <w:strike w:val="0"/>
          <w:u w:val="single"/>
        </w:rPr>
        <w:t>capacity</w:t>
      </w:r>
      <w:r>
        <w:rPr>
          <w:b w:val="0"/>
          <w:i w:val="0"/>
          <w:smallCaps w:val="0"/>
          <w:strike w:val="0"/>
          <w:sz w:val="16"/>
          <w:u w:val="none"/>
        </w:rPr>
        <w:t xml:space="preserve"> as the Great Depression had provided the United States when it converted to a war economy prior to World War II.110 </w:t>
      </w:r>
      <w:r>
        <w:rPr>
          <w:b w:val="0"/>
          <w:i w:val="0"/>
          <w:smallCaps w:val="0"/>
          <w:strike w:val="0"/>
          <w:highlight w:val="yellow"/>
          <w:u w:val="single"/>
        </w:rPr>
        <w:t xml:space="preserve">Converting to a </w:t>
      </w:r>
      <w:r>
        <w:rPr>
          <w:b/>
          <w:i w:val="0"/>
          <w:smallCaps w:val="0"/>
          <w:strike w:val="0"/>
          <w:highlight w:val="yellow"/>
          <w:u w:val="single"/>
        </w:rPr>
        <w:t>war economy</w:t>
      </w:r>
      <w:r>
        <w:rPr>
          <w:b w:val="0"/>
          <w:i w:val="0"/>
          <w:smallCaps w:val="0"/>
          <w:strike w:val="0"/>
          <w:u w:val="single"/>
        </w:rPr>
        <w:t xml:space="preserve"> today </w:t>
      </w:r>
      <w:r>
        <w:rPr>
          <w:b w:val="0"/>
          <w:i w:val="0"/>
          <w:smallCaps w:val="0"/>
          <w:strike w:val="0"/>
          <w:highlight w:val="yellow"/>
          <w:u w:val="single"/>
        </w:rPr>
        <w:t>would</w:t>
      </w:r>
      <w:r>
        <w:rPr>
          <w:b w:val="0"/>
          <w:i w:val="0"/>
          <w:smallCaps w:val="0"/>
          <w:strike w:val="0"/>
          <w:u w:val="single"/>
        </w:rPr>
        <w:t xml:space="preserve"> therefore </w:t>
      </w:r>
      <w:r>
        <w:rPr>
          <w:b w:val="0"/>
          <w:i w:val="0"/>
          <w:smallCaps w:val="0"/>
          <w:strike w:val="0"/>
          <w:highlight w:val="yellow"/>
          <w:u w:val="single"/>
        </w:rPr>
        <w:t xml:space="preserve">require </w:t>
      </w:r>
      <w:r>
        <w:rPr>
          <w:b/>
          <w:i w:val="0"/>
          <w:smallCaps w:val="0"/>
          <w:strike w:val="0"/>
          <w:highlight w:val="yellow"/>
          <w:u w:val="single"/>
        </w:rPr>
        <w:t>far-reaching</w:t>
      </w:r>
      <w:r>
        <w:rPr>
          <w:b/>
          <w:i w:val="0"/>
          <w:smallCaps w:val="0"/>
          <w:strike w:val="0"/>
          <w:u w:val="single"/>
        </w:rPr>
        <w:t xml:space="preserve"> political and social </w:t>
      </w:r>
      <w:r>
        <w:rPr>
          <w:b/>
          <w:i w:val="0"/>
          <w:smallCaps w:val="0"/>
          <w:strike w:val="0"/>
          <w:highlight w:val="yellow"/>
          <w:u w:val="single"/>
        </w:rPr>
        <w:t>disruptions</w:t>
      </w:r>
      <w:r>
        <w:rPr>
          <w:b w:val="0"/>
          <w:i w:val="0"/>
          <w:smallCaps w:val="0"/>
          <w:strike w:val="0"/>
          <w:sz w:val="16"/>
          <w:u w:val="none"/>
        </w:rPr>
        <w:t xml:space="preserve">. In light of those disruptions, </w:t>
      </w:r>
      <w:r>
        <w:rPr>
          <w:b w:val="0"/>
          <w:i w:val="0"/>
          <w:smallCaps w:val="0"/>
          <w:strike w:val="0"/>
          <w:highlight w:val="yellow"/>
          <w:u w:val="single"/>
        </w:rPr>
        <w:t xml:space="preserve">any effort </w:t>
      </w:r>
      <w:r>
        <w:rPr>
          <w:b w:val="0"/>
          <w:i w:val="0"/>
          <w:smallCaps w:val="0"/>
          <w:strike w:val="0"/>
          <w:u w:val="single"/>
        </w:rPr>
        <w:t xml:space="preserve">to mobilize the American public for war </w:t>
      </w:r>
      <w:r>
        <w:rPr>
          <w:b w:val="0"/>
          <w:i w:val="0"/>
          <w:smallCaps w:val="0"/>
          <w:strike w:val="0"/>
          <w:highlight w:val="yellow"/>
          <w:u w:val="single"/>
        </w:rPr>
        <w:t xml:space="preserve">would require </w:t>
      </w:r>
      <w:r>
        <w:rPr>
          <w:b w:val="0"/>
          <w:i w:val="0"/>
          <w:smallCaps w:val="0"/>
          <w:strike w:val="0"/>
          <w:u w:val="single"/>
        </w:rPr>
        <w:t>a unifying mechanism</w:t>
      </w:r>
      <w:r>
        <w:rPr>
          <w:b w:val="0"/>
          <w:i w:val="0"/>
          <w:smallCaps w:val="0"/>
          <w:strike w:val="0"/>
          <w:sz w:val="16"/>
          <w:u w:val="none"/>
        </w:rPr>
        <w:t xml:space="preserve">. Realists assume </w:t>
      </w:r>
      <w:r>
        <w:rPr>
          <w:b/>
          <w:i w:val="0"/>
          <w:smallCaps w:val="0"/>
          <w:strike w:val="0"/>
          <w:highlight w:val="yellow"/>
          <w:u w:val="single"/>
        </w:rPr>
        <w:t xml:space="preserve">nationalism </w:t>
      </w:r>
      <w:r>
        <w:rPr>
          <w:b/>
          <w:i w:val="0"/>
          <w:smallCaps w:val="0"/>
          <w:strike w:val="0"/>
          <w:u w:val="single"/>
        </w:rPr>
        <w:t>is that mechanism</w:t>
      </w:r>
      <w:r>
        <w:rPr>
          <w:b w:val="0"/>
          <w:i w:val="0"/>
          <w:smallCaps w:val="0"/>
          <w:strike w:val="0"/>
          <w:sz w:val="16"/>
          <w:u w:val="none"/>
        </w:rPr>
        <w:t xml:space="preserve">. Ordinary Americans are unlikely to get worked up over the abstract threat of a distant regional hegemon in Eurasia. </w:t>
      </w:r>
      <w:r>
        <w:rPr>
          <w:b w:val="0"/>
          <w:i w:val="0"/>
          <w:smallCaps w:val="0"/>
          <w:strike w:val="0"/>
          <w:u w:val="single"/>
        </w:rPr>
        <w:t xml:space="preserve">Confronted with a new military threat in Eurasia, American </w:t>
      </w:r>
      <w:r>
        <w:rPr>
          <w:b w:val="0"/>
          <w:i w:val="0"/>
          <w:smallCaps w:val="0"/>
          <w:strike w:val="0"/>
          <w:highlight w:val="yellow"/>
          <w:u w:val="single"/>
        </w:rPr>
        <w:t xml:space="preserve">leaders </w:t>
      </w:r>
      <w:r>
        <w:rPr>
          <w:b w:val="0"/>
          <w:i w:val="0"/>
          <w:smallCaps w:val="0"/>
          <w:strike w:val="0"/>
          <w:u w:val="single"/>
        </w:rPr>
        <w:t xml:space="preserve">are likely to </w:t>
      </w:r>
      <w:r>
        <w:rPr>
          <w:b w:val="0"/>
          <w:i w:val="0"/>
          <w:smallCaps w:val="0"/>
          <w:strike w:val="0"/>
          <w:highlight w:val="yellow"/>
          <w:u w:val="single"/>
        </w:rPr>
        <w:t>rouse</w:t>
      </w:r>
      <w:r>
        <w:rPr>
          <w:b w:val="0"/>
          <w:i w:val="0"/>
          <w:smallCaps w:val="0"/>
          <w:strike w:val="0"/>
          <w:sz w:val="16"/>
          <w:u w:val="none"/>
        </w:rPr>
        <w:t xml:space="preserve"> what historian Walter Russell Mead refers to as </w:t>
      </w:r>
      <w:r>
        <w:rPr>
          <w:b w:val="0"/>
          <w:i w:val="0"/>
          <w:smallCaps w:val="0"/>
          <w:strike w:val="0"/>
          <w:highlight w:val="yellow"/>
          <w:u w:val="single"/>
        </w:rPr>
        <w:t>the populist</w:t>
      </w:r>
      <w:r>
        <w:rPr>
          <w:b w:val="0"/>
          <w:i w:val="0"/>
          <w:smallCaps w:val="0"/>
          <w:strike w:val="0"/>
          <w:sz w:val="16"/>
          <w:highlight w:val="yellow"/>
          <w:u w:val="none"/>
        </w:rPr>
        <w:t xml:space="preserve"> “</w:t>
      </w:r>
      <w:r>
        <w:rPr>
          <w:b/>
          <w:i w:val="0"/>
          <w:smallCaps w:val="0"/>
          <w:strike w:val="0"/>
          <w:highlight w:val="yellow"/>
          <w:u w:val="single"/>
        </w:rPr>
        <w:t>Jacksonian” tendency</w:t>
      </w:r>
      <w:r>
        <w:rPr>
          <w:b/>
          <w:i w:val="0"/>
          <w:smallCaps w:val="0"/>
          <w:strike w:val="0"/>
          <w:u w:val="single"/>
        </w:rPr>
        <w:t xml:space="preserve"> in American foreign policy</w:t>
      </w:r>
      <w:r>
        <w:rPr>
          <w:b w:val="0"/>
          <w:i w:val="0"/>
          <w:smallCaps w:val="0"/>
          <w:strike w:val="0"/>
          <w:sz w:val="16"/>
          <w:u w:val="none"/>
        </w:rPr>
        <w:t xml:space="preserve">. </w:t>
      </w:r>
      <w:r>
        <w:rPr>
          <w:b w:val="0"/>
          <w:i w:val="0"/>
          <w:smallCaps w:val="0"/>
          <w:strike w:val="0"/>
          <w:highlight w:val="yellow"/>
          <w:u w:val="single"/>
        </w:rPr>
        <w:t>This</w:t>
      </w:r>
      <w:r>
        <w:rPr>
          <w:b w:val="0"/>
          <w:i w:val="0"/>
          <w:smallCaps w:val="0"/>
          <w:strike w:val="0"/>
          <w:u w:val="single"/>
        </w:rPr>
        <w:t xml:space="preserve"> tendency</w:t>
      </w:r>
      <w:r>
        <w:rPr>
          <w:b w:val="0"/>
          <w:i w:val="0"/>
          <w:smallCaps w:val="0"/>
          <w:strike w:val="0"/>
          <w:sz w:val="16"/>
          <w:u w:val="none"/>
        </w:rPr>
        <w:t xml:space="preserve">, Mead argues, </w:t>
      </w:r>
      <w:r>
        <w:rPr>
          <w:b w:val="0"/>
          <w:i w:val="0"/>
          <w:smallCaps w:val="0"/>
          <w:strike w:val="0"/>
          <w:highlight w:val="yellow"/>
          <w:u w:val="single"/>
        </w:rPr>
        <w:t xml:space="preserve">leads to </w:t>
      </w:r>
      <w:r>
        <w:rPr>
          <w:b/>
          <w:i w:val="0"/>
          <w:smallCaps w:val="0"/>
          <w:strike w:val="0"/>
          <w:u w:val="single"/>
        </w:rPr>
        <w:t xml:space="preserve">American </w:t>
      </w:r>
      <w:r>
        <w:rPr>
          <w:b/>
          <w:i w:val="0"/>
          <w:smallCaps w:val="0"/>
          <w:strike w:val="0"/>
          <w:highlight w:val="yellow"/>
          <w:u w:val="single"/>
        </w:rPr>
        <w:t xml:space="preserve">wars that are particularly violent </w:t>
      </w:r>
      <w:r>
        <w:rPr>
          <w:b/>
          <w:i w:val="0"/>
          <w:smallCaps w:val="0"/>
          <w:strike w:val="0"/>
          <w:u w:val="single"/>
        </w:rPr>
        <w:t>and destructive</w:t>
      </w:r>
      <w:r>
        <w:rPr>
          <w:b w:val="0"/>
          <w:i w:val="0"/>
          <w:smallCaps w:val="0"/>
          <w:strike w:val="0"/>
          <w:u w:val="single"/>
        </w:rPr>
        <w:t>.11</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