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Global capitalism is </w:t>
      </w:r>
      <w:r>
        <w:rPr>
          <w:b/>
          <w:i w:val="0"/>
          <w:smallCaps w:val="0"/>
          <w:strike w:val="0"/>
          <w:sz w:val="26"/>
          <w:u w:val="single"/>
        </w:rPr>
        <w:t>unsustainable</w:t>
      </w:r>
      <w:r>
        <w:rPr>
          <w:b/>
          <w:i w:val="0"/>
          <w:smallCaps w:val="0"/>
          <w:strike w:val="0"/>
          <w:sz w:val="26"/>
          <w:u w:val="none"/>
        </w:rPr>
        <w:t xml:space="preserve">, </w:t>
      </w:r>
      <w:r>
        <w:rPr>
          <w:b/>
          <w:i w:val="0"/>
          <w:smallCaps w:val="0"/>
          <w:strike w:val="0"/>
          <w:sz w:val="26"/>
          <w:u w:val="none"/>
        </w:rPr>
        <w:t>causing</w:t>
      </w:r>
      <w:r>
        <w:rPr>
          <w:b/>
          <w:i w:val="0"/>
          <w:smallCaps w:val="0"/>
          <w:strike w:val="0"/>
          <w:sz w:val="26"/>
          <w:u w:val="none"/>
        </w:rPr>
        <w:t xml:space="preserve"> </w:t>
      </w:r>
      <w:r>
        <w:rPr>
          <w:b/>
          <w:i w:val="0"/>
          <w:smallCaps w:val="0"/>
          <w:strike w:val="0"/>
          <w:sz w:val="26"/>
          <w:u w:val="single"/>
        </w:rPr>
        <w:t>extinction</w:t>
      </w:r>
      <w:r>
        <w:rPr>
          <w:b/>
          <w:i w:val="0"/>
          <w:smallCaps w:val="0"/>
          <w:strike w:val="0"/>
          <w:sz w:val="26"/>
          <w:u w:val="none"/>
        </w:rPr>
        <w:t>.</w:t>
      </w:r>
    </w:p>
    <w:p>
      <w:pPr>
        <w:spacing w:after="80"/>
      </w:pPr>
      <w:r>
        <w:rPr>
          <w:b/>
          <w:i w:val="0"/>
          <w:smallCaps w:val="0"/>
          <w:strike w:val="0"/>
          <w:sz w:val="26"/>
          <w:u w:val="none"/>
        </w:rPr>
        <w:t xml:space="preserve">Martin '18 </w:t>
      </w:r>
      <w:r>
        <w:rPr>
          <w:b w:val="0"/>
          <w:i w:val="0"/>
          <w:smallCaps w:val="0"/>
          <w:strike w:val="0"/>
          <w:u w:val="none"/>
        </w:rPr>
        <w:t xml:space="preserve">[Glen; 9/8/18; President of the World Constitution and Parliament Association, founder of the Radford University program in Peace Studies, Professor of Philosophy and Religious Studies at Radford University in Virginia, PhD in Philosophy from the Graduate Center of the City University of New York; "Human Beings Face Extinction: We Need to Act Now," </w:t>
      </w:r>
      <w:r>
        <w:rPr>
          <w:b w:val="0"/>
          <w:i w:val="0"/>
          <w:smallCaps w:val="0"/>
          <w:strike w:val="0"/>
          <w:u w:val="none"/>
        </w:rPr>
        <w:t>]</w:t>
      </w:r>
    </w:p>
    <w:p>
      <w:pPr>
        <w:spacing w:after="60"/>
      </w:pPr>
      <w:r>
        <w:rPr>
          <w:b w:val="0"/>
          <w:i w:val="0"/>
          <w:smallCaps w:val="0"/>
          <w:strike w:val="0"/>
          <w:sz w:val="22"/>
          <w:u w:val="single"/>
        </w:rPr>
        <w:t xml:space="preserve">The </w:t>
      </w:r>
      <w:r>
        <w:rPr>
          <w:b/>
          <w:i w:val="0"/>
          <w:smallCaps w:val="0"/>
          <w:strike w:val="0"/>
          <w:sz w:val="22"/>
          <w:u w:val="single"/>
        </w:rPr>
        <w:t>global climate</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w:t>
      </w:r>
      <w:r>
        <w:rPr>
          <w:b/>
          <w:i w:val="0"/>
          <w:smallCaps w:val="0"/>
          <w:strike w:val="0"/>
          <w:sz w:val="22"/>
          <w:u w:val="single"/>
        </w:rPr>
        <w:t>unraveling</w:t>
      </w:r>
      <w:r>
        <w:rPr>
          <w:b w:val="0"/>
          <w:i w:val="0"/>
          <w:smallCaps w:val="0"/>
          <w:strike w:val="0"/>
          <w:sz w:val="16"/>
          <w:u w:val="none"/>
        </w:rPr>
        <w:t xml:space="preserve"> </w:t>
      </w:r>
      <w:r>
        <w:rPr>
          <w:b w:val="0"/>
          <w:i w:val="0"/>
          <w:smallCaps w:val="0"/>
          <w:strike w:val="0"/>
          <w:sz w:val="22"/>
          <w:u w:val="single"/>
        </w:rPr>
        <w:t>at rates far beyond the</w:t>
      </w:r>
      <w:r>
        <w:rPr>
          <w:b w:val="0"/>
          <w:i w:val="0"/>
          <w:smallCaps w:val="0"/>
          <w:strike w:val="0"/>
          <w:sz w:val="16"/>
          <w:u w:val="none"/>
        </w:rPr>
        <w:t xml:space="preserve"> </w:t>
      </w:r>
      <w:r>
        <w:rPr>
          <w:b/>
          <w:i w:val="0"/>
          <w:smallCaps w:val="0"/>
          <w:strike w:val="0"/>
          <w:sz w:val="22"/>
          <w:u w:val="single"/>
        </w:rPr>
        <w:t>predictions</w:t>
      </w:r>
      <w:r>
        <w:rPr>
          <w:b w:val="0"/>
          <w:i w:val="0"/>
          <w:smallCaps w:val="0"/>
          <w:strike w:val="0"/>
          <w:sz w:val="16"/>
          <w:u w:val="none"/>
        </w:rPr>
        <w:t xml:space="preserve"> </w:t>
      </w:r>
      <w:r>
        <w:rPr>
          <w:b w:val="0"/>
          <w:i w:val="0"/>
          <w:smallCaps w:val="0"/>
          <w:strike w:val="0"/>
          <w:sz w:val="22"/>
          <w:u w:val="single"/>
        </w:rPr>
        <w:t>of scientists. The studies are so common</w:t>
      </w:r>
      <w:r>
        <w:rPr>
          <w:b w:val="0"/>
          <w:i w:val="0"/>
          <w:smallCaps w:val="0"/>
          <w:strike w:val="0"/>
          <w:sz w:val="16"/>
          <w:u w:val="none"/>
        </w:rPr>
        <w:t xml:space="preserve"> by this date, </w:t>
      </w:r>
      <w:r>
        <w:rPr>
          <w:b w:val="0"/>
          <w:i w:val="0"/>
          <w:smallCaps w:val="0"/>
          <w:strike w:val="0"/>
          <w:sz w:val="22"/>
          <w:u w:val="single"/>
        </w:rPr>
        <w:t xml:space="preserve">and the </w:t>
      </w:r>
      <w:r>
        <w:rPr>
          <w:b/>
          <w:i w:val="0"/>
          <w:smallCaps w:val="0"/>
          <w:strike w:val="0"/>
          <w:sz w:val="22"/>
          <w:u w:val="single"/>
        </w:rPr>
        <w:t>scientific evidence</w:t>
      </w:r>
      <w:r>
        <w:rPr>
          <w:b w:val="0"/>
          <w:i w:val="0"/>
          <w:smallCaps w:val="0"/>
          <w:strike w:val="0"/>
          <w:sz w:val="16"/>
          <w:u w:val="none"/>
        </w:rPr>
        <w:t xml:space="preserve"> </w:t>
      </w:r>
      <w:r>
        <w:rPr>
          <w:b w:val="0"/>
          <w:i w:val="0"/>
          <w:smallCaps w:val="0"/>
          <w:strike w:val="0"/>
          <w:sz w:val="22"/>
          <w:u w:val="single"/>
        </w:rPr>
        <w:t xml:space="preserve">so pervasive going back at least half a century, that there is no need to cite sources about this </w:t>
      </w:r>
      <w:r>
        <w:rPr>
          <w:b/>
          <w:i w:val="0"/>
          <w:smallCaps w:val="0"/>
          <w:strike w:val="0"/>
          <w:sz w:val="22"/>
          <w:u w:val="single"/>
        </w:rPr>
        <w:t>fact</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oceans are dying</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fisheries</w:t>
      </w:r>
      <w:r>
        <w:rPr>
          <w:b w:val="0"/>
          <w:i w:val="0"/>
          <w:smallCaps w:val="0"/>
          <w:strike w:val="0"/>
          <w:sz w:val="22"/>
          <w:u w:val="single"/>
        </w:rPr>
        <w:t xml:space="preserve"> are becoming</w:t>
      </w:r>
      <w:r>
        <w:rPr>
          <w:b w:val="0"/>
          <w:i w:val="0"/>
          <w:smallCaps w:val="0"/>
          <w:strike w:val="0"/>
          <w:sz w:val="16"/>
          <w:u w:val="none"/>
        </w:rPr>
        <w:t xml:space="preserve"> </w:t>
      </w:r>
      <w:r>
        <w:rPr>
          <w:b/>
          <w:i w:val="0"/>
          <w:smallCaps w:val="0"/>
          <w:strike w:val="0"/>
          <w:sz w:val="22"/>
          <w:u w:val="single"/>
        </w:rPr>
        <w:t>exhausted</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forests are dying</w:t>
      </w:r>
      <w:r>
        <w:rPr>
          <w:b w:val="0"/>
          <w:i w:val="0"/>
          <w:smallCaps w:val="0"/>
          <w:strike w:val="0"/>
          <w:sz w:val="16"/>
          <w:u w:val="none"/>
        </w:rPr>
        <w:t xml:space="preserve">. </w:t>
      </w:r>
      <w:r>
        <w:rPr>
          <w:b w:val="0"/>
          <w:i w:val="0"/>
          <w:smallCaps w:val="0"/>
          <w:strike w:val="0"/>
          <w:sz w:val="22"/>
          <w:u w:val="single"/>
        </w:rPr>
        <w:t xml:space="preserve">They are devastated through </w:t>
      </w:r>
      <w:r>
        <w:rPr>
          <w:b/>
          <w:i w:val="0"/>
          <w:smallCaps w:val="0"/>
          <w:strike w:val="0"/>
          <w:sz w:val="22"/>
          <w:u w:val="single"/>
        </w:rPr>
        <w:t>human overuse</w:t>
      </w:r>
      <w:r>
        <w:rPr>
          <w:b w:val="0"/>
          <w:i w:val="0"/>
          <w:smallCaps w:val="0"/>
          <w:strike w:val="0"/>
          <w:sz w:val="16"/>
          <w:u w:val="none"/>
        </w:rPr>
        <w:t xml:space="preserve">, </w:t>
      </w:r>
      <w:r>
        <w:rPr>
          <w:b/>
          <w:i w:val="0"/>
          <w:smallCaps w:val="0"/>
          <w:strike w:val="0"/>
          <w:sz w:val="22"/>
          <w:u w:val="single"/>
        </w:rPr>
        <w:t>logging</w:t>
      </w:r>
      <w:r>
        <w:rPr>
          <w:b w:val="0"/>
          <w:i w:val="0"/>
          <w:smallCaps w:val="0"/>
          <w:strike w:val="0"/>
          <w:sz w:val="16"/>
          <w:u w:val="none"/>
        </w:rPr>
        <w:t xml:space="preserve">, </w:t>
      </w:r>
      <w:r>
        <w:rPr>
          <w:b/>
          <w:i w:val="0"/>
          <w:smallCaps w:val="0"/>
          <w:strike w:val="0"/>
          <w:sz w:val="22"/>
          <w:u w:val="single"/>
        </w:rPr>
        <w:t>wildfires</w:t>
      </w:r>
      <w:r>
        <w:rPr>
          <w:b w:val="0"/>
          <w:i w:val="0"/>
          <w:smallCaps w:val="0"/>
          <w:strike w:val="0"/>
          <w:sz w:val="16"/>
          <w:u w:val="none"/>
        </w:rPr>
        <w:t xml:space="preserve">, </w:t>
      </w:r>
      <w:r>
        <w:rPr>
          <w:b/>
          <w:i w:val="0"/>
          <w:smallCaps w:val="0"/>
          <w:strike w:val="0"/>
          <w:sz w:val="22"/>
          <w:u w:val="single"/>
        </w:rPr>
        <w:t>acid rain</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rapidly changing climate</w:t>
      </w:r>
      <w:r>
        <w:rPr>
          <w:b w:val="0"/>
          <w:i w:val="0"/>
          <w:smallCaps w:val="0"/>
          <w:strike w:val="0"/>
          <w:sz w:val="16"/>
          <w:u w:val="none"/>
        </w:rPr>
        <w:t xml:space="preserve"> conditions.</w:t>
      </w:r>
    </w:p>
    <w:p>
      <w:pPr>
        <w:spacing w:after="60"/>
      </w:pPr>
      <w:r>
        <w:rPr>
          <w:b w:val="0"/>
          <w:i w:val="0"/>
          <w:smallCaps w:val="0"/>
          <w:strike w:val="0"/>
          <w:sz w:val="22"/>
          <w:u w:val="single"/>
        </w:rPr>
        <w:t xml:space="preserve">Agricultural lands are </w:t>
      </w:r>
      <w:r>
        <w:rPr>
          <w:b/>
          <w:i w:val="0"/>
          <w:smallCaps w:val="0"/>
          <w:strike w:val="0"/>
          <w:sz w:val="22"/>
          <w:u w:val="single"/>
        </w:rPr>
        <w:t>drying up</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losing productivity</w:t>
      </w:r>
      <w:r>
        <w:rPr>
          <w:b w:val="0"/>
          <w:i w:val="0"/>
          <w:smallCaps w:val="0"/>
          <w:strike w:val="0"/>
          <w:sz w:val="22"/>
          <w:u w:val="single"/>
        </w:rPr>
        <w:t>, the land, water, and air are polluted. Artificial human-made</w:t>
      </w:r>
      <w:r>
        <w:rPr>
          <w:b w:val="0"/>
          <w:i w:val="0"/>
          <w:smallCaps w:val="0"/>
          <w:strike w:val="0"/>
          <w:sz w:val="16"/>
          <w:u w:val="none"/>
        </w:rPr>
        <w:t xml:space="preserve"> </w:t>
      </w:r>
      <w:r>
        <w:rPr>
          <w:b/>
          <w:i w:val="0"/>
          <w:smallCaps w:val="0"/>
          <w:strike w:val="0"/>
          <w:sz w:val="22"/>
          <w:u w:val="single"/>
        </w:rPr>
        <w:t>chemical compounds</w:t>
      </w:r>
      <w:r>
        <w:rPr>
          <w:b w:val="0"/>
          <w:i w:val="0"/>
          <w:smallCaps w:val="0"/>
          <w:strike w:val="0"/>
          <w:sz w:val="16"/>
          <w:u w:val="none"/>
        </w:rPr>
        <w:t xml:space="preserve"> </w:t>
      </w:r>
      <w:r>
        <w:rPr>
          <w:b w:val="0"/>
          <w:i w:val="0"/>
          <w:smallCaps w:val="0"/>
          <w:strike w:val="0"/>
          <w:sz w:val="22"/>
          <w:u w:val="single"/>
        </w:rPr>
        <w:t xml:space="preserve">are found in the tissues of </w:t>
      </w:r>
      <w:r>
        <w:rPr>
          <w:b/>
          <w:i w:val="0"/>
          <w:smallCaps w:val="0"/>
          <w:strike w:val="0"/>
          <w:sz w:val="22"/>
          <w:u w:val="single"/>
        </w:rPr>
        <w:t>every living creature</w:t>
      </w:r>
      <w:r>
        <w:rPr>
          <w:b w:val="0"/>
          <w:i w:val="0"/>
          <w:smallCaps w:val="0"/>
          <w:strike w:val="0"/>
          <w:sz w:val="16"/>
          <w:u w:val="none"/>
        </w:rPr>
        <w:t xml:space="preserve"> on Earth, </w:t>
      </w:r>
      <w:r>
        <w:rPr>
          <w:b w:val="0"/>
          <w:i w:val="0"/>
          <w:smallCaps w:val="0"/>
          <w:strike w:val="0"/>
          <w:sz w:val="22"/>
          <w:u w:val="single"/>
        </w:rPr>
        <w:t xml:space="preserve">with </w:t>
      </w:r>
      <w:r>
        <w:rPr>
          <w:b/>
          <w:i w:val="0"/>
          <w:smallCaps w:val="0"/>
          <w:strike w:val="0"/>
          <w:sz w:val="22"/>
          <w:u w:val="single"/>
        </w:rPr>
        <w:t>unknown synergistic effects</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oceans are rising</w:t>
      </w:r>
      <w:r>
        <w:rPr>
          <w:b w:val="0"/>
          <w:i w:val="0"/>
          <w:smallCaps w:val="0"/>
          <w:strike w:val="0"/>
          <w:sz w:val="22"/>
          <w:u w:val="single"/>
        </w:rPr>
        <w:t>, displacing millions of coastal dwellers and submerging prime agricultural lands</w:t>
      </w:r>
      <w:r>
        <w:rPr>
          <w:b w:val="0"/>
          <w:i w:val="0"/>
          <w:smallCaps w:val="0"/>
          <w:strike w:val="0"/>
          <w:sz w:val="16"/>
          <w:u w:val="none"/>
        </w:rPr>
        <w:t>.</w:t>
      </w:r>
    </w:p>
    <w:p>
      <w:pPr>
        <w:spacing w:after="60"/>
      </w:pPr>
      <w:r>
        <w:rPr>
          <w:b w:val="0"/>
          <w:i w:val="0"/>
          <w:smallCaps w:val="0"/>
          <w:strike w:val="0"/>
          <w:sz w:val="22"/>
          <w:u w:val="single"/>
        </w:rPr>
        <w:t>The habitats for animals and life in general are disappearing, and many</w:t>
      </w:r>
      <w:r>
        <w:rPr>
          <w:b w:val="0"/>
          <w:i w:val="0"/>
          <w:smallCaps w:val="0"/>
          <w:strike w:val="0"/>
          <w:sz w:val="16"/>
          <w:u w:val="none"/>
        </w:rPr>
        <w:t xml:space="preserve"> </w:t>
      </w:r>
      <w:r>
        <w:rPr>
          <w:b/>
          <w:i w:val="0"/>
          <w:smallCaps w:val="0"/>
          <w:strike w:val="0"/>
          <w:sz w:val="22"/>
          <w:u w:val="single"/>
        </w:rPr>
        <w:t>species go extinct daily</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polar caps</w:t>
      </w:r>
      <w:r>
        <w:rPr>
          <w:b w:val="0"/>
          <w:i w:val="0"/>
          <w:smallCaps w:val="0"/>
          <w:strike w:val="0"/>
          <w:sz w:val="22"/>
          <w:u w:val="single"/>
        </w:rPr>
        <w:t xml:space="preserve"> are </w:t>
      </w:r>
      <w:r>
        <w:rPr>
          <w:b/>
          <w:i w:val="0"/>
          <w:smallCaps w:val="0"/>
          <w:strike w:val="0"/>
          <w:sz w:val="22"/>
          <w:u w:val="single"/>
        </w:rPr>
        <w:t>melting</w:t>
      </w:r>
      <w:r>
        <w:rPr>
          <w:b w:val="0"/>
          <w:i w:val="0"/>
          <w:smallCaps w:val="0"/>
          <w:strike w:val="0"/>
          <w:sz w:val="16"/>
          <w:u w:val="none"/>
        </w:rPr>
        <w:t xml:space="preserve">, irrevocably altering the planet’s climate. </w:t>
      </w:r>
      <w:r>
        <w:rPr>
          <w:b w:val="0"/>
          <w:i w:val="0"/>
          <w:smallCaps w:val="0"/>
          <w:strike w:val="0"/>
          <w:sz w:val="22"/>
          <w:u w:val="single"/>
        </w:rPr>
        <w:t xml:space="preserve">Rainfall is </w:t>
      </w:r>
      <w:r>
        <w:rPr>
          <w:b/>
          <w:i w:val="0"/>
          <w:smallCaps w:val="0"/>
          <w:strike w:val="0"/>
          <w:sz w:val="22"/>
          <w:u w:val="single"/>
        </w:rPr>
        <w:t>irregular</w:t>
      </w:r>
      <w:r>
        <w:rPr>
          <w:b w:val="0"/>
          <w:i w:val="0"/>
          <w:smallCaps w:val="0"/>
          <w:strike w:val="0"/>
          <w:sz w:val="16"/>
          <w:u w:val="none"/>
        </w:rPr>
        <w:t xml:space="preserve">, </w:t>
      </w:r>
      <w:r>
        <w:rPr>
          <w:b w:val="0"/>
          <w:i w:val="0"/>
          <w:smallCaps w:val="0"/>
          <w:strike w:val="0"/>
          <w:sz w:val="22"/>
          <w:u w:val="single"/>
        </w:rPr>
        <w:t xml:space="preserve">with </w:t>
      </w:r>
      <w:r>
        <w:rPr>
          <w:b/>
          <w:i w:val="0"/>
          <w:smallCaps w:val="0"/>
          <w:strike w:val="0"/>
          <w:sz w:val="22"/>
          <w:u w:val="single"/>
        </w:rPr>
        <w:t>periodic droughts</w:t>
      </w:r>
      <w:r>
        <w:rPr>
          <w:b w:val="0"/>
          <w:i w:val="0"/>
          <w:smallCaps w:val="0"/>
          <w:strike w:val="0"/>
          <w:sz w:val="22"/>
          <w:u w:val="single"/>
        </w:rPr>
        <w:t xml:space="preserve"> alternating with </w:t>
      </w:r>
      <w:r>
        <w:rPr>
          <w:b/>
          <w:i w:val="0"/>
          <w:smallCaps w:val="0"/>
          <w:strike w:val="0"/>
          <w:sz w:val="22"/>
          <w:u w:val="single"/>
        </w:rPr>
        <w:t>devastating floods</w:t>
      </w:r>
      <w:r>
        <w:rPr>
          <w:b w:val="0"/>
          <w:i w:val="0"/>
          <w:smallCaps w:val="0"/>
          <w:strike w:val="0"/>
          <w:sz w:val="16"/>
          <w:u w:val="none"/>
        </w:rPr>
        <w:t>. ….</w:t>
      </w:r>
    </w:p>
    <w:p>
      <w:pPr>
        <w:spacing w:after="60"/>
      </w:pPr>
      <w:r>
        <w:rPr>
          <w:b w:val="0"/>
          <w:i w:val="0"/>
          <w:smallCaps w:val="0"/>
          <w:strike w:val="0"/>
          <w:sz w:val="16"/>
          <w:u w:val="none"/>
        </w:rPr>
        <w:t xml:space="preserve">At the same time, </w:t>
      </w:r>
      <w:r>
        <w:rPr>
          <w:b w:val="0"/>
          <w:i w:val="0"/>
          <w:smallCaps w:val="0"/>
          <w:strike w:val="0"/>
          <w:sz w:val="22"/>
          <w:u w:val="single"/>
        </w:rPr>
        <w:t xml:space="preserve">the global human </w:t>
      </w:r>
      <w:r>
        <w:rPr>
          <w:b/>
          <w:i w:val="0"/>
          <w:smallCaps w:val="0"/>
          <w:strike w:val="0"/>
          <w:sz w:val="22"/>
          <w:u w:val="single"/>
        </w:rPr>
        <w:t>population unsustainability</w:t>
      </w:r>
      <w:r>
        <w:rPr>
          <w:b w:val="0"/>
          <w:i w:val="0"/>
          <w:smallCaps w:val="0"/>
          <w:strike w:val="0"/>
          <w:sz w:val="22"/>
          <w:u w:val="single"/>
        </w:rPr>
        <w:t xml:space="preserve"> continues to increase</w:t>
      </w:r>
      <w:r>
        <w:rPr>
          <w:b w:val="0"/>
          <w:i w:val="0"/>
          <w:smallCaps w:val="0"/>
          <w:strike w:val="0"/>
          <w:sz w:val="16"/>
          <w:u w:val="none"/>
        </w:rPr>
        <w:t>. … …Noam Chomsky declares: “Survival of Organized Human Life Is at Risk Due to Climate Change and Nuclear Weapons.”</w:t>
      </w:r>
    </w:p>
    <w:p>
      <w:pPr>
        <w:spacing w:after="60"/>
      </w:pPr>
      <w:r>
        <w:rPr>
          <w:b w:val="0"/>
          <w:i w:val="0"/>
          <w:smallCaps w:val="0"/>
          <w:strike w:val="0"/>
          <w:sz w:val="16"/>
          <w:u w:val="none"/>
        </w:rPr>
        <w:t>UN CHARTER’S UNTOUCHABLE SACRED COW PREVENTS GLOBAL CITIZENSHIP</w:t>
      </w:r>
    </w:p>
    <w:p>
      <w:pPr>
        <w:spacing w:after="60"/>
      </w:pPr>
      <w:r>
        <w:rPr>
          <w:b w:val="0"/>
          <w:i w:val="0"/>
          <w:smallCaps w:val="0"/>
          <w:strike w:val="0"/>
          <w:sz w:val="22"/>
          <w:u w:val="single"/>
        </w:rPr>
        <w:t>Meanwhile, the nations of the world focus on “</w:t>
      </w:r>
      <w:r>
        <w:rPr>
          <w:b/>
          <w:i w:val="0"/>
          <w:smallCaps w:val="0"/>
          <w:strike w:val="0"/>
          <w:sz w:val="22"/>
          <w:u w:val="single"/>
        </w:rPr>
        <w:t>sovereignty</w:t>
      </w:r>
      <w:r>
        <w:rPr>
          <w:b w:val="0"/>
          <w:i w:val="0"/>
          <w:smallCaps w:val="0"/>
          <w:strike w:val="0"/>
          <w:sz w:val="22"/>
          <w:u w:val="single"/>
        </w:rPr>
        <w:t xml:space="preserve">,” </w:t>
      </w:r>
      <w:r>
        <w:rPr>
          <w:b/>
          <w:i w:val="0"/>
          <w:smallCaps w:val="0"/>
          <w:strike w:val="0"/>
          <w:sz w:val="22"/>
          <w:u w:val="single"/>
        </w:rPr>
        <w:t>militarism</w:t>
      </w:r>
      <w:r>
        <w:rPr>
          <w:b w:val="0"/>
          <w:i w:val="0"/>
          <w:smallCaps w:val="0"/>
          <w:strike w:val="0"/>
          <w:sz w:val="22"/>
          <w:u w:val="single"/>
        </w:rPr>
        <w:t xml:space="preserve">, national </w:t>
      </w:r>
      <w:r>
        <w:rPr>
          <w:b/>
          <w:i w:val="0"/>
          <w:smallCaps w:val="0"/>
          <w:strike w:val="0"/>
          <w:sz w:val="22"/>
          <w:u w:val="single"/>
        </w:rPr>
        <w:t>independence</w:t>
      </w:r>
      <w:r>
        <w:rPr>
          <w:b w:val="0"/>
          <w:i w:val="0"/>
          <w:smallCaps w:val="0"/>
          <w:strike w:val="0"/>
          <w:sz w:val="22"/>
          <w:u w:val="single"/>
        </w:rPr>
        <w:t xml:space="preserve">, </w:t>
      </w:r>
      <w:r>
        <w:rPr>
          <w:b/>
          <w:i w:val="0"/>
          <w:smallCaps w:val="0"/>
          <w:strike w:val="0"/>
          <w:sz w:val="22"/>
          <w:u w:val="single"/>
        </w:rPr>
        <w:t>trade wars</w:t>
      </w:r>
      <w:r>
        <w:rPr>
          <w:b w:val="0"/>
          <w:i w:val="0"/>
          <w:smallCaps w:val="0"/>
          <w:strike w:val="0"/>
          <w:sz w:val="22"/>
          <w:u w:val="single"/>
        </w:rPr>
        <w:t xml:space="preserve">, and unsustainable </w:t>
      </w:r>
      <w:r>
        <w:rPr>
          <w:b/>
          <w:i w:val="0"/>
          <w:smallCaps w:val="0"/>
          <w:strike w:val="0"/>
          <w:sz w:val="22"/>
          <w:u w:val="single"/>
        </w:rPr>
        <w:t>capitalist development</w:t>
      </w:r>
      <w:r>
        <w:rPr>
          <w:b w:val="0"/>
          <w:i w:val="0"/>
          <w:smallCaps w:val="0"/>
          <w:strike w:val="0"/>
          <w:sz w:val="22"/>
          <w:u w:val="single"/>
        </w:rPr>
        <w:t>. “Sovereign independence” is written into the UN charter</w:t>
      </w:r>
      <w:r>
        <w:rPr>
          <w:b w:val="0"/>
          <w:i w:val="0"/>
          <w:smallCaps w:val="0"/>
          <w:strike w:val="0"/>
          <w:sz w:val="16"/>
          <w:u w:val="none"/>
        </w:rPr>
        <w:t xml:space="preserve"> in multiple ways </w:t>
      </w:r>
      <w:r>
        <w:rPr>
          <w:b w:val="0"/>
          <w:i w:val="0"/>
          <w:smallCaps w:val="0"/>
          <w:strike w:val="0"/>
          <w:sz w:val="22"/>
          <w:u w:val="single"/>
        </w:rPr>
        <w:t xml:space="preserve">and continues to function as an untouchable </w:t>
      </w:r>
      <w:r>
        <w:rPr>
          <w:b/>
          <w:i w:val="0"/>
          <w:smallCaps w:val="0"/>
          <w:strike w:val="0"/>
          <w:sz w:val="22"/>
          <w:u w:val="single"/>
        </w:rPr>
        <w:t>sacred cow</w:t>
      </w:r>
      <w:r>
        <w:rPr>
          <w:b w:val="0"/>
          <w:i w:val="0"/>
          <w:smallCaps w:val="0"/>
          <w:strike w:val="0"/>
          <w:sz w:val="22"/>
          <w:u w:val="single"/>
        </w:rPr>
        <w:t xml:space="preserve">, preventing the development of </w:t>
      </w:r>
      <w:r>
        <w:rPr>
          <w:b/>
          <w:i w:val="0"/>
          <w:smallCaps w:val="0"/>
          <w:strike w:val="0"/>
          <w:sz w:val="22"/>
          <w:u w:val="single"/>
        </w:rPr>
        <w:t>global citizenship</w:t>
      </w:r>
      <w:r>
        <w:rPr>
          <w:b w:val="0"/>
          <w:i w:val="0"/>
          <w:smallCaps w:val="0"/>
          <w:strike w:val="0"/>
          <w:sz w:val="16"/>
          <w:u w:val="none"/>
        </w:rPr>
        <w:t xml:space="preserve"> </w:t>
      </w:r>
      <w:r>
        <w:rPr>
          <w:b w:val="0"/>
          <w:i w:val="0"/>
          <w:smallCaps w:val="0"/>
          <w:strike w:val="0"/>
          <w:sz w:val="22"/>
          <w:u w:val="single"/>
        </w:rPr>
        <w:t xml:space="preserve">everywhere on Earth. Each nation </w:t>
      </w:r>
      <w:r>
        <w:rPr>
          <w:b/>
          <w:i w:val="0"/>
          <w:smallCaps w:val="0"/>
          <w:strike w:val="0"/>
          <w:sz w:val="22"/>
          <w:u w:val="single"/>
        </w:rPr>
        <w:t>inculcates loyalty</w:t>
      </w:r>
      <w:r>
        <w:rPr>
          <w:b w:val="0"/>
          <w:i w:val="0"/>
          <w:smallCaps w:val="0"/>
          <w:strike w:val="0"/>
          <w:sz w:val="22"/>
          <w:u w:val="single"/>
        </w:rPr>
        <w:t xml:space="preserve"> into its </w:t>
      </w:r>
      <w:r>
        <w:rPr>
          <w:b/>
          <w:i w:val="0"/>
          <w:smallCaps w:val="0"/>
          <w:strike w:val="0"/>
          <w:sz w:val="22"/>
          <w:u w:val="single"/>
        </w:rPr>
        <w:t>citizens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criminalizes</w:t>
      </w:r>
      <w:r>
        <w:rPr>
          <w:b w:val="0"/>
          <w:i w:val="0"/>
          <w:smallCaps w:val="0"/>
          <w:strike w:val="0"/>
          <w:sz w:val="16"/>
          <w:u w:val="none"/>
        </w:rPr>
        <w:t xml:space="preserve"> </w:t>
      </w:r>
      <w:r>
        <w:rPr>
          <w:b w:val="0"/>
          <w:i w:val="0"/>
          <w:smallCaps w:val="0"/>
          <w:strike w:val="0"/>
          <w:sz w:val="22"/>
          <w:u w:val="single"/>
        </w:rPr>
        <w:t xml:space="preserve">any non-government sponsored relationships with </w:t>
      </w:r>
      <w:r>
        <w:rPr>
          <w:b/>
          <w:i w:val="0"/>
          <w:smallCaps w:val="0"/>
          <w:strike w:val="0"/>
          <w:sz w:val="22"/>
          <w:u w:val="single"/>
        </w:rPr>
        <w:t>foreign officials</w:t>
      </w:r>
      <w:r>
        <w:rPr>
          <w:b w:val="0"/>
          <w:i w:val="0"/>
          <w:smallCaps w:val="0"/>
          <w:strike w:val="0"/>
          <w:sz w:val="22"/>
          <w:u w:val="single"/>
        </w:rPr>
        <w:t>, which they label “</w:t>
      </w:r>
      <w:r>
        <w:rPr>
          <w:b/>
          <w:i w:val="0"/>
          <w:smallCaps w:val="0"/>
          <w:strike w:val="0"/>
          <w:sz w:val="22"/>
          <w:u w:val="single"/>
        </w:rPr>
        <w:t>disloyalty</w:t>
      </w:r>
      <w:r>
        <w:rPr>
          <w:b w:val="0"/>
          <w:i w:val="0"/>
          <w:smallCaps w:val="0"/>
          <w:strike w:val="0"/>
          <w:sz w:val="22"/>
          <w:u w:val="single"/>
        </w:rPr>
        <w:t>” and “</w:t>
      </w:r>
      <w:r>
        <w:rPr>
          <w:b/>
          <w:i w:val="0"/>
          <w:smallCaps w:val="0"/>
          <w:strike w:val="0"/>
          <w:sz w:val="22"/>
          <w:u w:val="single"/>
        </w:rPr>
        <w:t>treason</w:t>
      </w:r>
      <w:r>
        <w:rPr>
          <w:b w:val="0"/>
          <w:i w:val="0"/>
          <w:smallCaps w:val="0"/>
          <w:strike w:val="0"/>
          <w:sz w:val="22"/>
          <w:u w:val="single"/>
        </w:rPr>
        <w:t xml:space="preserve">.” Trillions of dollars are poured down the </w:t>
      </w:r>
      <w:r>
        <w:rPr>
          <w:b/>
          <w:i w:val="0"/>
          <w:smallCaps w:val="0"/>
          <w:strike w:val="0"/>
          <w:sz w:val="22"/>
          <w:u w:val="single"/>
        </w:rPr>
        <w:t>toilet of militarism</w:t>
      </w:r>
      <w:r>
        <w:rPr>
          <w:b w:val="0"/>
          <w:i w:val="0"/>
          <w:smallCaps w:val="0"/>
          <w:strike w:val="0"/>
          <w:sz w:val="16"/>
          <w:u w:val="none"/>
        </w:rPr>
        <w:t xml:space="preserve"> </w:t>
      </w:r>
      <w:r>
        <w:rPr>
          <w:b w:val="0"/>
          <w:i w:val="0"/>
          <w:smallCaps w:val="0"/>
          <w:strike w:val="0"/>
          <w:sz w:val="22"/>
          <w:u w:val="single"/>
        </w:rPr>
        <w:t>that are needed to protect and restore the planetary environment.</w:t>
      </w:r>
    </w:p>
    <w:p>
      <w:pPr>
        <w:spacing w:after="60"/>
      </w:pPr>
      <w:r>
        <w:rPr>
          <w:b w:val="0"/>
          <w:i w:val="0"/>
          <w:smallCaps w:val="0"/>
          <w:strike w:val="0"/>
          <w:sz w:val="16"/>
          <w:u w:val="none"/>
        </w:rPr>
        <w:t>FEW PEOPLE SEEM TO CARE</w:t>
      </w:r>
    </w:p>
    <w:p>
      <w:pPr>
        <w:spacing w:after="60"/>
      </w:pPr>
      <w:r>
        <w:rPr>
          <w:b w:val="0"/>
          <w:i w:val="0"/>
          <w:smallCaps w:val="0"/>
          <w:strike w:val="0"/>
          <w:sz w:val="16"/>
          <w:u w:val="none"/>
        </w:rPr>
        <w:t xml:space="preserve">Nuclear weapons are refined and made “combat ready,” and countries like North Korea correctly understand that without the nuclear deterrent, they would suffer the same destruction as Afghanistan, Iraq, Syria, and Libya. </w:t>
      </w:r>
      <w:r>
        <w:rPr>
          <w:b w:val="0"/>
          <w:i w:val="0"/>
          <w:smallCaps w:val="0"/>
          <w:strike w:val="0"/>
          <w:sz w:val="22"/>
          <w:u w:val="single"/>
        </w:rPr>
        <w:t xml:space="preserve">For the </w:t>
      </w:r>
      <w:r>
        <w:rPr>
          <w:b/>
          <w:i w:val="0"/>
          <w:smallCaps w:val="0"/>
          <w:strike w:val="0"/>
          <w:sz w:val="22"/>
          <w:u w:val="single"/>
        </w:rPr>
        <w:t>imperial system</w:t>
      </w:r>
      <w:r>
        <w:rPr>
          <w:b w:val="0"/>
          <w:i w:val="0"/>
          <w:smallCaps w:val="0"/>
          <w:strike w:val="0"/>
          <w:sz w:val="16"/>
          <w:u w:val="none"/>
        </w:rPr>
        <w:t xml:space="preserve"> </w:t>
      </w:r>
      <w:r>
        <w:rPr>
          <w:b w:val="0"/>
          <w:i w:val="0"/>
          <w:smallCaps w:val="0"/>
          <w:strike w:val="0"/>
          <w:sz w:val="22"/>
          <w:u w:val="single"/>
        </w:rPr>
        <w:t xml:space="preserve">led by the U.S. and its </w:t>
      </w:r>
      <w:r>
        <w:rPr>
          <w:b/>
          <w:i w:val="0"/>
          <w:smallCaps w:val="0"/>
          <w:strike w:val="0"/>
          <w:sz w:val="22"/>
          <w:u w:val="single"/>
        </w:rPr>
        <w:t>NATO</w:t>
      </w:r>
      <w:r>
        <w:rPr>
          <w:b w:val="0"/>
          <w:i w:val="0"/>
          <w:smallCaps w:val="0"/>
          <w:strike w:val="0"/>
          <w:sz w:val="22"/>
          <w:u w:val="single"/>
        </w:rPr>
        <w:t xml:space="preserve"> allies continues to work for a</w:t>
      </w:r>
      <w:r>
        <w:rPr>
          <w:b w:val="0"/>
          <w:i w:val="0"/>
          <w:smallCaps w:val="0"/>
          <w:strike w:val="0"/>
          <w:sz w:val="16"/>
          <w:u w:val="none"/>
        </w:rPr>
        <w:t xml:space="preserve"> </w:t>
      </w:r>
      <w:r>
        <w:rPr>
          <w:b/>
          <w:i w:val="0"/>
          <w:smallCaps w:val="0"/>
          <w:strike w:val="0"/>
          <w:sz w:val="22"/>
          <w:u w:val="single"/>
        </w:rPr>
        <w:t>global hegemony</w:t>
      </w:r>
      <w:r>
        <w:rPr>
          <w:b w:val="0"/>
          <w:i w:val="0"/>
          <w:smallCaps w:val="0"/>
          <w:strike w:val="0"/>
          <w:sz w:val="16"/>
          <w:u w:val="none"/>
        </w:rPr>
        <w:t xml:space="preserve"> </w:t>
      </w:r>
      <w:r>
        <w:rPr>
          <w:b w:val="0"/>
          <w:i w:val="0"/>
          <w:smallCaps w:val="0"/>
          <w:strike w:val="0"/>
          <w:sz w:val="22"/>
          <w:u w:val="single"/>
        </w:rPr>
        <w:t xml:space="preserve">to counter the growing influence of </w:t>
      </w:r>
      <w:r>
        <w:rPr>
          <w:b/>
          <w:i w:val="0"/>
          <w:smallCaps w:val="0"/>
          <w:strike w:val="0"/>
          <w:sz w:val="22"/>
          <w:u w:val="single"/>
        </w:rPr>
        <w:t>Russia</w:t>
      </w:r>
      <w:r>
        <w:rPr>
          <w:b w:val="0"/>
          <w:i w:val="0"/>
          <w:smallCaps w:val="0"/>
          <w:strike w:val="0"/>
          <w:sz w:val="22"/>
          <w:u w:val="single"/>
        </w:rPr>
        <w:t xml:space="preserve"> and </w:t>
      </w:r>
      <w:r>
        <w:rPr>
          <w:b/>
          <w:i w:val="0"/>
          <w:smallCaps w:val="0"/>
          <w:strike w:val="0"/>
          <w:sz w:val="22"/>
          <w:u w:val="single"/>
        </w:rPr>
        <w:t>China</w:t>
      </w:r>
      <w:r>
        <w:rPr>
          <w:b w:val="0"/>
          <w:i w:val="0"/>
          <w:smallCaps w:val="0"/>
          <w:strike w:val="0"/>
          <w:sz w:val="22"/>
          <w:u w:val="single"/>
        </w:rPr>
        <w:t xml:space="preserve">, </w:t>
      </w:r>
      <w:r>
        <w:rPr>
          <w:b/>
          <w:i w:val="0"/>
          <w:smallCaps w:val="0"/>
          <w:strike w:val="0"/>
          <w:sz w:val="22"/>
          <w:u w:val="single"/>
        </w:rPr>
        <w:t>politically</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economically</w:t>
      </w:r>
      <w:r>
        <w:rPr>
          <w:b w:val="0"/>
          <w:i w:val="0"/>
          <w:smallCaps w:val="0"/>
          <w:strike w:val="0"/>
          <w:sz w:val="22"/>
          <w:u w:val="single"/>
        </w:rPr>
        <w:t xml:space="preserve">, without concern for human rights, dignity, or the welfare and livelihood of many millions who appear of </w:t>
      </w:r>
      <w:r>
        <w:rPr>
          <w:b/>
          <w:i w:val="0"/>
          <w:smallCaps w:val="0"/>
          <w:strike w:val="0"/>
          <w:sz w:val="22"/>
          <w:u w:val="single"/>
        </w:rPr>
        <w:t>less worthiness to live</w:t>
      </w:r>
      <w:r>
        <w:rPr>
          <w:b w:val="0"/>
          <w:i w:val="0"/>
          <w:smallCaps w:val="0"/>
          <w:strike w:val="0"/>
          <w:sz w:val="16"/>
          <w:u w:val="none"/>
        </w:rPr>
        <w:t xml:space="preserve"> </w:t>
      </w:r>
      <w:r>
        <w:rPr>
          <w:b w:val="0"/>
          <w:i w:val="0"/>
          <w:smallCaps w:val="0"/>
          <w:strike w:val="0"/>
          <w:sz w:val="22"/>
          <w:u w:val="single"/>
        </w:rPr>
        <w:t>because they are “not us.”</w:t>
      </w:r>
      <w:r>
        <w:rPr>
          <w:b w:val="0"/>
          <w:i w:val="0"/>
          <w:smallCaps w:val="0"/>
          <w:strike w:val="0"/>
          <w:sz w:val="16"/>
          <w:u w:val="none"/>
        </w:rPr>
        <w:t xml:space="preserve"> Books such as Nuclear Madness by Helen Caldicott or The Doomsday Machine by Daniel Ellsberg regularly appear detailing the many times that the near use of these weapons has brought humanity close to extinction, but few seem to care. Our fragmentation, hate, fear, and need for “enemies” is so much greater than our desire for a future for our children or the planet.</w:t>
      </w:r>
    </w:p>
    <w:p>
      <w:pPr>
        <w:spacing w:after="60"/>
      </w:pPr>
      <w:r>
        <w:rPr>
          <w:b w:val="0"/>
          <w:i w:val="0"/>
          <w:smallCaps w:val="0"/>
          <w:strike w:val="0"/>
          <w:sz w:val="16"/>
          <w:u w:val="none"/>
        </w:rPr>
        <w:t>SHOCK ALERT: IT’S A WAR SYSTEM, STUPID!</w:t>
      </w:r>
    </w:p>
    <w:p>
      <w:pPr>
        <w:spacing w:after="60"/>
      </w:pPr>
      <w:r>
        <w:rPr>
          <w:b w:val="0"/>
          <w:i w:val="0"/>
          <w:smallCaps w:val="0"/>
          <w:strike w:val="0"/>
          <w:sz w:val="22"/>
          <w:u w:val="single"/>
        </w:rPr>
        <w:t xml:space="preserve">Our planetary system is </w:t>
      </w:r>
      <w:r>
        <w:rPr>
          <w:b/>
          <w:i w:val="0"/>
          <w:smallCaps w:val="0"/>
          <w:strike w:val="0"/>
          <w:sz w:val="22"/>
          <w:u w:val="single"/>
        </w:rPr>
        <w:t>inherently a war system requiring enemies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producing vast profits</w:t>
      </w:r>
      <w:r>
        <w:rPr>
          <w:b w:val="0"/>
          <w:i w:val="0"/>
          <w:smallCaps w:val="0"/>
          <w:strike w:val="0"/>
          <w:sz w:val="16"/>
          <w:u w:val="none"/>
        </w:rPr>
        <w:t xml:space="preserve"> </w:t>
      </w:r>
      <w:r>
        <w:rPr>
          <w:b w:val="0"/>
          <w:i w:val="0"/>
          <w:smallCaps w:val="0"/>
          <w:strike w:val="0"/>
          <w:sz w:val="22"/>
          <w:u w:val="single"/>
        </w:rPr>
        <w:t>for the industries that supply and encourage this system</w:t>
      </w:r>
      <w:r>
        <w:rPr>
          <w:b w:val="0"/>
          <w:i w:val="0"/>
          <w:smallCaps w:val="0"/>
          <w:strike w:val="0"/>
          <w:sz w:val="16"/>
          <w:u w:val="none"/>
        </w:rPr>
        <w:t xml:space="preserve">. As climate and military disasters around the world increase so do the profits of the system of “disaster capitalism” described by Naomi Klein in her 2007 book The Shock Doctrine the Rise of Disaster Capitalism. Meanwhile </w:t>
      </w:r>
      <w:r>
        <w:rPr>
          <w:b w:val="0"/>
          <w:i w:val="0"/>
          <w:smallCaps w:val="0"/>
          <w:strike w:val="0"/>
          <w:sz w:val="22"/>
          <w:u w:val="single"/>
        </w:rPr>
        <w:t xml:space="preserve">the </w:t>
      </w:r>
      <w:r>
        <w:rPr>
          <w:b/>
          <w:i w:val="0"/>
          <w:smallCaps w:val="0"/>
          <w:strike w:val="0"/>
          <w:sz w:val="22"/>
          <w:u w:val="single"/>
        </w:rPr>
        <w:t>big banks</w:t>
      </w:r>
      <w:r>
        <w:rPr>
          <w:b w:val="0"/>
          <w:i w:val="0"/>
          <w:smallCaps w:val="0"/>
          <w:strike w:val="0"/>
          <w:sz w:val="16"/>
          <w:u w:val="none"/>
        </w:rPr>
        <w:t xml:space="preserve"> </w:t>
      </w:r>
      <w:r>
        <w:rPr>
          <w:b w:val="0"/>
          <w:i w:val="0"/>
          <w:smallCaps w:val="0"/>
          <w:strike w:val="0"/>
          <w:sz w:val="22"/>
          <w:u w:val="single"/>
        </w:rPr>
        <w:t>and masters of the</w:t>
      </w:r>
      <w:r>
        <w:rPr>
          <w:b w:val="0"/>
          <w:i w:val="0"/>
          <w:smallCaps w:val="0"/>
          <w:strike w:val="0"/>
          <w:sz w:val="16"/>
          <w:u w:val="none"/>
        </w:rPr>
        <w:t xml:space="preserve"> </w:t>
      </w:r>
      <w:r>
        <w:rPr>
          <w:b/>
          <w:i w:val="0"/>
          <w:smallCaps w:val="0"/>
          <w:strike w:val="0"/>
          <w:sz w:val="22"/>
          <w:u w:val="single"/>
        </w:rPr>
        <w:t>global monetary systems</w:t>
      </w:r>
      <w:r>
        <w:rPr>
          <w:b w:val="0"/>
          <w:i w:val="0"/>
          <w:smallCaps w:val="0"/>
          <w:strike w:val="0"/>
          <w:sz w:val="16"/>
          <w:u w:val="none"/>
        </w:rPr>
        <w:t xml:space="preserve"> </w:t>
      </w:r>
      <w:r>
        <w:rPr>
          <w:b w:val="0"/>
          <w:i w:val="0"/>
          <w:smallCaps w:val="0"/>
          <w:strike w:val="0"/>
          <w:sz w:val="22"/>
          <w:u w:val="single"/>
        </w:rPr>
        <w:t xml:space="preserve">continue to dominate </w:t>
      </w:r>
      <w:r>
        <w:rPr>
          <w:b/>
          <w:i w:val="0"/>
          <w:smallCaps w:val="0"/>
          <w:strike w:val="0"/>
          <w:sz w:val="22"/>
          <w:u w:val="single"/>
        </w:rPr>
        <w:t>unsustainable global economics</w:t>
      </w:r>
      <w:r>
        <w:rPr>
          <w:b w:val="0"/>
          <w:i w:val="0"/>
          <w:smallCaps w:val="0"/>
          <w:strike w:val="0"/>
          <w:sz w:val="22"/>
          <w:u w:val="single"/>
        </w:rPr>
        <w:t>, running the world as a</w:t>
      </w:r>
      <w:r>
        <w:rPr>
          <w:b w:val="0"/>
          <w:i w:val="0"/>
          <w:smallCaps w:val="0"/>
          <w:strike w:val="0"/>
          <w:sz w:val="16"/>
          <w:u w:val="none"/>
        </w:rPr>
        <w:t xml:space="preserve"> </w:t>
      </w:r>
      <w:r>
        <w:rPr>
          <w:b/>
          <w:i w:val="0"/>
          <w:smallCaps w:val="0"/>
          <w:strike w:val="0"/>
          <w:sz w:val="22"/>
          <w:u w:val="single"/>
        </w:rPr>
        <w:t>debt system</w:t>
      </w:r>
      <w:r>
        <w:rPr>
          <w:b w:val="0"/>
          <w:i w:val="0"/>
          <w:smallCaps w:val="0"/>
          <w:strike w:val="0"/>
          <w:sz w:val="16"/>
          <w:u w:val="none"/>
        </w:rPr>
        <w:t xml:space="preserve"> </w:t>
      </w:r>
      <w:r>
        <w:rPr>
          <w:b w:val="0"/>
          <w:i w:val="0"/>
          <w:smallCaps w:val="0"/>
          <w:strike w:val="0"/>
          <w:sz w:val="22"/>
          <w:u w:val="single"/>
        </w:rPr>
        <w:t>from which they derive not only vast</w:t>
      </w:r>
      <w:r>
        <w:rPr>
          <w:b w:val="0"/>
          <w:i w:val="0"/>
          <w:smallCaps w:val="0"/>
          <w:strike w:val="0"/>
          <w:sz w:val="16"/>
          <w:u w:val="none"/>
        </w:rPr>
        <w:t xml:space="preserve"> </w:t>
      </w:r>
      <w:r>
        <w:rPr>
          <w:b/>
          <w:i w:val="0"/>
          <w:smallCaps w:val="0"/>
          <w:strike w:val="0"/>
          <w:sz w:val="22"/>
          <w:u w:val="single"/>
        </w:rPr>
        <w:t>profits</w:t>
      </w:r>
      <w:r>
        <w:rPr>
          <w:b w:val="0"/>
          <w:i w:val="0"/>
          <w:smallCaps w:val="0"/>
          <w:strike w:val="0"/>
          <w:sz w:val="16"/>
          <w:u w:val="none"/>
        </w:rPr>
        <w:t xml:space="preserve"> </w:t>
      </w:r>
      <w:r>
        <w:rPr>
          <w:b w:val="0"/>
          <w:i w:val="0"/>
          <w:smallCaps w:val="0"/>
          <w:strike w:val="0"/>
          <w:sz w:val="22"/>
          <w:u w:val="single"/>
        </w:rPr>
        <w:t>but vast</w:t>
      </w:r>
      <w:r>
        <w:rPr>
          <w:b w:val="0"/>
          <w:i w:val="0"/>
          <w:smallCaps w:val="0"/>
          <w:strike w:val="0"/>
          <w:sz w:val="16"/>
          <w:u w:val="none"/>
        </w:rPr>
        <w:t xml:space="preserve"> </w:t>
      </w:r>
      <w:r>
        <w:rPr>
          <w:b/>
          <w:i w:val="0"/>
          <w:smallCaps w:val="0"/>
          <w:strike w:val="0"/>
          <w:sz w:val="22"/>
          <w:u w:val="single"/>
        </w:rPr>
        <w:t>political power</w:t>
      </w:r>
      <w:r>
        <w:rPr>
          <w:b w:val="0"/>
          <w:i w:val="0"/>
          <w:smallCaps w:val="0"/>
          <w:strike w:val="0"/>
          <w:sz w:val="16"/>
          <w:u w:val="none"/>
        </w:rPr>
        <w:t>, as Ellen Brown showed in detail in her 2007 book The Web of Debt.</w:t>
      </w:r>
    </w:p>
    <w:p>
      <w:pPr>
        <w:spacing w:after="60"/>
      </w:pPr>
      <w:r>
        <w:rPr>
          <w:b w:val="0"/>
          <w:i w:val="0"/>
          <w:smallCaps w:val="0"/>
          <w:strike w:val="0"/>
          <w:sz w:val="16"/>
          <w:u w:val="none"/>
        </w:rPr>
        <w:t>IS THE RULING CLASS “INSANE” OR SIMPLY CRIMINAL?</w:t>
      </w:r>
    </w:p>
    <w:p>
      <w:pPr>
        <w:spacing w:after="60"/>
      </w:pPr>
      <w:r>
        <w:rPr>
          <w:b w:val="0"/>
          <w:i w:val="0"/>
          <w:smallCaps w:val="0"/>
          <w:strike w:val="0"/>
          <w:sz w:val="16"/>
          <w:u w:val="none"/>
        </w:rPr>
        <w:t xml:space="preserve">A Google search reveals a number of articles by different authors who have declared that the ruling class is “insane.” Indeed, if bringing the entire planet to ruin in the service of ones personal greed for wealth and power is insane, then this label is appropriate, although I prefer the term “criminal,” since </w:t>
      </w:r>
      <w:r>
        <w:rPr>
          <w:b w:val="0"/>
          <w:i w:val="0"/>
          <w:smallCaps w:val="0"/>
          <w:strike w:val="0"/>
          <w:sz w:val="22"/>
          <w:u w:val="single"/>
        </w:rPr>
        <w:t xml:space="preserve">the majority of the </w:t>
      </w:r>
      <w:r>
        <w:rPr>
          <w:b/>
          <w:i w:val="0"/>
          <w:smallCaps w:val="0"/>
          <w:strike w:val="0"/>
          <w:sz w:val="22"/>
          <w:u w:val="single"/>
        </w:rPr>
        <w:t>ruling class</w:t>
      </w:r>
      <w:r>
        <w:rPr>
          <w:b w:val="0"/>
          <w:i w:val="0"/>
          <w:smallCaps w:val="0"/>
          <w:strike w:val="0"/>
          <w:sz w:val="16"/>
          <w:u w:val="none"/>
        </w:rPr>
        <w:t xml:space="preserve"> </w:t>
      </w:r>
      <w:r>
        <w:rPr>
          <w:b w:val="0"/>
          <w:i w:val="0"/>
          <w:smallCaps w:val="0"/>
          <w:strike w:val="0"/>
          <w:sz w:val="22"/>
          <w:u w:val="single"/>
        </w:rPr>
        <w:t>of the world are simply</w:t>
      </w:r>
      <w:r>
        <w:rPr>
          <w:b w:val="0"/>
          <w:i w:val="0"/>
          <w:smallCaps w:val="0"/>
          <w:strike w:val="0"/>
          <w:sz w:val="16"/>
          <w:u w:val="none"/>
        </w:rPr>
        <w:t xml:space="preserve"> </w:t>
      </w:r>
      <w:r>
        <w:rPr>
          <w:b/>
          <w:i w:val="0"/>
          <w:smallCaps w:val="0"/>
          <w:strike w:val="0"/>
          <w:sz w:val="22"/>
          <w:u w:val="single"/>
        </w:rPr>
        <w:t>criminals</w:t>
      </w:r>
      <w:r>
        <w:rPr>
          <w:b w:val="0"/>
          <w:i w:val="0"/>
          <w:smallCaps w:val="0"/>
          <w:strike w:val="0"/>
          <w:sz w:val="16"/>
          <w:u w:val="none"/>
        </w:rPr>
        <w:t xml:space="preserve"> </w:t>
      </w:r>
      <w:r>
        <w:rPr>
          <w:b w:val="0"/>
          <w:i w:val="0"/>
          <w:smallCaps w:val="0"/>
          <w:strike w:val="0"/>
          <w:sz w:val="22"/>
          <w:u w:val="single"/>
        </w:rPr>
        <w:t>who control the</w:t>
      </w:r>
      <w:r>
        <w:rPr>
          <w:b w:val="0"/>
          <w:i w:val="0"/>
          <w:smallCaps w:val="0"/>
          <w:strike w:val="0"/>
          <w:sz w:val="16"/>
          <w:u w:val="none"/>
        </w:rPr>
        <w:t xml:space="preserve"> </w:t>
      </w:r>
      <w:r>
        <w:rPr>
          <w:b/>
          <w:i w:val="0"/>
          <w:smallCaps w:val="0"/>
          <w:strike w:val="0"/>
          <w:sz w:val="22"/>
          <w:u w:val="single"/>
        </w:rPr>
        <w:t>mass media</w:t>
      </w:r>
      <w:r>
        <w:rPr>
          <w:b w:val="0"/>
          <w:i w:val="0"/>
          <w:smallCaps w:val="0"/>
          <w:strike w:val="0"/>
          <w:sz w:val="16"/>
          <w:u w:val="none"/>
        </w:rPr>
        <w:t xml:space="preserve">, </w:t>
      </w:r>
      <w:r>
        <w:rPr>
          <w:b w:val="0"/>
          <w:i w:val="0"/>
          <w:smallCaps w:val="0"/>
          <w:strike w:val="0"/>
          <w:sz w:val="22"/>
          <w:u w:val="single"/>
        </w:rPr>
        <w:t>the politicians, and the UN in the service of their criminal enterprises that are</w:t>
      </w:r>
      <w:r>
        <w:rPr>
          <w:b w:val="0"/>
          <w:i w:val="0"/>
          <w:smallCaps w:val="0"/>
          <w:strike w:val="0"/>
          <w:sz w:val="16"/>
          <w:u w:val="none"/>
        </w:rPr>
        <w:t xml:space="preserve"> </w:t>
      </w:r>
      <w:r>
        <w:rPr>
          <w:b/>
          <w:i w:val="0"/>
          <w:smallCaps w:val="0"/>
          <w:strike w:val="0"/>
          <w:sz w:val="22"/>
          <w:u w:val="single"/>
        </w:rPr>
        <w:t>bringing humankind to extinction</w:t>
      </w:r>
      <w:r>
        <w:rPr>
          <w:b w:val="0"/>
          <w:i w:val="0"/>
          <w:smallCaps w:val="0"/>
          <w:strike w:val="0"/>
          <w:sz w:val="16"/>
          <w:u w:val="none"/>
        </w:rPr>
        <w:t>.</w:t>
      </w:r>
    </w:p>
    <w:p>
      <w:pPr>
        <w:spacing w:after="60"/>
      </w:pPr>
      <w:r>
        <w:rPr>
          <w:b w:val="0"/>
          <w:i w:val="0"/>
          <w:smallCaps w:val="0"/>
          <w:strike w:val="0"/>
          <w:sz w:val="16"/>
          <w:u w:val="none"/>
        </w:rPr>
        <w:t xml:space="preserve">In the US, </w:t>
      </w:r>
      <w:r>
        <w:rPr>
          <w:b w:val="0"/>
          <w:i w:val="0"/>
          <w:smallCaps w:val="0"/>
          <w:strike w:val="0"/>
          <w:sz w:val="22"/>
          <w:u w:val="single"/>
        </w:rPr>
        <w:t xml:space="preserve">the majority of both </w:t>
      </w:r>
      <w:r>
        <w:rPr>
          <w:b/>
          <w:i w:val="0"/>
          <w:smallCaps w:val="0"/>
          <w:strike w:val="0"/>
          <w:sz w:val="22"/>
          <w:u w:val="single"/>
        </w:rPr>
        <w:t>Democrats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Republicans</w:t>
      </w:r>
      <w:r>
        <w:rPr>
          <w:b w:val="0"/>
          <w:i w:val="0"/>
          <w:smallCaps w:val="0"/>
          <w:strike w:val="0"/>
          <w:sz w:val="16"/>
          <w:u w:val="none"/>
        </w:rPr>
        <w:t xml:space="preserve"> </w:t>
      </w:r>
      <w:r>
        <w:rPr>
          <w:b w:val="0"/>
          <w:i w:val="0"/>
          <w:smallCaps w:val="0"/>
          <w:strike w:val="0"/>
          <w:sz w:val="22"/>
          <w:u w:val="single"/>
        </w:rPr>
        <w:t>in the Washington,</w:t>
      </w:r>
      <w:r>
        <w:rPr>
          <w:b w:val="0"/>
          <w:i w:val="0"/>
          <w:smallCaps w:val="0"/>
          <w:strike w:val="0"/>
          <w:sz w:val="16"/>
          <w:u w:val="none"/>
        </w:rPr>
        <w:t xml:space="preserve"> DC, government </w:t>
      </w:r>
      <w:r>
        <w:rPr>
          <w:b w:val="0"/>
          <w:i w:val="0"/>
          <w:smallCaps w:val="0"/>
          <w:strike w:val="0"/>
          <w:sz w:val="22"/>
          <w:u w:val="single"/>
        </w:rPr>
        <w:t>are criminals</w:t>
      </w:r>
      <w:r>
        <w:rPr>
          <w:b w:val="0"/>
          <w:i w:val="0"/>
          <w:smallCaps w:val="0"/>
          <w:strike w:val="0"/>
          <w:sz w:val="16"/>
          <w:u w:val="none"/>
        </w:rPr>
        <w:t xml:space="preserve"> in this sense, </w:t>
      </w:r>
      <w:r>
        <w:rPr>
          <w:b w:val="0"/>
          <w:i w:val="0"/>
          <w:smallCaps w:val="0"/>
          <w:strike w:val="0"/>
          <w:sz w:val="22"/>
          <w:u w:val="single"/>
        </w:rPr>
        <w:t xml:space="preserve">serving both themselves and the ruling class. Many </w:t>
      </w:r>
      <w:r>
        <w:rPr>
          <w:b/>
          <w:i w:val="0"/>
          <w:smallCaps w:val="0"/>
          <w:strike w:val="0"/>
          <w:sz w:val="22"/>
          <w:u w:val="single"/>
        </w:rPr>
        <w:t>so-called liberals</w:t>
      </w:r>
      <w:r>
        <w:rPr>
          <w:b w:val="0"/>
          <w:i w:val="0"/>
          <w:smallCaps w:val="0"/>
          <w:strike w:val="0"/>
          <w:sz w:val="16"/>
          <w:u w:val="none"/>
        </w:rPr>
        <w:t xml:space="preserve"> </w:t>
      </w:r>
      <w:r>
        <w:rPr>
          <w:b w:val="0"/>
          <w:i w:val="0"/>
          <w:smallCaps w:val="0"/>
          <w:strike w:val="0"/>
          <w:sz w:val="22"/>
          <w:u w:val="single"/>
        </w:rPr>
        <w:t>in the US are working to remove Trump</w:t>
      </w:r>
      <w:r>
        <w:rPr>
          <w:b w:val="0"/>
          <w:i w:val="0"/>
          <w:smallCaps w:val="0"/>
          <w:strike w:val="0"/>
          <w:sz w:val="16"/>
          <w:u w:val="none"/>
        </w:rPr>
        <w:t xml:space="preserve"> as President, </w:t>
      </w:r>
      <w:r>
        <w:rPr>
          <w:b w:val="0"/>
          <w:i w:val="0"/>
          <w:smallCaps w:val="0"/>
          <w:strike w:val="0"/>
          <w:sz w:val="22"/>
          <w:u w:val="single"/>
        </w:rPr>
        <w:t>and to “take back our country.” But the truth is they never had “their country.” The ruling class has always had it, and</w:t>
      </w:r>
      <w:r>
        <w:rPr>
          <w:b w:val="0"/>
          <w:i w:val="0"/>
          <w:smallCaps w:val="0"/>
          <w:strike w:val="0"/>
          <w:sz w:val="16"/>
          <w:u w:val="none"/>
        </w:rPr>
        <w:t xml:space="preserve"> </w:t>
      </w:r>
      <w:r>
        <w:rPr>
          <w:b/>
          <w:i w:val="0"/>
          <w:smallCaps w:val="0"/>
          <w:strike w:val="0"/>
          <w:sz w:val="22"/>
          <w:u w:val="single"/>
        </w:rPr>
        <w:t>human extinction advanced</w:t>
      </w:r>
      <w:r>
        <w:rPr>
          <w:b w:val="0"/>
          <w:i w:val="0"/>
          <w:smallCaps w:val="0"/>
          <w:strike w:val="0"/>
          <w:sz w:val="16"/>
          <w:u w:val="none"/>
        </w:rPr>
        <w:t xml:space="preserve"> perhaps </w:t>
      </w:r>
      <w:r>
        <w:rPr>
          <w:b w:val="0"/>
          <w:i w:val="0"/>
          <w:smallCaps w:val="0"/>
          <w:strike w:val="0"/>
          <w:sz w:val="22"/>
          <w:u w:val="single"/>
        </w:rPr>
        <w:t>just as rapidly under</w:t>
      </w:r>
      <w:r>
        <w:rPr>
          <w:b w:val="0"/>
          <w:i w:val="0"/>
          <w:smallCaps w:val="0"/>
          <w:strike w:val="0"/>
          <w:sz w:val="16"/>
          <w:u w:val="none"/>
        </w:rPr>
        <w:t xml:space="preserve"> Bill </w:t>
      </w:r>
      <w:r>
        <w:rPr>
          <w:b w:val="0"/>
          <w:i w:val="0"/>
          <w:smallCaps w:val="0"/>
          <w:strike w:val="0"/>
          <w:sz w:val="22"/>
          <w:u w:val="single"/>
        </w:rPr>
        <w:t>Clinton</w:t>
      </w:r>
      <w:r>
        <w:rPr>
          <w:b w:val="0"/>
          <w:i w:val="0"/>
          <w:smallCaps w:val="0"/>
          <w:strike w:val="0"/>
          <w:sz w:val="16"/>
          <w:u w:val="none"/>
        </w:rPr>
        <w:t xml:space="preserve">, George W. </w:t>
      </w:r>
      <w:r>
        <w:rPr>
          <w:b w:val="0"/>
          <w:i w:val="0"/>
          <w:smallCaps w:val="0"/>
          <w:strike w:val="0"/>
          <w:sz w:val="22"/>
          <w:u w:val="single"/>
        </w:rPr>
        <w:t>Bush, or</w:t>
      </w:r>
      <w:r>
        <w:rPr>
          <w:b w:val="0"/>
          <w:i w:val="0"/>
          <w:smallCaps w:val="0"/>
          <w:strike w:val="0"/>
          <w:sz w:val="16"/>
          <w:u w:val="none"/>
        </w:rPr>
        <w:t xml:space="preserve"> Barack </w:t>
      </w:r>
      <w:r>
        <w:rPr>
          <w:b w:val="0"/>
          <w:i w:val="0"/>
          <w:smallCaps w:val="0"/>
          <w:strike w:val="0"/>
          <w:sz w:val="22"/>
          <w:u w:val="single"/>
        </w:rPr>
        <w:t>Obama. The mass media, the war system, and the “sovereign nation” propaganda keep the people of the US asleep</w:t>
      </w:r>
      <w:r>
        <w:rPr>
          <w:b w:val="0"/>
          <w:i w:val="0"/>
          <w:smallCaps w:val="0"/>
          <w:strike w:val="0"/>
          <w:sz w:val="16"/>
          <w:u w:val="none"/>
        </w:rPr>
        <w:t xml:space="preserve"> no matter who is president. </w:t>
      </w:r>
      <w:r>
        <w:rPr>
          <w:b w:val="0"/>
          <w:i w:val="0"/>
          <w:smallCaps w:val="0"/>
          <w:strike w:val="0"/>
          <w:sz w:val="22"/>
          <w:u w:val="single"/>
        </w:rPr>
        <w:t xml:space="preserve">Whomever fills that office can do little because the system itself </w:t>
      </w:r>
      <w:r>
        <w:rPr>
          <w:b/>
          <w:i w:val="0"/>
          <w:smallCaps w:val="0"/>
          <w:strike w:val="0"/>
          <w:sz w:val="22"/>
          <w:u w:val="single"/>
        </w:rPr>
        <w:t>defeats rationality</w:t>
      </w:r>
      <w:r>
        <w:rPr>
          <w:b w:val="0"/>
          <w:i w:val="0"/>
          <w:smallCaps w:val="0"/>
          <w:strike w:val="0"/>
          <w:sz w:val="22"/>
          <w:u w:val="single"/>
        </w:rPr>
        <w:t>, recognition of our common</w:t>
      </w:r>
      <w:r>
        <w:rPr>
          <w:b w:val="0"/>
          <w:i w:val="0"/>
          <w:smallCaps w:val="0"/>
          <w:strike w:val="0"/>
          <w:sz w:val="16"/>
          <w:u w:val="none"/>
        </w:rPr>
        <w:t xml:space="preserve"> </w:t>
      </w:r>
      <w:r>
        <w:rPr>
          <w:b/>
          <w:i w:val="0"/>
          <w:smallCaps w:val="0"/>
          <w:strike w:val="0"/>
          <w:sz w:val="22"/>
          <w:u w:val="single"/>
        </w:rPr>
        <w:t>planetary humanity</w:t>
      </w:r>
      <w:r>
        <w:rPr>
          <w:b w:val="0"/>
          <w:i w:val="0"/>
          <w:smallCaps w:val="0"/>
          <w:strike w:val="0"/>
          <w:sz w:val="22"/>
          <w:u w:val="single"/>
        </w:rPr>
        <w:t xml:space="preserve">, and the changes </w:t>
      </w:r>
      <w:r>
        <w:rPr>
          <w:b/>
          <w:i w:val="0"/>
          <w:smallCaps w:val="0"/>
          <w:strike w:val="0"/>
          <w:sz w:val="22"/>
          <w:u w:val="single"/>
        </w:rPr>
        <w:t>necessary for survival</w:t>
      </w:r>
      <w:r>
        <w:rPr>
          <w:b w:val="0"/>
          <w:i w:val="0"/>
          <w:smallCaps w:val="0"/>
          <w:strike w:val="0"/>
          <w:sz w:val="16"/>
          <w:u w:val="none"/>
        </w:rPr>
        <w:t>.</w:t>
      </w:r>
    </w:p>
    <w:p>
      <w:pPr>
        <w:spacing w:after="60"/>
      </w:pPr>
      <w:r>
        <w:rPr>
          <w:b w:val="0"/>
          <w:i w:val="0"/>
          <w:smallCaps w:val="0"/>
          <w:strike w:val="0"/>
          <w:sz w:val="16"/>
          <w:u w:val="none"/>
        </w:rPr>
        <w:t>REFUSING TO BECOME WORLD CITIZENS IS A DEATH SENTENCE</w:t>
      </w:r>
    </w:p>
    <w:p>
      <w:pPr>
        <w:spacing w:after="60"/>
      </w:pPr>
      <w:r>
        <w:rPr>
          <w:b w:val="0"/>
          <w:i w:val="0"/>
          <w:smallCaps w:val="0"/>
          <w:strike w:val="0"/>
          <w:sz w:val="22"/>
          <w:u w:val="single"/>
        </w:rPr>
        <w:t>Trump is a symptom and not a cause. People refuse to actualize</w:t>
      </w:r>
      <w:r>
        <w:rPr>
          <w:b w:val="0"/>
          <w:i w:val="0"/>
          <w:smallCaps w:val="0"/>
          <w:strike w:val="0"/>
          <w:sz w:val="16"/>
          <w:u w:val="none"/>
        </w:rPr>
        <w:t xml:space="preserve"> what </w:t>
      </w:r>
      <w:r>
        <w:rPr>
          <w:b w:val="0"/>
          <w:i w:val="0"/>
          <w:smallCaps w:val="0"/>
          <w:strike w:val="0"/>
          <w:sz w:val="22"/>
          <w:u w:val="single"/>
        </w:rPr>
        <w:t>Karl Marx</w:t>
      </w:r>
      <w:r>
        <w:rPr>
          <w:b w:val="0"/>
          <w:i w:val="0"/>
          <w:smallCaps w:val="0"/>
          <w:strike w:val="0"/>
          <w:sz w:val="16"/>
          <w:u w:val="none"/>
        </w:rPr>
        <w:t xml:space="preserve"> called our species-being. </w:t>
      </w:r>
      <w:r>
        <w:rPr>
          <w:b w:val="0"/>
          <w:i w:val="0"/>
          <w:smallCaps w:val="0"/>
          <w:strike w:val="0"/>
          <w:sz w:val="22"/>
          <w:u w:val="single"/>
        </w:rPr>
        <w:t>They refuse to become</w:t>
      </w:r>
      <w:r>
        <w:rPr>
          <w:b w:val="0"/>
          <w:i w:val="0"/>
          <w:smallCaps w:val="0"/>
          <w:strike w:val="0"/>
          <w:sz w:val="16"/>
          <w:u w:val="none"/>
        </w:rPr>
        <w:t xml:space="preserve"> </w:t>
      </w:r>
      <w:r>
        <w:rPr>
          <w:b/>
          <w:i w:val="0"/>
          <w:smallCaps w:val="0"/>
          <w:strike w:val="0"/>
          <w:sz w:val="22"/>
          <w:u w:val="single"/>
        </w:rPr>
        <w:t>world citizens</w:t>
      </w:r>
      <w:r>
        <w:rPr>
          <w:b w:val="0"/>
          <w:i w:val="0"/>
          <w:smallCaps w:val="0"/>
          <w:strike w:val="0"/>
          <w:sz w:val="16"/>
          <w:u w:val="none"/>
        </w:rPr>
        <w:t xml:space="preserve"> </w:t>
      </w:r>
      <w:r>
        <w:rPr>
          <w:b w:val="0"/>
          <w:i w:val="0"/>
          <w:smallCaps w:val="0"/>
          <w:strike w:val="0"/>
          <w:sz w:val="22"/>
          <w:u w:val="single"/>
        </w:rPr>
        <w:t>in any real sense of this word. They cling to their</w:t>
      </w:r>
      <w:r>
        <w:rPr>
          <w:b w:val="0"/>
          <w:i w:val="0"/>
          <w:smallCaps w:val="0"/>
          <w:strike w:val="0"/>
          <w:sz w:val="16"/>
          <w:u w:val="none"/>
        </w:rPr>
        <w:t xml:space="preserve"> </w:t>
      </w:r>
      <w:r>
        <w:rPr>
          <w:b/>
          <w:i w:val="0"/>
          <w:smallCaps w:val="0"/>
          <w:strike w:val="0"/>
          <w:sz w:val="22"/>
          <w:u w:val="single"/>
        </w:rPr>
        <w:t>sovereign borders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delude themselves</w:t>
      </w:r>
      <w:r>
        <w:rPr>
          <w:b w:val="0"/>
          <w:i w:val="0"/>
          <w:smallCaps w:val="0"/>
          <w:strike w:val="0"/>
          <w:sz w:val="16"/>
          <w:u w:val="none"/>
        </w:rPr>
        <w:t xml:space="preserve"> </w:t>
      </w:r>
      <w:r>
        <w:rPr>
          <w:b w:val="0"/>
          <w:i w:val="0"/>
          <w:smallCaps w:val="0"/>
          <w:strike w:val="0"/>
          <w:sz w:val="22"/>
          <w:u w:val="single"/>
        </w:rPr>
        <w:t xml:space="preserve">that somehow </w:t>
      </w:r>
      <w:r>
        <w:rPr>
          <w:b/>
          <w:i w:val="0"/>
          <w:smallCaps w:val="0"/>
          <w:strike w:val="0"/>
          <w:sz w:val="22"/>
          <w:u w:val="single"/>
        </w:rPr>
        <w:t>extinction can be avoided</w:t>
      </w:r>
      <w:r>
        <w:rPr>
          <w:b w:val="0"/>
          <w:i w:val="0"/>
          <w:smallCaps w:val="0"/>
          <w:strike w:val="0"/>
          <w:sz w:val="16"/>
          <w:u w:val="none"/>
        </w:rPr>
        <w:t xml:space="preserve"> </w:t>
      </w:r>
      <w:r>
        <w:rPr>
          <w:b w:val="0"/>
          <w:i w:val="0"/>
          <w:smallCaps w:val="0"/>
          <w:strike w:val="0"/>
          <w:sz w:val="22"/>
          <w:u w:val="single"/>
        </w:rPr>
        <w:t xml:space="preserve">if the peoples of some 193 different, </w:t>
      </w:r>
      <w:r>
        <w:rPr>
          <w:b/>
          <w:i w:val="0"/>
          <w:smallCaps w:val="0"/>
          <w:strike w:val="0"/>
          <w:sz w:val="22"/>
          <w:u w:val="single"/>
        </w:rPr>
        <w:t>militarized</w:t>
      </w:r>
      <w:r>
        <w:rPr>
          <w:b w:val="0"/>
          <w:i w:val="0"/>
          <w:smallCaps w:val="0"/>
          <w:strike w:val="0"/>
          <w:sz w:val="22"/>
          <w:u w:val="single"/>
        </w:rPr>
        <w:t xml:space="preserve"> sovereign nations all care about the </w:t>
      </w:r>
      <w:r>
        <w:rPr>
          <w:b/>
          <w:i w:val="0"/>
          <w:smallCaps w:val="0"/>
          <w:strike w:val="0"/>
          <w:sz w:val="22"/>
          <w:u w:val="single"/>
        </w:rPr>
        <w:t>environment</w:t>
      </w:r>
      <w:r>
        <w:rPr>
          <w:b w:val="0"/>
          <w:i w:val="0"/>
          <w:smallCaps w:val="0"/>
          <w:strike w:val="0"/>
          <w:sz w:val="22"/>
          <w:u w:val="single"/>
        </w:rPr>
        <w:t xml:space="preserve">, </w:t>
      </w:r>
      <w:r>
        <w:rPr>
          <w:b/>
          <w:i w:val="0"/>
          <w:smallCaps w:val="0"/>
          <w:strike w:val="0"/>
          <w:sz w:val="22"/>
          <w:u w:val="single"/>
        </w:rPr>
        <w:t>recycle</w:t>
      </w:r>
      <w:r>
        <w:rPr>
          <w:b w:val="0"/>
          <w:i w:val="0"/>
          <w:smallCaps w:val="0"/>
          <w:strike w:val="0"/>
          <w:sz w:val="22"/>
          <w:u w:val="single"/>
        </w:rPr>
        <w:t>, and “</w:t>
      </w:r>
      <w:r>
        <w:rPr>
          <w:b/>
          <w:i w:val="0"/>
          <w:smallCaps w:val="0"/>
          <w:strike w:val="0"/>
          <w:sz w:val="22"/>
          <w:u w:val="single"/>
        </w:rPr>
        <w:t>dispose</w:t>
      </w:r>
      <w:r>
        <w:rPr>
          <w:b w:val="0"/>
          <w:i w:val="0"/>
          <w:smallCaps w:val="0"/>
          <w:strike w:val="0"/>
          <w:sz w:val="22"/>
          <w:u w:val="single"/>
        </w:rPr>
        <w:t>” of the trash properly</w:t>
      </w:r>
      <w:r>
        <w:rPr>
          <w:b w:val="0"/>
          <w:i w:val="0"/>
          <w:smallCaps w:val="0"/>
          <w:strike w:val="0"/>
          <w:sz w:val="16"/>
          <w:u w:val="none"/>
        </w:rPr>
        <w:t xml:space="preserve">. Rather than living in what I call a “boundary-less world,” </w:t>
      </w:r>
      <w:r>
        <w:rPr>
          <w:b w:val="0"/>
          <w:i w:val="0"/>
          <w:smallCaps w:val="0"/>
          <w:strike w:val="0"/>
          <w:sz w:val="22"/>
          <w:u w:val="single"/>
        </w:rPr>
        <w:t>they insist on their</w:t>
      </w:r>
      <w:r>
        <w:rPr>
          <w:b w:val="0"/>
          <w:i w:val="0"/>
          <w:smallCaps w:val="0"/>
          <w:strike w:val="0"/>
          <w:sz w:val="16"/>
          <w:u w:val="none"/>
        </w:rPr>
        <w:t xml:space="preserve"> </w:t>
      </w:r>
      <w:r>
        <w:rPr>
          <w:b/>
          <w:i w:val="0"/>
          <w:smallCaps w:val="0"/>
          <w:strike w:val="0"/>
          <w:sz w:val="22"/>
          <w:u w:val="single"/>
        </w:rPr>
        <w:t>puerile boundaries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identities</w:t>
      </w:r>
      <w:r>
        <w:rPr>
          <w:b w:val="0"/>
          <w:i w:val="0"/>
          <w:smallCaps w:val="0"/>
          <w:strike w:val="0"/>
          <w:sz w:val="22"/>
          <w:u w:val="single"/>
        </w:rPr>
        <w:t>, even as this exacerbates the rush to</w:t>
      </w:r>
      <w:r>
        <w:rPr>
          <w:b w:val="0"/>
          <w:i w:val="0"/>
          <w:smallCaps w:val="0"/>
          <w:strike w:val="0"/>
          <w:sz w:val="16"/>
          <w:u w:val="none"/>
        </w:rPr>
        <w:t xml:space="preserve"> </w:t>
      </w:r>
      <w:r>
        <w:rPr>
          <w:b/>
          <w:i w:val="0"/>
          <w:smallCaps w:val="0"/>
          <w:strike w:val="0"/>
          <w:sz w:val="22"/>
          <w:u w:val="single"/>
        </w:rPr>
        <w:t>total climate collapse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human extinction</w:t>
      </w:r>
      <w:r>
        <w:rPr>
          <w:b w:val="0"/>
          <w:i w:val="0"/>
          <w:smallCaps w:val="0"/>
          <w:strike w:val="0"/>
          <w:sz w:val="16"/>
          <w:u w:val="none"/>
        </w:rPr>
        <w:t xml:space="preserve">. </w:t>
      </w:r>
      <w:r>
        <w:rPr>
          <w:b w:val="0"/>
          <w:i w:val="0"/>
          <w:smallCaps w:val="0"/>
          <w:strike w:val="0"/>
          <w:sz w:val="22"/>
          <w:u w:val="single"/>
        </w:rPr>
        <w:t xml:space="preserve">To cling to a tiny, </w:t>
      </w:r>
      <w:r>
        <w:rPr>
          <w:b/>
          <w:i w:val="0"/>
          <w:smallCaps w:val="0"/>
          <w:strike w:val="0"/>
          <w:sz w:val="22"/>
          <w:u w:val="single"/>
        </w:rPr>
        <w:t>exclusive identity</w:t>
      </w:r>
      <w:r>
        <w:rPr>
          <w:b w:val="0"/>
          <w:i w:val="0"/>
          <w:smallCaps w:val="0"/>
          <w:strike w:val="0"/>
          <w:sz w:val="16"/>
          <w:u w:val="none"/>
        </w:rPr>
        <w:t xml:space="preserve"> </w:t>
      </w:r>
      <w:r>
        <w:rPr>
          <w:b w:val="0"/>
          <w:i w:val="0"/>
          <w:smallCaps w:val="0"/>
          <w:strike w:val="0"/>
          <w:sz w:val="22"/>
          <w:u w:val="single"/>
        </w:rPr>
        <w:t xml:space="preserve">that </w:t>
      </w:r>
      <w:r>
        <w:rPr>
          <w:b/>
          <w:i w:val="0"/>
          <w:smallCaps w:val="0"/>
          <w:strike w:val="0"/>
          <w:sz w:val="22"/>
          <w:u w:val="single"/>
        </w:rPr>
        <w:t>divides one from others</w:t>
      </w:r>
      <w:r>
        <w:rPr>
          <w:b w:val="0"/>
          <w:i w:val="0"/>
          <w:smallCaps w:val="0"/>
          <w:strike w:val="0"/>
          <w:sz w:val="16"/>
          <w:u w:val="none"/>
        </w:rPr>
        <w:t xml:space="preserve"> </w:t>
      </w:r>
      <w:r>
        <w:rPr>
          <w:b w:val="0"/>
          <w:i w:val="0"/>
          <w:smallCaps w:val="0"/>
          <w:strike w:val="0"/>
          <w:sz w:val="22"/>
          <w:u w:val="single"/>
        </w:rPr>
        <w:t xml:space="preserve">who are “not me” becomes more important than the </w:t>
      </w:r>
      <w:r>
        <w:rPr>
          <w:b/>
          <w:i w:val="0"/>
          <w:smallCaps w:val="0"/>
          <w:strike w:val="0"/>
          <w:sz w:val="22"/>
          <w:u w:val="single"/>
        </w:rPr>
        <w:t>survival of the human race</w:t>
      </w:r>
      <w:r>
        <w:rPr>
          <w:b w:val="0"/>
          <w:i w:val="0"/>
          <w:smallCaps w:val="0"/>
          <w:strike w:val="0"/>
          <w:sz w:val="16"/>
          <w:u w:val="none"/>
        </w:rPr>
        <w:t>.</w:t>
      </w:r>
    </w:p>
    <w:p>
      <w:pPr>
        <w:spacing w:after="60"/>
      </w:pPr>
      <w:r>
        <w:rPr>
          <w:b w:val="0"/>
          <w:i w:val="0"/>
          <w:smallCaps w:val="0"/>
          <w:strike w:val="0"/>
          <w:sz w:val="16"/>
          <w:u w:val="none"/>
        </w:rPr>
        <w:t>MASS MEDIA A MAIN SOURCE FOR IMMATURE IDEOLOGIES</w:t>
      </w:r>
    </w:p>
    <w:p>
      <w:pPr>
        <w:spacing w:after="60"/>
      </w:pPr>
      <w:r>
        <w:rPr>
          <w:b w:val="0"/>
          <w:i w:val="0"/>
          <w:smallCaps w:val="0"/>
          <w:strike w:val="0"/>
          <w:sz w:val="16"/>
          <w:u w:val="none"/>
        </w:rPr>
        <w:t>It has often been pointed out that the mass media keep ordinary people distracted, immature, and unable to think clearly. The mass media are designed for this purpose. For more sophisticated ordinary people, there are sources like the New York Times, Wall Street Journal, and Washington Post, which frame the immature ideologies in a more erudite manner to satisfy the egoism of the “educated” middle classes. But the entire world system is immature and structurally inculcates immaturity into the peoples of Earth.</w:t>
      </w:r>
    </w:p>
    <w:p>
      <w:pPr>
        <w:spacing w:after="60"/>
      </w:pPr>
      <w:r>
        <w:rPr>
          <w:b w:val="0"/>
          <w:i w:val="0"/>
          <w:smallCaps w:val="0"/>
          <w:strike w:val="0"/>
          <w:sz w:val="16"/>
          <w:u w:val="none"/>
        </w:rPr>
        <w:t>MISGUIDED LOYALTIES TO OUTDATED SYSTEMS</w:t>
      </w:r>
    </w:p>
    <w:p>
      <w:pPr>
        <w:spacing w:after="60"/>
      </w:pPr>
      <w:r>
        <w:rPr>
          <w:b w:val="0"/>
          <w:i w:val="0"/>
          <w:smallCaps w:val="0"/>
          <w:strike w:val="0"/>
          <w:sz w:val="22"/>
          <w:u w:val="single"/>
        </w:rPr>
        <w:t>The system of sovereign nation-states is nearly four centuries old</w:t>
      </w:r>
      <w:r>
        <w:rPr>
          <w:b w:val="0"/>
          <w:i w:val="0"/>
          <w:smallCaps w:val="0"/>
          <w:strike w:val="0"/>
          <w:sz w:val="16"/>
          <w:u w:val="none"/>
        </w:rPr>
        <w:t xml:space="preserve">, often said to have begun formally at the Peace of Westphalia in 1648, developed at a time when people were riding horses and fighting with swords. </w:t>
      </w:r>
      <w:r>
        <w:rPr>
          <w:b w:val="0"/>
          <w:i w:val="0"/>
          <w:smallCaps w:val="0"/>
          <w:strike w:val="0"/>
          <w:sz w:val="22"/>
          <w:u w:val="single"/>
        </w:rPr>
        <w:t>The system of capitalism is just as old, developed at a time when the Earth seemed to have</w:t>
      </w:r>
      <w:r>
        <w:rPr>
          <w:b w:val="0"/>
          <w:i w:val="0"/>
          <w:smallCaps w:val="0"/>
          <w:strike w:val="0"/>
          <w:sz w:val="16"/>
          <w:u w:val="none"/>
        </w:rPr>
        <w:t xml:space="preserve"> </w:t>
      </w:r>
      <w:r>
        <w:rPr>
          <w:b/>
          <w:i w:val="0"/>
          <w:smallCaps w:val="0"/>
          <w:strike w:val="0"/>
          <w:sz w:val="22"/>
          <w:u w:val="single"/>
        </w:rPr>
        <w:t>inexhaustible resources</w:t>
      </w:r>
      <w:r>
        <w:rPr>
          <w:b w:val="0"/>
          <w:i w:val="0"/>
          <w:smallCaps w:val="0"/>
          <w:strike w:val="0"/>
          <w:sz w:val="16"/>
          <w:u w:val="none"/>
        </w:rPr>
        <w:t xml:space="preserve">, </w:t>
      </w:r>
      <w:r>
        <w:rPr>
          <w:b w:val="0"/>
          <w:i w:val="0"/>
          <w:smallCaps w:val="0"/>
          <w:strike w:val="0"/>
          <w:sz w:val="22"/>
          <w:u w:val="single"/>
        </w:rPr>
        <w:t>was able to receive</w:t>
      </w:r>
      <w:r>
        <w:rPr>
          <w:b w:val="0"/>
          <w:i w:val="0"/>
          <w:smallCaps w:val="0"/>
          <w:strike w:val="0"/>
          <w:sz w:val="16"/>
          <w:u w:val="none"/>
        </w:rPr>
        <w:t xml:space="preserve"> </w:t>
      </w:r>
      <w:r>
        <w:rPr>
          <w:b/>
          <w:i w:val="0"/>
          <w:smallCaps w:val="0"/>
          <w:strike w:val="0"/>
          <w:sz w:val="22"/>
          <w:u w:val="single"/>
        </w:rPr>
        <w:t>unlimited wastes</w:t>
      </w:r>
      <w:r>
        <w:rPr>
          <w:b w:val="0"/>
          <w:i w:val="0"/>
          <w:smallCaps w:val="0"/>
          <w:strike w:val="0"/>
          <w:sz w:val="16"/>
          <w:u w:val="none"/>
        </w:rPr>
        <w:t xml:space="preserve"> </w:t>
      </w:r>
      <w:r>
        <w:rPr>
          <w:b w:val="0"/>
          <w:i w:val="0"/>
          <w:smallCaps w:val="0"/>
          <w:strike w:val="0"/>
          <w:sz w:val="22"/>
          <w:u w:val="single"/>
        </w:rPr>
        <w:t>from human industries</w:t>
      </w:r>
      <w:r>
        <w:rPr>
          <w:b w:val="0"/>
          <w:i w:val="0"/>
          <w:smallCaps w:val="0"/>
          <w:strike w:val="0"/>
          <w:sz w:val="16"/>
          <w:u w:val="none"/>
        </w:rPr>
        <w:t xml:space="preserve">, and the population of the world was a fraction of what it is today. </w:t>
      </w:r>
      <w:r>
        <w:rPr>
          <w:b w:val="0"/>
          <w:i w:val="0"/>
          <w:smallCaps w:val="0"/>
          <w:strike w:val="0"/>
          <w:sz w:val="22"/>
          <w:u w:val="single"/>
        </w:rPr>
        <w:t xml:space="preserve">These systems </w:t>
      </w:r>
      <w:r>
        <w:rPr>
          <w:b/>
          <w:i w:val="0"/>
          <w:smallCaps w:val="0"/>
          <w:strike w:val="0"/>
          <w:sz w:val="22"/>
          <w:u w:val="single"/>
        </w:rPr>
        <w:t>structurally condition people</w:t>
      </w:r>
      <w:r>
        <w:rPr>
          <w:b w:val="0"/>
          <w:i w:val="0"/>
          <w:smallCaps w:val="0"/>
          <w:strike w:val="0"/>
          <w:sz w:val="16"/>
          <w:u w:val="none"/>
        </w:rPr>
        <w:t xml:space="preserve"> </w:t>
      </w:r>
      <w:r>
        <w:rPr>
          <w:b w:val="0"/>
          <w:i w:val="0"/>
          <w:smallCaps w:val="0"/>
          <w:strike w:val="0"/>
          <w:sz w:val="22"/>
          <w:u w:val="single"/>
        </w:rPr>
        <w:t xml:space="preserve">into </w:t>
      </w:r>
      <w:r>
        <w:rPr>
          <w:b/>
          <w:i w:val="0"/>
          <w:smallCaps w:val="0"/>
          <w:strike w:val="0"/>
          <w:sz w:val="22"/>
          <w:u w:val="single"/>
        </w:rPr>
        <w:t>loyalty</w:t>
      </w:r>
      <w:r>
        <w:rPr>
          <w:b w:val="0"/>
          <w:i w:val="0"/>
          <w:smallCaps w:val="0"/>
          <w:strike w:val="0"/>
          <w:sz w:val="16"/>
          <w:u w:val="none"/>
        </w:rPr>
        <w:t xml:space="preserve"> </w:t>
      </w:r>
      <w:r>
        <w:rPr>
          <w:b w:val="0"/>
          <w:i w:val="0"/>
          <w:smallCaps w:val="0"/>
          <w:strike w:val="0"/>
          <w:sz w:val="22"/>
          <w:u w:val="single"/>
        </w:rPr>
        <w:t xml:space="preserve">to their puerile </w:t>
      </w:r>
      <w:r>
        <w:rPr>
          <w:b/>
          <w:i w:val="0"/>
          <w:smallCaps w:val="0"/>
          <w:strike w:val="0"/>
          <w:sz w:val="22"/>
          <w:u w:val="single"/>
        </w:rPr>
        <w:t>national identities</w:t>
      </w:r>
      <w:r>
        <w:rPr>
          <w:b w:val="0"/>
          <w:i w:val="0"/>
          <w:smallCaps w:val="0"/>
          <w:strike w:val="0"/>
          <w:sz w:val="16"/>
          <w:u w:val="none"/>
        </w:rPr>
        <w:t xml:space="preserve"> </w:t>
      </w:r>
      <w:r>
        <w:rPr>
          <w:b w:val="0"/>
          <w:i w:val="0"/>
          <w:smallCaps w:val="0"/>
          <w:strike w:val="0"/>
          <w:sz w:val="22"/>
          <w:u w:val="single"/>
        </w:rPr>
        <w:t>and into a</w:t>
      </w:r>
      <w:r>
        <w:rPr>
          <w:b w:val="0"/>
          <w:i w:val="0"/>
          <w:smallCaps w:val="0"/>
          <w:strike w:val="0"/>
          <w:sz w:val="16"/>
          <w:u w:val="none"/>
        </w:rPr>
        <w:t xml:space="preserve"> </w:t>
      </w:r>
      <w:r>
        <w:rPr>
          <w:b/>
          <w:i w:val="0"/>
          <w:smallCaps w:val="0"/>
          <w:strike w:val="0"/>
          <w:sz w:val="22"/>
          <w:u w:val="single"/>
        </w:rPr>
        <w:t>capitalism</w:t>
      </w:r>
      <w:r>
        <w:rPr>
          <w:b w:val="0"/>
          <w:i w:val="0"/>
          <w:smallCaps w:val="0"/>
          <w:strike w:val="0"/>
          <w:sz w:val="16"/>
          <w:u w:val="none"/>
        </w:rPr>
        <w:t xml:space="preserve"> </w:t>
      </w:r>
      <w:r>
        <w:rPr>
          <w:b w:val="0"/>
          <w:i w:val="0"/>
          <w:smallCaps w:val="0"/>
          <w:strike w:val="0"/>
          <w:sz w:val="22"/>
          <w:u w:val="single"/>
        </w:rPr>
        <w:t xml:space="preserve">that has no concern for the </w:t>
      </w:r>
      <w:r>
        <w:rPr>
          <w:b/>
          <w:i w:val="0"/>
          <w:smallCaps w:val="0"/>
          <w:strike w:val="0"/>
          <w:sz w:val="22"/>
          <w:u w:val="single"/>
        </w:rPr>
        <w:t>environment</w:t>
      </w:r>
      <w:r>
        <w:rPr>
          <w:b w:val="0"/>
          <w:i w:val="0"/>
          <w:smallCaps w:val="0"/>
          <w:strike w:val="0"/>
          <w:sz w:val="16"/>
          <w:u w:val="none"/>
        </w:rPr>
        <w:t xml:space="preserve"> </w:t>
      </w:r>
      <w:r>
        <w:rPr>
          <w:b w:val="0"/>
          <w:i w:val="0"/>
          <w:smallCaps w:val="0"/>
          <w:strike w:val="0"/>
          <w:sz w:val="22"/>
          <w:u w:val="single"/>
        </w:rPr>
        <w:t>or</w:t>
      </w:r>
      <w:r>
        <w:rPr>
          <w:b w:val="0"/>
          <w:i w:val="0"/>
          <w:smallCaps w:val="0"/>
          <w:strike w:val="0"/>
          <w:sz w:val="16"/>
          <w:u w:val="none"/>
        </w:rPr>
        <w:t xml:space="preserve"> </w:t>
      </w:r>
      <w:r>
        <w:rPr>
          <w:b/>
          <w:i w:val="0"/>
          <w:smallCaps w:val="0"/>
          <w:strike w:val="0"/>
          <w:sz w:val="22"/>
          <w:u w:val="single"/>
        </w:rPr>
        <w:t>human dignity</w:t>
      </w:r>
      <w:r>
        <w:rPr>
          <w:b w:val="0"/>
          <w:i w:val="0"/>
          <w:smallCaps w:val="0"/>
          <w:strike w:val="0"/>
          <w:sz w:val="22"/>
          <w:u w:val="single"/>
        </w:rPr>
        <w:t>, but only for egoistically pursued</w:t>
      </w:r>
      <w:r>
        <w:rPr>
          <w:b w:val="0"/>
          <w:i w:val="0"/>
          <w:smallCaps w:val="0"/>
          <w:strike w:val="0"/>
          <w:sz w:val="16"/>
          <w:u w:val="none"/>
        </w:rPr>
        <w:t xml:space="preserve"> </w:t>
      </w:r>
      <w:r>
        <w:rPr>
          <w:b/>
          <w:i w:val="0"/>
          <w:smallCaps w:val="0"/>
          <w:strike w:val="0"/>
          <w:sz w:val="22"/>
          <w:u w:val="single"/>
        </w:rPr>
        <w:t>private profit</w:t>
      </w:r>
      <w:r>
        <w:rPr>
          <w:b w:val="0"/>
          <w:i w:val="0"/>
          <w:smallCaps w:val="0"/>
          <w:strike w:val="0"/>
          <w:sz w:val="22"/>
          <w:u w:val="single"/>
        </w:rPr>
        <w:t xml:space="preserve">. “Freedom” becomes promoting egoistic self-interest regardless of the social or </w:t>
      </w:r>
      <w:r>
        <w:rPr>
          <w:b/>
          <w:i w:val="0"/>
          <w:smallCaps w:val="0"/>
          <w:strike w:val="0"/>
          <w:sz w:val="22"/>
          <w:u w:val="single"/>
        </w:rPr>
        <w:t>environmental consequences</w:t>
      </w:r>
      <w:r>
        <w:rPr>
          <w:b w:val="0"/>
          <w:i w:val="0"/>
          <w:smallCaps w:val="0"/>
          <w:strike w:val="0"/>
          <w:sz w:val="16"/>
          <w:u w:val="none"/>
        </w:rPr>
        <w:t>.</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