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alternative is to </w:t>
      </w:r>
      <w:r>
        <w:rPr>
          <w:b/>
          <w:i w:val="0"/>
          <w:smallCaps w:val="0"/>
          <w:strike w:val="0"/>
          <w:sz w:val="26"/>
          <w:u w:val="single"/>
        </w:rPr>
        <w:t>reject the plan</w:t>
      </w:r>
      <w:r>
        <w:rPr>
          <w:b/>
          <w:i w:val="0"/>
          <w:smallCaps w:val="0"/>
          <w:strike w:val="0"/>
          <w:sz w:val="26"/>
          <w:u w:val="none"/>
        </w:rPr>
        <w:t xml:space="preserve"> in favor of commitment to </w:t>
      </w:r>
      <w:r>
        <w:rPr>
          <w:b/>
          <w:i w:val="0"/>
          <w:smallCaps w:val="0"/>
          <w:strike w:val="0"/>
          <w:sz w:val="26"/>
          <w:u w:val="single"/>
        </w:rPr>
        <w:t>organizing</w:t>
      </w:r>
      <w:r>
        <w:rPr>
          <w:b/>
          <w:i w:val="0"/>
          <w:smallCaps w:val="0"/>
          <w:strike w:val="0"/>
          <w:sz w:val="26"/>
          <w:u w:val="none"/>
        </w:rPr>
        <w:t xml:space="preserve"> anti-capitalist </w:t>
      </w:r>
      <w:r>
        <w:rPr>
          <w:b/>
          <w:i w:val="0"/>
          <w:smallCaps w:val="0"/>
          <w:strike w:val="0"/>
          <w:sz w:val="26"/>
          <w:u w:val="single"/>
        </w:rPr>
        <w:t>international revolution</w:t>
      </w:r>
      <w:r>
        <w:rPr>
          <w:b/>
          <w:i w:val="0"/>
          <w:smallCaps w:val="0"/>
          <w:strike w:val="0"/>
          <w:sz w:val="26"/>
          <w:u w:val="none"/>
        </w:rPr>
        <w:t>.</w:t>
      </w:r>
    </w:p>
    <w:p>
      <w:pPr>
        <w:spacing w:after="80"/>
      </w:pPr>
      <w:r>
        <w:rPr>
          <w:b/>
          <w:i w:val="0"/>
          <w:smallCaps w:val="0"/>
          <w:strike w:val="0"/>
          <w:sz w:val="26"/>
          <w:u w:val="none"/>
        </w:rPr>
        <w:t xml:space="preserve">Tavan '21 </w:t>
      </w:r>
      <w:r>
        <w:rPr>
          <w:b w:val="0"/>
          <w:i w:val="0"/>
          <w:smallCaps w:val="0"/>
          <w:strike w:val="0"/>
          <w:u w:val="none"/>
        </w:rPr>
        <w:t xml:space="preserve">[Luca; 3/7/21; writer for Red Flag; "Worldwide revolution is possible and necessary," </w:t>
      </w:r>
      <w:r>
        <w:rPr>
          <w:b w:val="0"/>
          <w:i w:val="0"/>
          <w:smallCaps w:val="0"/>
          <w:strike w:val="0"/>
          <w:u w:val="none"/>
        </w:rPr>
        <w:t>]</w:t>
      </w:r>
    </w:p>
    <w:p>
      <w:pPr>
        <w:spacing w:after="60"/>
      </w:pPr>
      <w:r>
        <w:rPr>
          <w:b w:val="0"/>
          <w:i w:val="0"/>
          <w:smallCaps w:val="0"/>
          <w:strike w:val="0"/>
          <w:sz w:val="16"/>
          <w:u w:val="none"/>
        </w:rPr>
        <w:t xml:space="preserve">From the moment </w:t>
      </w:r>
      <w:r>
        <w:rPr>
          <w:b w:val="0"/>
          <w:i w:val="0"/>
          <w:smallCaps w:val="0"/>
          <w:strike w:val="0"/>
          <w:sz w:val="22"/>
          <w:u w:val="single"/>
        </w:rPr>
        <w:t xml:space="preserve">Marx and Engels urged </w:t>
      </w:r>
      <w:r>
        <w:rPr>
          <w:b/>
          <w:i w:val="0"/>
          <w:smallCaps w:val="0"/>
          <w:strike w:val="0"/>
          <w:sz w:val="22"/>
          <w:u w:val="single"/>
        </w:rPr>
        <w:t>workers of the world</w:t>
      </w:r>
      <w:r>
        <w:rPr>
          <w:b w:val="0"/>
          <w:i w:val="0"/>
          <w:smallCaps w:val="0"/>
          <w:strike w:val="0"/>
          <w:sz w:val="22"/>
          <w:u w:val="single"/>
        </w:rPr>
        <w:t xml:space="preserve"> to </w:t>
      </w:r>
      <w:r>
        <w:rPr>
          <w:b/>
          <w:i w:val="0"/>
          <w:smallCaps w:val="0"/>
          <w:strike w:val="0"/>
          <w:sz w:val="22"/>
          <w:u w:val="single"/>
        </w:rPr>
        <w:t>unite</w:t>
      </w:r>
      <w:r>
        <w:rPr>
          <w:b w:val="0"/>
          <w:i w:val="0"/>
          <w:smallCaps w:val="0"/>
          <w:strike w:val="0"/>
          <w:sz w:val="22"/>
          <w:u w:val="single"/>
        </w:rPr>
        <w:t xml:space="preserve"> at the climax of the Communist Manifesto, the goal</w:t>
      </w:r>
      <w:r>
        <w:rPr>
          <w:b w:val="0"/>
          <w:i w:val="0"/>
          <w:smallCaps w:val="0"/>
          <w:strike w:val="0"/>
          <w:sz w:val="16"/>
          <w:u w:val="none"/>
        </w:rPr>
        <w:t xml:space="preserve"> of </w:t>
      </w:r>
      <w:r>
        <w:rPr>
          <w:b/>
          <w:i w:val="0"/>
          <w:smallCaps w:val="0"/>
          <w:strike w:val="0"/>
          <w:sz w:val="22"/>
          <w:u w:val="single"/>
        </w:rPr>
        <w:t>international revolution</w:t>
      </w:r>
      <w:r>
        <w:rPr>
          <w:b w:val="0"/>
          <w:i w:val="0"/>
          <w:smallCaps w:val="0"/>
          <w:strike w:val="0"/>
          <w:sz w:val="16"/>
          <w:u w:val="none"/>
        </w:rPr>
        <w:t xml:space="preserve"> has been at the core of Marxist politics. </w:t>
      </w:r>
    </w:p>
    <w:p>
      <w:pPr>
        <w:spacing w:after="60"/>
      </w:pPr>
      <w:r>
        <w:rPr>
          <w:b w:val="0"/>
          <w:i w:val="0"/>
          <w:smallCaps w:val="0"/>
          <w:strike w:val="0"/>
          <w:sz w:val="22"/>
          <w:u w:val="single"/>
        </w:rPr>
        <w:t xml:space="preserve">International revolution isn’t just a romantic dream, but an </w:t>
      </w:r>
      <w:r>
        <w:rPr>
          <w:b/>
          <w:i w:val="0"/>
          <w:smallCaps w:val="0"/>
          <w:strike w:val="0"/>
          <w:sz w:val="22"/>
          <w:u w:val="single"/>
        </w:rPr>
        <w:t>urgent necessity</w:t>
      </w:r>
      <w:r>
        <w:rPr>
          <w:b w:val="0"/>
          <w:i w:val="0"/>
          <w:smallCaps w:val="0"/>
          <w:strike w:val="0"/>
          <w:sz w:val="22"/>
          <w:u w:val="single"/>
        </w:rPr>
        <w:t xml:space="preserve">. It’s the </w:t>
      </w:r>
      <w:r>
        <w:rPr>
          <w:b/>
          <w:i w:val="0"/>
          <w:smallCaps w:val="0"/>
          <w:strike w:val="0"/>
          <w:sz w:val="22"/>
          <w:u w:val="single"/>
        </w:rPr>
        <w:t>only means</w:t>
      </w:r>
      <w:r>
        <w:rPr>
          <w:b w:val="0"/>
          <w:i w:val="0"/>
          <w:smallCaps w:val="0"/>
          <w:strike w:val="0"/>
          <w:sz w:val="22"/>
          <w:u w:val="single"/>
        </w:rPr>
        <w:t xml:space="preserve"> by which </w:t>
      </w:r>
      <w:r>
        <w:rPr>
          <w:b/>
          <w:i w:val="0"/>
          <w:smallCaps w:val="0"/>
          <w:strike w:val="0"/>
          <w:sz w:val="22"/>
          <w:u w:val="single"/>
        </w:rPr>
        <w:t>capitalism</w:t>
      </w:r>
      <w:r>
        <w:rPr>
          <w:b w:val="0"/>
          <w:i w:val="0"/>
          <w:smallCaps w:val="0"/>
          <w:strike w:val="0"/>
          <w:sz w:val="22"/>
          <w:u w:val="single"/>
        </w:rPr>
        <w:t xml:space="preserve"> can be </w:t>
      </w:r>
      <w:r>
        <w:rPr>
          <w:b/>
          <w:i w:val="0"/>
          <w:smallCaps w:val="0"/>
          <w:strike w:val="0"/>
          <w:sz w:val="22"/>
          <w:u w:val="single"/>
        </w:rPr>
        <w:t>permanently uprooted</w:t>
      </w:r>
      <w:r>
        <w:rPr>
          <w:b w:val="0"/>
          <w:i w:val="0"/>
          <w:smallCaps w:val="0"/>
          <w:strike w:val="0"/>
          <w:sz w:val="22"/>
          <w:u w:val="single"/>
        </w:rPr>
        <w:t xml:space="preserve"> and </w:t>
      </w:r>
      <w:r>
        <w:rPr>
          <w:b/>
          <w:i w:val="0"/>
          <w:smallCaps w:val="0"/>
          <w:strike w:val="0"/>
          <w:sz w:val="22"/>
          <w:u w:val="single"/>
        </w:rPr>
        <w:t>replaced</w:t>
      </w:r>
      <w:r>
        <w:rPr>
          <w:b w:val="0"/>
          <w:i w:val="0"/>
          <w:smallCaps w:val="0"/>
          <w:strike w:val="0"/>
          <w:sz w:val="22"/>
          <w:u w:val="single"/>
        </w:rPr>
        <w:t xml:space="preserve"> with socialism. This is because capitalism, unlike previous class societies, is a </w:t>
      </w:r>
      <w:r>
        <w:rPr>
          <w:b/>
          <w:i w:val="0"/>
          <w:smallCaps w:val="0"/>
          <w:strike w:val="0"/>
          <w:sz w:val="22"/>
          <w:u w:val="single"/>
        </w:rPr>
        <w:t>globally integrated</w:t>
      </w:r>
      <w:r>
        <w:rPr>
          <w:b w:val="0"/>
          <w:i w:val="0"/>
          <w:smallCaps w:val="0"/>
          <w:strike w:val="0"/>
          <w:sz w:val="22"/>
          <w:u w:val="single"/>
        </w:rPr>
        <w:t xml:space="preserve"> system</w:t>
      </w:r>
      <w:r>
        <w:rPr>
          <w:b w:val="0"/>
          <w:i w:val="0"/>
          <w:smallCaps w:val="0"/>
          <w:strike w:val="0"/>
          <w:sz w:val="16"/>
          <w:u w:val="none"/>
        </w:rPr>
        <w:t xml:space="preserve">. “For the first time in history”, wrote British Marxist Colin Barker of this phenomenon, “capitalism has created a genuinely world society, where all our lives are entwined together in a common history and a common fate”. </w:t>
      </w:r>
    </w:p>
    <w:p>
      <w:pPr>
        <w:spacing w:after="60"/>
      </w:pPr>
      <w:r>
        <w:rPr>
          <w:b w:val="0"/>
          <w:i w:val="0"/>
          <w:smallCaps w:val="0"/>
          <w:strike w:val="0"/>
          <w:sz w:val="22"/>
          <w:u w:val="single"/>
        </w:rPr>
        <w:t xml:space="preserve">Capitalism has linked every nation in a </w:t>
      </w:r>
      <w:r>
        <w:rPr>
          <w:b/>
          <w:i w:val="0"/>
          <w:smallCaps w:val="0"/>
          <w:strike w:val="0"/>
          <w:sz w:val="22"/>
          <w:u w:val="single"/>
        </w:rPr>
        <w:t>global chain of production</w:t>
      </w:r>
      <w:r>
        <w:rPr>
          <w:b w:val="0"/>
          <w:i w:val="0"/>
          <w:smallCaps w:val="0"/>
          <w:strike w:val="0"/>
          <w:sz w:val="16"/>
          <w:u w:val="none"/>
        </w:rPr>
        <w:t xml:space="preserve">. Take your mobile phone for example. It was likely assembled in China, using computer chips manufactured in Taiwan, powered by coal exported from Australia and produced with minerals mined in the Democratic Republic of Congo according to specifications developed in Europe or the United States. </w:t>
      </w:r>
      <w:r>
        <w:rPr>
          <w:b w:val="0"/>
          <w:i w:val="0"/>
          <w:smallCaps w:val="0"/>
          <w:strike w:val="0"/>
          <w:sz w:val="22"/>
          <w:u w:val="single"/>
        </w:rPr>
        <w:t>No single country produces all the things necessary to satisfy its population’s needs, unlike the various forms of society that came before capitalism</w:t>
      </w:r>
      <w:r>
        <w:rPr>
          <w:b w:val="0"/>
          <w:i w:val="0"/>
          <w:smallCaps w:val="0"/>
          <w:strike w:val="0"/>
          <w:sz w:val="16"/>
          <w:u w:val="none"/>
        </w:rPr>
        <w:t xml:space="preserve">, which were mostly self-sufficient and organised around small local economies. </w:t>
      </w:r>
    </w:p>
    <w:p>
      <w:pPr>
        <w:spacing w:after="60"/>
      </w:pPr>
      <w:r>
        <w:rPr>
          <w:b w:val="0"/>
          <w:i w:val="0"/>
          <w:smallCaps w:val="0"/>
          <w:strike w:val="0"/>
          <w:sz w:val="22"/>
          <w:u w:val="single"/>
        </w:rPr>
        <w:t xml:space="preserve">Capitalism was established as a </w:t>
      </w:r>
      <w:r>
        <w:rPr>
          <w:b/>
          <w:i w:val="0"/>
          <w:smallCaps w:val="0"/>
          <w:strike w:val="0"/>
          <w:sz w:val="22"/>
          <w:u w:val="single"/>
        </w:rPr>
        <w:t>world system</w:t>
      </w:r>
      <w:r>
        <w:rPr>
          <w:b w:val="0"/>
          <w:i w:val="0"/>
          <w:smallCaps w:val="0"/>
          <w:strike w:val="0"/>
          <w:sz w:val="22"/>
          <w:u w:val="single"/>
        </w:rPr>
        <w:t xml:space="preserve"> through immense </w:t>
      </w:r>
      <w:r>
        <w:rPr>
          <w:b/>
          <w:i w:val="0"/>
          <w:smallCaps w:val="0"/>
          <w:strike w:val="0"/>
          <w:sz w:val="22"/>
          <w:u w:val="single"/>
        </w:rPr>
        <w:t>robbery</w:t>
      </w:r>
      <w:r>
        <w:rPr>
          <w:b w:val="0"/>
          <w:i w:val="0"/>
          <w:smallCaps w:val="0"/>
          <w:strike w:val="0"/>
          <w:sz w:val="22"/>
          <w:u w:val="single"/>
        </w:rPr>
        <w:t xml:space="preserve"> and </w:t>
      </w:r>
      <w:r>
        <w:rPr>
          <w:b/>
          <w:i w:val="0"/>
          <w:smallCaps w:val="0"/>
          <w:strike w:val="0"/>
          <w:sz w:val="22"/>
          <w:u w:val="single"/>
        </w:rPr>
        <w:t>violence</w:t>
      </w:r>
      <w:r>
        <w:rPr>
          <w:b w:val="0"/>
          <w:i w:val="0"/>
          <w:smallCaps w:val="0"/>
          <w:strike w:val="0"/>
          <w:sz w:val="22"/>
          <w:u w:val="single"/>
        </w:rPr>
        <w:t xml:space="preserve">—from the international </w:t>
      </w:r>
      <w:r>
        <w:rPr>
          <w:b/>
          <w:i w:val="0"/>
          <w:smallCaps w:val="0"/>
          <w:strike w:val="0"/>
          <w:sz w:val="22"/>
          <w:u w:val="single"/>
        </w:rPr>
        <w:t>slave trade</w:t>
      </w:r>
      <w:r>
        <w:rPr>
          <w:b w:val="0"/>
          <w:i w:val="0"/>
          <w:smallCaps w:val="0"/>
          <w:strike w:val="0"/>
          <w:sz w:val="16"/>
          <w:u w:val="none"/>
        </w:rPr>
        <w:t xml:space="preserve">, which fuelled the Industrial Revolution, </w:t>
      </w:r>
      <w:r>
        <w:rPr>
          <w:b w:val="0"/>
          <w:i w:val="0"/>
          <w:smallCaps w:val="0"/>
          <w:strike w:val="0"/>
          <w:sz w:val="22"/>
          <w:u w:val="single"/>
        </w:rPr>
        <w:t>to</w:t>
      </w:r>
      <w:r>
        <w:rPr>
          <w:b w:val="0"/>
          <w:i w:val="0"/>
          <w:smallCaps w:val="0"/>
          <w:strike w:val="0"/>
          <w:sz w:val="16"/>
          <w:u w:val="none"/>
        </w:rPr>
        <w:t xml:space="preserve"> the </w:t>
      </w:r>
      <w:r>
        <w:rPr>
          <w:b w:val="0"/>
          <w:i w:val="0"/>
          <w:smallCaps w:val="0"/>
          <w:strike w:val="0"/>
          <w:sz w:val="22"/>
          <w:u w:val="single"/>
        </w:rPr>
        <w:t xml:space="preserve">murderous </w:t>
      </w:r>
      <w:r>
        <w:rPr>
          <w:b/>
          <w:i w:val="0"/>
          <w:smallCaps w:val="0"/>
          <w:strike w:val="0"/>
          <w:sz w:val="22"/>
          <w:u w:val="single"/>
        </w:rPr>
        <w:t>colonisation</w:t>
      </w:r>
      <w:r>
        <w:rPr>
          <w:b w:val="0"/>
          <w:i w:val="0"/>
          <w:smallCaps w:val="0"/>
          <w:strike w:val="0"/>
          <w:sz w:val="16"/>
          <w:u w:val="none"/>
        </w:rPr>
        <w:t xml:space="preserve"> of what is now Australia. </w:t>
      </w:r>
      <w:r>
        <w:rPr>
          <w:b w:val="0"/>
          <w:i w:val="0"/>
          <w:smallCaps w:val="0"/>
          <w:strike w:val="0"/>
          <w:sz w:val="22"/>
          <w:u w:val="single"/>
        </w:rPr>
        <w:t xml:space="preserve">That same violence is today used by </w:t>
      </w:r>
      <w:r>
        <w:rPr>
          <w:b/>
          <w:i w:val="0"/>
          <w:smallCaps w:val="0"/>
          <w:strike w:val="0"/>
          <w:sz w:val="22"/>
          <w:u w:val="single"/>
        </w:rPr>
        <w:t>states</w:t>
      </w:r>
      <w:r>
        <w:rPr>
          <w:b w:val="0"/>
          <w:i w:val="0"/>
          <w:smallCaps w:val="0"/>
          <w:strike w:val="0"/>
          <w:sz w:val="22"/>
          <w:u w:val="single"/>
        </w:rPr>
        <w:t xml:space="preserve"> to </w:t>
      </w:r>
      <w:r>
        <w:rPr>
          <w:b/>
          <w:i w:val="0"/>
          <w:smallCaps w:val="0"/>
          <w:strike w:val="0"/>
          <w:sz w:val="22"/>
          <w:u w:val="single"/>
        </w:rPr>
        <w:t>defend</w:t>
      </w:r>
      <w:r>
        <w:rPr>
          <w:b w:val="0"/>
          <w:i w:val="0"/>
          <w:smallCaps w:val="0"/>
          <w:strike w:val="0"/>
          <w:sz w:val="22"/>
          <w:u w:val="single"/>
        </w:rPr>
        <w:t xml:space="preserve"> their </w:t>
      </w:r>
      <w:r>
        <w:rPr>
          <w:b/>
          <w:i w:val="0"/>
          <w:smallCaps w:val="0"/>
          <w:strike w:val="0"/>
          <w:sz w:val="22"/>
          <w:u w:val="single"/>
        </w:rPr>
        <w:t>imperialist interests</w:t>
      </w:r>
      <w:r>
        <w:rPr>
          <w:b w:val="0"/>
          <w:i w:val="0"/>
          <w:smallCaps w:val="0"/>
          <w:strike w:val="0"/>
          <w:sz w:val="22"/>
          <w:u w:val="single"/>
        </w:rPr>
        <w:t>, and discipline any movements</w:t>
      </w:r>
      <w:r>
        <w:rPr>
          <w:b w:val="0"/>
          <w:i w:val="0"/>
          <w:smallCaps w:val="0"/>
          <w:strike w:val="0"/>
          <w:sz w:val="16"/>
          <w:u w:val="none"/>
        </w:rPr>
        <w:t xml:space="preserve"> that get in their way. Movements that aspire to national independence or that back left-wing reformist governments have been demolished with the aid of the great capitalist powers countless times in the past century, from the overthrow of the Allende government in Chile in 1973 to the 2019 Bolivian coup.</w:t>
      </w:r>
    </w:p>
    <w:p>
      <w:pPr>
        <w:spacing w:after="60"/>
      </w:pPr>
      <w:r>
        <w:rPr>
          <w:b w:val="0"/>
          <w:i w:val="0"/>
          <w:smallCaps w:val="0"/>
          <w:strike w:val="0"/>
          <w:sz w:val="16"/>
          <w:u w:val="none"/>
        </w:rPr>
        <w:t xml:space="preserve">Revolutionary movements that attempt to overturn the entire capitalist system face a much more severe response. This was confirmed by the defeat of the Russian Revolution. In 1917 workers, radicalised by years of war and economic crisis, overthrew the tsarist regime and eventually took power into their own hands. In response, the capitalist powers of the world united to crush the workers’ state, in alliance with reactionaries who wanted to restore the tsarist regime. </w:t>
      </w:r>
      <w:r>
        <w:rPr>
          <w:b w:val="0"/>
          <w:i w:val="0"/>
          <w:smallCaps w:val="0"/>
          <w:strike w:val="0"/>
          <w:sz w:val="22"/>
          <w:u w:val="single"/>
        </w:rPr>
        <w:t>Unless revolutions can spread internationally and challenge the imperialist powers that have an interest in destroying them, they will be crushed.</w:t>
      </w:r>
    </w:p>
    <w:p>
      <w:pPr>
        <w:spacing w:after="60"/>
      </w:pPr>
      <w:r>
        <w:rPr>
          <w:b w:val="0"/>
          <w:i w:val="0"/>
          <w:smallCaps w:val="0"/>
          <w:strike w:val="0"/>
          <w:sz w:val="16"/>
          <w:u w:val="none"/>
        </w:rPr>
        <w:t xml:space="preserve">A heroic effort by Russian workers and peasants fought off 16 foreign invading armies, but at a great cost. The working class was decimated, the factories were depopulated, and the radical working-class democracy that had been built withered. The </w:t>
      </w:r>
      <w:r>
        <w:rPr>
          <w:b w:val="0"/>
          <w:i w:val="0"/>
          <w:smallCaps w:val="0"/>
          <w:strike w:val="0"/>
          <w:sz w:val="22"/>
          <w:u w:val="single"/>
        </w:rPr>
        <w:t>isolation and poverty imposed on Russia made building socialism an impossibility, and a new Stalinist regime emerged</w:t>
      </w:r>
      <w:r>
        <w:rPr>
          <w:b w:val="0"/>
          <w:i w:val="0"/>
          <w:smallCaps w:val="0"/>
          <w:strike w:val="0"/>
          <w:sz w:val="16"/>
          <w:u w:val="none"/>
        </w:rPr>
        <w:t xml:space="preserve"> that reversed most of the gains of the revolution. </w:t>
      </w:r>
    </w:p>
    <w:p>
      <w:pPr>
        <w:spacing w:after="60"/>
      </w:pPr>
      <w:r>
        <w:rPr>
          <w:b w:val="0"/>
          <w:i w:val="0"/>
          <w:smallCaps w:val="0"/>
          <w:strike w:val="0"/>
          <w:sz w:val="22"/>
          <w:u w:val="single"/>
        </w:rPr>
        <w:t>Because Russian revolutionary socialists</w:t>
      </w:r>
      <w:r>
        <w:rPr>
          <w:b w:val="0"/>
          <w:i w:val="0"/>
          <w:smallCaps w:val="0"/>
          <w:strike w:val="0"/>
          <w:sz w:val="16"/>
          <w:u w:val="none"/>
        </w:rPr>
        <w:t xml:space="preserve"> who pinned their hopes on spreading revolution across the globe </w:t>
      </w:r>
      <w:r>
        <w:rPr>
          <w:b w:val="0"/>
          <w:i w:val="0"/>
          <w:smallCaps w:val="0"/>
          <w:strike w:val="0"/>
          <w:sz w:val="22"/>
          <w:u w:val="single"/>
        </w:rPr>
        <w:t xml:space="preserve">were ultimately defeated, their example is used by defenders of capitalism as a </w:t>
      </w:r>
      <w:r>
        <w:rPr>
          <w:b/>
          <w:i w:val="0"/>
          <w:smallCaps w:val="0"/>
          <w:strike w:val="0"/>
          <w:sz w:val="22"/>
          <w:u w:val="single"/>
        </w:rPr>
        <w:t>cautionary tale</w:t>
      </w:r>
      <w:r>
        <w:rPr>
          <w:b w:val="0"/>
          <w:i w:val="0"/>
          <w:smallCaps w:val="0"/>
          <w:strike w:val="0"/>
          <w:sz w:val="16"/>
          <w:u w:val="none"/>
        </w:rPr>
        <w:t xml:space="preserve"> today: </w:t>
      </w:r>
      <w:r>
        <w:rPr>
          <w:b w:val="0"/>
          <w:i w:val="0"/>
          <w:smallCaps w:val="0"/>
          <w:strike w:val="0"/>
          <w:sz w:val="22"/>
          <w:u w:val="single"/>
        </w:rPr>
        <w:t xml:space="preserve">that a </w:t>
      </w:r>
      <w:r>
        <w:rPr>
          <w:b/>
          <w:i w:val="0"/>
          <w:smallCaps w:val="0"/>
          <w:strike w:val="0"/>
          <w:sz w:val="22"/>
          <w:u w:val="single"/>
        </w:rPr>
        <w:t>worldwide revolution</w:t>
      </w:r>
      <w:r>
        <w:rPr>
          <w:b w:val="0"/>
          <w:i w:val="0"/>
          <w:smallCaps w:val="0"/>
          <w:strike w:val="0"/>
          <w:sz w:val="22"/>
          <w:u w:val="single"/>
        </w:rPr>
        <w:t xml:space="preserve"> against the system is an </w:t>
      </w:r>
      <w:r>
        <w:rPr>
          <w:b/>
          <w:i w:val="0"/>
          <w:smallCaps w:val="0"/>
          <w:strike w:val="0"/>
          <w:sz w:val="22"/>
          <w:u w:val="single"/>
        </w:rPr>
        <w:t>impossible dream</w:t>
      </w:r>
      <w:r>
        <w:rPr>
          <w:b w:val="0"/>
          <w:i w:val="0"/>
          <w:smallCaps w:val="0"/>
          <w:strike w:val="0"/>
          <w:sz w:val="16"/>
          <w:u w:val="none"/>
        </w:rPr>
        <w:t xml:space="preserve">. </w:t>
      </w:r>
    </w:p>
    <w:p>
      <w:pPr>
        <w:spacing w:after="60"/>
      </w:pPr>
      <w:r>
        <w:rPr>
          <w:b w:val="0"/>
          <w:i w:val="0"/>
          <w:smallCaps w:val="0"/>
          <w:strike w:val="0"/>
          <w:sz w:val="22"/>
          <w:u w:val="single"/>
        </w:rPr>
        <w:t xml:space="preserve">But capitalism’s </w:t>
      </w:r>
      <w:r>
        <w:rPr>
          <w:b/>
          <w:i w:val="0"/>
          <w:smallCaps w:val="0"/>
          <w:strike w:val="0"/>
          <w:sz w:val="22"/>
          <w:u w:val="single"/>
        </w:rPr>
        <w:t>global nature</w:t>
      </w:r>
      <w:r>
        <w:rPr>
          <w:b w:val="0"/>
          <w:i w:val="0"/>
          <w:smallCaps w:val="0"/>
          <w:strike w:val="0"/>
          <w:sz w:val="22"/>
          <w:u w:val="single"/>
        </w:rPr>
        <w:t xml:space="preserve"> means that </w:t>
      </w:r>
      <w:r>
        <w:rPr>
          <w:b/>
          <w:i w:val="0"/>
          <w:smallCaps w:val="0"/>
          <w:strike w:val="0"/>
          <w:sz w:val="22"/>
          <w:u w:val="single"/>
        </w:rPr>
        <w:t>revolts tend to spread</w:t>
      </w:r>
      <w:r>
        <w:rPr>
          <w:b w:val="0"/>
          <w:i w:val="0"/>
          <w:smallCaps w:val="0"/>
          <w:strike w:val="0"/>
          <w:sz w:val="22"/>
          <w:u w:val="single"/>
        </w:rPr>
        <w:t xml:space="preserve"> across </w:t>
      </w:r>
      <w:r>
        <w:rPr>
          <w:b/>
          <w:i w:val="0"/>
          <w:smallCaps w:val="0"/>
          <w:strike w:val="0"/>
          <w:sz w:val="22"/>
          <w:u w:val="single"/>
        </w:rPr>
        <w:t>national borders</w:t>
      </w:r>
      <w:r>
        <w:rPr>
          <w:b w:val="0"/>
          <w:i w:val="0"/>
          <w:smallCaps w:val="0"/>
          <w:strike w:val="0"/>
          <w:sz w:val="22"/>
          <w:u w:val="single"/>
        </w:rPr>
        <w:t xml:space="preserve">. Workers today </w:t>
      </w:r>
      <w:r>
        <w:rPr>
          <w:b/>
          <w:i w:val="0"/>
          <w:smallCaps w:val="0"/>
          <w:strike w:val="0"/>
          <w:sz w:val="22"/>
          <w:u w:val="single"/>
        </w:rPr>
        <w:t>share</w:t>
      </w:r>
      <w:r>
        <w:rPr>
          <w:b w:val="0"/>
          <w:i w:val="0"/>
          <w:smallCaps w:val="0"/>
          <w:strike w:val="0"/>
          <w:sz w:val="22"/>
          <w:u w:val="single"/>
        </w:rPr>
        <w:t xml:space="preserve"> increasingly </w:t>
      </w:r>
      <w:r>
        <w:rPr>
          <w:b/>
          <w:i w:val="0"/>
          <w:smallCaps w:val="0"/>
          <w:strike w:val="0"/>
          <w:sz w:val="22"/>
          <w:u w:val="single"/>
        </w:rPr>
        <w:t>similar experiences</w:t>
      </w:r>
      <w:r>
        <w:rPr>
          <w:b w:val="0"/>
          <w:i w:val="0"/>
          <w:smallCaps w:val="0"/>
          <w:strike w:val="0"/>
          <w:sz w:val="22"/>
          <w:u w:val="single"/>
        </w:rPr>
        <w:t xml:space="preserve">: conditions of </w:t>
      </w:r>
      <w:r>
        <w:rPr>
          <w:b/>
          <w:i w:val="0"/>
          <w:smallCaps w:val="0"/>
          <w:strike w:val="0"/>
          <w:sz w:val="22"/>
          <w:u w:val="single"/>
        </w:rPr>
        <w:t>work</w:t>
      </w:r>
      <w:r>
        <w:rPr>
          <w:b w:val="0"/>
          <w:i w:val="0"/>
          <w:smallCaps w:val="0"/>
          <w:strike w:val="0"/>
          <w:sz w:val="22"/>
          <w:u w:val="single"/>
        </w:rPr>
        <w:t xml:space="preserve">, forms of </w:t>
      </w:r>
      <w:r>
        <w:rPr>
          <w:b/>
          <w:i w:val="0"/>
          <w:smallCaps w:val="0"/>
          <w:strike w:val="0"/>
          <w:sz w:val="22"/>
          <w:u w:val="single"/>
        </w:rPr>
        <w:t>consumption</w:t>
      </w:r>
      <w:r>
        <w:rPr>
          <w:b w:val="0"/>
          <w:i w:val="0"/>
          <w:smallCaps w:val="0"/>
          <w:strike w:val="0"/>
          <w:sz w:val="22"/>
          <w:u w:val="single"/>
        </w:rPr>
        <w:t xml:space="preserve">, </w:t>
      </w:r>
      <w:r>
        <w:rPr>
          <w:b/>
          <w:i w:val="0"/>
          <w:smallCaps w:val="0"/>
          <w:strike w:val="0"/>
          <w:sz w:val="22"/>
          <w:u w:val="single"/>
        </w:rPr>
        <w:t>lifestyles</w:t>
      </w:r>
      <w:r>
        <w:rPr>
          <w:b w:val="0"/>
          <w:i w:val="0"/>
          <w:smallCaps w:val="0"/>
          <w:strike w:val="0"/>
          <w:sz w:val="22"/>
          <w:u w:val="single"/>
        </w:rPr>
        <w:t xml:space="preserve"> and political </w:t>
      </w:r>
      <w:r>
        <w:rPr>
          <w:b/>
          <w:i w:val="0"/>
          <w:smallCaps w:val="0"/>
          <w:strike w:val="0"/>
          <w:sz w:val="22"/>
          <w:u w:val="single"/>
        </w:rPr>
        <w:t>cultures</w:t>
      </w:r>
      <w:r>
        <w:rPr>
          <w:b w:val="0"/>
          <w:i w:val="0"/>
          <w:smallCaps w:val="0"/>
          <w:strike w:val="0"/>
          <w:sz w:val="22"/>
          <w:u w:val="single"/>
        </w:rPr>
        <w:t xml:space="preserve">. And the </w:t>
      </w:r>
      <w:r>
        <w:rPr>
          <w:b/>
          <w:i w:val="0"/>
          <w:smallCaps w:val="0"/>
          <w:strike w:val="0"/>
          <w:sz w:val="22"/>
          <w:u w:val="single"/>
        </w:rPr>
        <w:t>global integration</w:t>
      </w:r>
      <w:r>
        <w:rPr>
          <w:b w:val="0"/>
          <w:i w:val="0"/>
          <w:smallCaps w:val="0"/>
          <w:strike w:val="0"/>
          <w:sz w:val="22"/>
          <w:u w:val="single"/>
        </w:rPr>
        <w:t xml:space="preserve"> of production serves to </w:t>
      </w:r>
      <w:r>
        <w:rPr>
          <w:b/>
          <w:i w:val="0"/>
          <w:smallCaps w:val="0"/>
          <w:strike w:val="0"/>
          <w:sz w:val="22"/>
          <w:u w:val="single"/>
        </w:rPr>
        <w:t>transmit struggle</w:t>
      </w:r>
      <w:r>
        <w:rPr>
          <w:b w:val="0"/>
          <w:i w:val="0"/>
          <w:smallCaps w:val="0"/>
          <w:strike w:val="0"/>
          <w:sz w:val="22"/>
          <w:u w:val="single"/>
        </w:rPr>
        <w:t xml:space="preserve"> from one country to another</w:t>
      </w:r>
      <w:r>
        <w:rPr>
          <w:b w:val="0"/>
          <w:i w:val="0"/>
          <w:smallCaps w:val="0"/>
          <w:strike w:val="0"/>
          <w:sz w:val="16"/>
          <w:u w:val="none"/>
        </w:rPr>
        <w:t xml:space="preserve">. In 1974, for instance, </w:t>
      </w:r>
      <w:r>
        <w:rPr>
          <w:b w:val="0"/>
          <w:i w:val="0"/>
          <w:smallCaps w:val="0"/>
          <w:strike w:val="0"/>
          <w:sz w:val="22"/>
          <w:u w:val="single"/>
        </w:rPr>
        <w:t>resistance to the brutal military dictatorship in Chile spread to East Kilbride, Scotland, of all places</w:t>
      </w:r>
      <w:r>
        <w:rPr>
          <w:b w:val="0"/>
          <w:i w:val="0"/>
          <w:smallCaps w:val="0"/>
          <w:strike w:val="0"/>
          <w:sz w:val="16"/>
          <w:u w:val="none"/>
        </w:rPr>
        <w:t xml:space="preserve">. Workers at the Rolls Royce factory there learned that the engines they were repairing were being used by the Chilean air force to drop bombs on workers resisting the coup. They downed tools and refused to work on the engines, keeping them out of the hands of the military junta for four years. </w:t>
      </w:r>
    </w:p>
    <w:p>
      <w:pPr>
        <w:spacing w:after="60"/>
      </w:pPr>
      <w:r>
        <w:rPr>
          <w:b w:val="0"/>
          <w:i w:val="0"/>
          <w:smallCaps w:val="0"/>
          <w:strike w:val="0"/>
          <w:sz w:val="22"/>
          <w:u w:val="single"/>
        </w:rPr>
        <w:t>While nationalism still has a powerful hold</w:t>
      </w:r>
      <w:r>
        <w:rPr>
          <w:b w:val="0"/>
          <w:i w:val="0"/>
          <w:smallCaps w:val="0"/>
          <w:strike w:val="0"/>
          <w:sz w:val="16"/>
          <w:u w:val="none"/>
        </w:rPr>
        <w:t xml:space="preserve"> on the consciousness of many, </w:t>
      </w:r>
      <w:r>
        <w:rPr>
          <w:b w:val="0"/>
          <w:i w:val="0"/>
          <w:smallCaps w:val="0"/>
          <w:strike w:val="0"/>
          <w:sz w:val="22"/>
          <w:u w:val="single"/>
        </w:rPr>
        <w:t xml:space="preserve">it’s increasingly clear that the real </w:t>
      </w:r>
      <w:r>
        <w:rPr>
          <w:b/>
          <w:i w:val="0"/>
          <w:smallCaps w:val="0"/>
          <w:strike w:val="0"/>
          <w:sz w:val="22"/>
          <w:u w:val="single"/>
        </w:rPr>
        <w:t>line of polarisation</w:t>
      </w:r>
      <w:r>
        <w:rPr>
          <w:b w:val="0"/>
          <w:i w:val="0"/>
          <w:smallCaps w:val="0"/>
          <w:strike w:val="0"/>
          <w:sz w:val="22"/>
          <w:u w:val="single"/>
        </w:rPr>
        <w:t xml:space="preserve"> across the </w:t>
      </w:r>
      <w:r>
        <w:rPr>
          <w:b/>
          <w:i w:val="0"/>
          <w:smallCaps w:val="0"/>
          <w:strike w:val="0"/>
          <w:sz w:val="22"/>
          <w:u w:val="single"/>
        </w:rPr>
        <w:t>globe</w:t>
      </w:r>
      <w:r>
        <w:rPr>
          <w:b w:val="0"/>
          <w:i w:val="0"/>
          <w:smallCaps w:val="0"/>
          <w:strike w:val="0"/>
          <w:sz w:val="22"/>
          <w:u w:val="single"/>
        </w:rPr>
        <w:t xml:space="preserve"> is between the </w:t>
      </w:r>
      <w:r>
        <w:rPr>
          <w:b/>
          <w:i w:val="0"/>
          <w:smallCaps w:val="0"/>
          <w:strike w:val="0"/>
          <w:sz w:val="22"/>
          <w:u w:val="single"/>
        </w:rPr>
        <w:t>minority ruling class</w:t>
      </w:r>
      <w:r>
        <w:rPr>
          <w:b w:val="0"/>
          <w:i w:val="0"/>
          <w:smallCaps w:val="0"/>
          <w:strike w:val="0"/>
          <w:sz w:val="22"/>
          <w:u w:val="single"/>
        </w:rPr>
        <w:t xml:space="preserve"> and the </w:t>
      </w:r>
      <w:r>
        <w:rPr>
          <w:b/>
          <w:i w:val="0"/>
          <w:smallCaps w:val="0"/>
          <w:strike w:val="0"/>
          <w:sz w:val="22"/>
          <w:u w:val="single"/>
        </w:rPr>
        <w:t>majority working class</w:t>
      </w:r>
      <w:r>
        <w:rPr>
          <w:b w:val="0"/>
          <w:i w:val="0"/>
          <w:smallCaps w:val="0"/>
          <w:strike w:val="0"/>
          <w:sz w:val="22"/>
          <w:u w:val="single"/>
        </w:rPr>
        <w:t xml:space="preserve">. And when </w:t>
      </w:r>
      <w:r>
        <w:rPr>
          <w:b/>
          <w:i w:val="0"/>
          <w:smallCaps w:val="0"/>
          <w:strike w:val="0"/>
          <w:sz w:val="22"/>
          <w:u w:val="single"/>
        </w:rPr>
        <w:t>revolts</w:t>
      </w:r>
      <w:r>
        <w:rPr>
          <w:b w:val="0"/>
          <w:i w:val="0"/>
          <w:smallCaps w:val="0"/>
          <w:strike w:val="0"/>
          <w:sz w:val="22"/>
          <w:u w:val="single"/>
        </w:rPr>
        <w:t xml:space="preserve"> break out in one part of the world, people can </w:t>
      </w:r>
      <w:r>
        <w:rPr>
          <w:b/>
          <w:i w:val="0"/>
          <w:smallCaps w:val="0"/>
          <w:strike w:val="0"/>
          <w:sz w:val="22"/>
          <w:u w:val="single"/>
        </w:rPr>
        <w:t>identify with the causes and motivations</w:t>
      </w:r>
      <w:r>
        <w:rPr>
          <w:b w:val="0"/>
          <w:i w:val="0"/>
          <w:smallCaps w:val="0"/>
          <w:strike w:val="0"/>
          <w:sz w:val="22"/>
          <w:u w:val="single"/>
        </w:rPr>
        <w:t xml:space="preserve"> of their struggles, and </w:t>
      </w:r>
      <w:r>
        <w:rPr>
          <w:b/>
          <w:i w:val="0"/>
          <w:smallCaps w:val="0"/>
          <w:strike w:val="0"/>
          <w:sz w:val="22"/>
          <w:u w:val="single"/>
        </w:rPr>
        <w:t>draw comparisons</w:t>
      </w:r>
      <w:r>
        <w:rPr>
          <w:b w:val="0"/>
          <w:i w:val="0"/>
          <w:smallCaps w:val="0"/>
          <w:strike w:val="0"/>
          <w:sz w:val="22"/>
          <w:u w:val="single"/>
        </w:rPr>
        <w:t xml:space="preserve"> with their own situation</w:t>
      </w:r>
      <w:r>
        <w:rPr>
          <w:b w:val="0"/>
          <w:i w:val="0"/>
          <w:smallCaps w:val="0"/>
          <w:strike w:val="0"/>
          <w:sz w:val="16"/>
          <w:u w:val="none"/>
        </w:rPr>
        <w:t xml:space="preserve">. “Languages remain different,” observed UK Marxist Chris Harman in 1992, “but </w:t>
      </w:r>
      <w:r>
        <w:rPr>
          <w:b w:val="0"/>
          <w:i w:val="0"/>
          <w:smallCaps w:val="0"/>
          <w:strike w:val="0"/>
          <w:sz w:val="22"/>
          <w:u w:val="single"/>
        </w:rPr>
        <w:t>what they say is increasingly the same</w:t>
      </w:r>
      <w:r>
        <w:rPr>
          <w:b w:val="0"/>
          <w:i w:val="0"/>
          <w:smallCaps w:val="0"/>
          <w:strike w:val="0"/>
          <w:sz w:val="16"/>
          <w:u w:val="none"/>
        </w:rPr>
        <w:t xml:space="preserve">”. Harman’s words ring true in every wave of political radicalisation. </w:t>
      </w:r>
    </w:p>
    <w:p>
      <w:pPr>
        <w:spacing w:after="60"/>
      </w:pPr>
      <w:r>
        <w:rPr>
          <w:b w:val="0"/>
          <w:i w:val="0"/>
          <w:smallCaps w:val="0"/>
          <w:strike w:val="0"/>
          <w:sz w:val="22"/>
          <w:u w:val="single"/>
        </w:rPr>
        <w:t xml:space="preserve">1968 is remembered as a year of </w:t>
      </w:r>
      <w:r>
        <w:rPr>
          <w:b/>
          <w:i w:val="0"/>
          <w:smallCaps w:val="0"/>
          <w:strike w:val="0"/>
          <w:sz w:val="22"/>
          <w:u w:val="single"/>
        </w:rPr>
        <w:t>global revolt</w:t>
      </w:r>
      <w:r>
        <w:rPr>
          <w:b w:val="0"/>
          <w:i w:val="0"/>
          <w:smallCaps w:val="0"/>
          <w:strike w:val="0"/>
          <w:sz w:val="22"/>
          <w:u w:val="single"/>
        </w:rPr>
        <w:t xml:space="preserve">, when </w:t>
      </w:r>
      <w:r>
        <w:rPr>
          <w:b/>
          <w:i w:val="0"/>
          <w:smallCaps w:val="0"/>
          <w:strike w:val="0"/>
          <w:sz w:val="22"/>
          <w:u w:val="single"/>
        </w:rPr>
        <w:t>millions</w:t>
      </w:r>
      <w:r>
        <w:rPr>
          <w:b w:val="0"/>
          <w:i w:val="0"/>
          <w:smallCaps w:val="0"/>
          <w:strike w:val="0"/>
          <w:sz w:val="22"/>
          <w:u w:val="single"/>
        </w:rPr>
        <w:t xml:space="preserve"> of </w:t>
      </w:r>
      <w:r>
        <w:rPr>
          <w:b/>
          <w:i w:val="0"/>
          <w:smallCaps w:val="0"/>
          <w:strike w:val="0"/>
          <w:sz w:val="22"/>
          <w:u w:val="single"/>
        </w:rPr>
        <w:t>workers</w:t>
      </w:r>
      <w:r>
        <w:rPr>
          <w:b w:val="0"/>
          <w:i w:val="0"/>
          <w:smallCaps w:val="0"/>
          <w:strike w:val="0"/>
          <w:sz w:val="22"/>
          <w:u w:val="single"/>
        </w:rPr>
        <w:t xml:space="preserve">, </w:t>
      </w:r>
      <w:r>
        <w:rPr>
          <w:b/>
          <w:i w:val="0"/>
          <w:smallCaps w:val="0"/>
          <w:strike w:val="0"/>
          <w:sz w:val="22"/>
          <w:u w:val="single"/>
        </w:rPr>
        <w:t>students</w:t>
      </w:r>
      <w:r>
        <w:rPr>
          <w:b w:val="0"/>
          <w:i w:val="0"/>
          <w:smallCaps w:val="0"/>
          <w:strike w:val="0"/>
          <w:sz w:val="22"/>
          <w:u w:val="single"/>
        </w:rPr>
        <w:t xml:space="preserve"> and </w:t>
      </w:r>
      <w:r>
        <w:rPr>
          <w:b/>
          <w:i w:val="0"/>
          <w:smallCaps w:val="0"/>
          <w:strike w:val="0"/>
          <w:sz w:val="22"/>
          <w:u w:val="single"/>
        </w:rPr>
        <w:t>oppressed</w:t>
      </w:r>
      <w:r>
        <w:rPr>
          <w:b w:val="0"/>
          <w:i w:val="0"/>
          <w:smallCaps w:val="0"/>
          <w:strike w:val="0"/>
          <w:sz w:val="22"/>
          <w:u w:val="single"/>
        </w:rPr>
        <w:t xml:space="preserve"> people drew inspiration from each other’s movements. Activists in the </w:t>
      </w:r>
      <w:r>
        <w:rPr>
          <w:b/>
          <w:i w:val="0"/>
          <w:smallCaps w:val="0"/>
          <w:strike w:val="0"/>
          <w:sz w:val="22"/>
          <w:u w:val="single"/>
        </w:rPr>
        <w:t>US</w:t>
      </w:r>
      <w:r>
        <w:rPr>
          <w:b w:val="0"/>
          <w:i w:val="0"/>
          <w:smallCaps w:val="0"/>
          <w:strike w:val="0"/>
          <w:sz w:val="16"/>
          <w:u w:val="none"/>
        </w:rPr>
        <w:t xml:space="preserve"> were </w:t>
      </w:r>
      <w:r>
        <w:rPr>
          <w:b w:val="0"/>
          <w:i w:val="0"/>
          <w:smallCaps w:val="0"/>
          <w:strike w:val="0"/>
          <w:sz w:val="22"/>
          <w:u w:val="single"/>
        </w:rPr>
        <w:t xml:space="preserve">radicalised by the heroic resistance of the </w:t>
      </w:r>
      <w:r>
        <w:rPr>
          <w:b/>
          <w:i w:val="0"/>
          <w:smallCaps w:val="0"/>
          <w:strike w:val="0"/>
          <w:sz w:val="22"/>
          <w:u w:val="single"/>
        </w:rPr>
        <w:t>Vietnamese</w:t>
      </w:r>
      <w:r>
        <w:rPr>
          <w:b w:val="0"/>
          <w:i w:val="0"/>
          <w:smallCaps w:val="0"/>
          <w:strike w:val="0"/>
          <w:sz w:val="22"/>
          <w:u w:val="single"/>
        </w:rPr>
        <w:t xml:space="preserve"> people</w:t>
      </w:r>
      <w:r>
        <w:rPr>
          <w:b w:val="0"/>
          <w:i w:val="0"/>
          <w:smallCaps w:val="0"/>
          <w:strike w:val="0"/>
          <w:sz w:val="16"/>
          <w:u w:val="none"/>
        </w:rPr>
        <w:t xml:space="preserve"> to American imperialism. </w:t>
      </w:r>
      <w:r>
        <w:rPr>
          <w:b/>
          <w:i w:val="0"/>
          <w:smallCaps w:val="0"/>
          <w:strike w:val="0"/>
          <w:sz w:val="22"/>
          <w:u w:val="single"/>
        </w:rPr>
        <w:t>Irish</w:t>
      </w:r>
      <w:r>
        <w:rPr>
          <w:b w:val="0"/>
          <w:i w:val="0"/>
          <w:smallCaps w:val="0"/>
          <w:strike w:val="0"/>
          <w:sz w:val="22"/>
          <w:u w:val="single"/>
        </w:rPr>
        <w:t xml:space="preserve"> civil rights activists emulated the militant politics of the Black Panthers</w:t>
      </w:r>
      <w:r>
        <w:rPr>
          <w:b w:val="0"/>
          <w:i w:val="0"/>
          <w:smallCaps w:val="0"/>
          <w:strike w:val="0"/>
          <w:sz w:val="16"/>
          <w:u w:val="none"/>
        </w:rPr>
        <w:t xml:space="preserve">. When </w:t>
      </w:r>
      <w:r>
        <w:rPr>
          <w:b w:val="0"/>
          <w:i w:val="0"/>
          <w:smallCaps w:val="0"/>
          <w:strike w:val="0"/>
          <w:sz w:val="22"/>
          <w:u w:val="single"/>
        </w:rPr>
        <w:t xml:space="preserve">students and workers united to launch a massive general strike in </w:t>
      </w:r>
      <w:r>
        <w:rPr>
          <w:b/>
          <w:i w:val="0"/>
          <w:smallCaps w:val="0"/>
          <w:strike w:val="0"/>
          <w:sz w:val="22"/>
          <w:u w:val="single"/>
        </w:rPr>
        <w:t>France</w:t>
      </w:r>
      <w:r>
        <w:rPr>
          <w:b w:val="0"/>
          <w:i w:val="0"/>
          <w:smallCaps w:val="0"/>
          <w:strike w:val="0"/>
          <w:sz w:val="16"/>
          <w:u w:val="none"/>
        </w:rPr>
        <w:t xml:space="preserve"> in May, </w:t>
      </w:r>
      <w:r>
        <w:rPr>
          <w:b w:val="0"/>
          <w:i w:val="0"/>
          <w:smallCaps w:val="0"/>
          <w:strike w:val="0"/>
          <w:sz w:val="22"/>
          <w:u w:val="single"/>
        </w:rPr>
        <w:t xml:space="preserve">it taught student radicals in </w:t>
      </w:r>
      <w:r>
        <w:rPr>
          <w:b/>
          <w:i w:val="0"/>
          <w:smallCaps w:val="0"/>
          <w:strike w:val="0"/>
          <w:sz w:val="22"/>
          <w:u w:val="single"/>
        </w:rPr>
        <w:t>Australia</w:t>
      </w:r>
      <w:r>
        <w:rPr>
          <w:b w:val="0"/>
          <w:i w:val="0"/>
          <w:smallCaps w:val="0"/>
          <w:strike w:val="0"/>
          <w:sz w:val="22"/>
          <w:u w:val="single"/>
        </w:rPr>
        <w:t xml:space="preserve"> that they needed to link up</w:t>
      </w:r>
      <w:r>
        <w:rPr>
          <w:b w:val="0"/>
          <w:i w:val="0"/>
          <w:smallCaps w:val="0"/>
          <w:strike w:val="0"/>
          <w:sz w:val="16"/>
          <w:u w:val="none"/>
        </w:rPr>
        <w:t xml:space="preserve"> with the power of the organised working class in order to win. </w:t>
      </w:r>
    </w:p>
    <w:p>
      <w:pPr>
        <w:spacing w:after="60"/>
      </w:pPr>
      <w:r>
        <w:rPr>
          <w:b w:val="0"/>
          <w:i w:val="0"/>
          <w:smallCaps w:val="0"/>
          <w:strike w:val="0"/>
          <w:sz w:val="22"/>
          <w:u w:val="single"/>
        </w:rPr>
        <w:t xml:space="preserve">The movements of 1968 </w:t>
      </w:r>
      <w:r>
        <w:rPr>
          <w:b/>
          <w:i w:val="0"/>
          <w:smallCaps w:val="0"/>
          <w:strike w:val="0"/>
          <w:sz w:val="22"/>
          <w:u w:val="single"/>
        </w:rPr>
        <w:t>united people</w:t>
      </w:r>
      <w:r>
        <w:rPr>
          <w:b w:val="0"/>
          <w:i w:val="0"/>
          <w:smallCaps w:val="0"/>
          <w:strike w:val="0"/>
          <w:sz w:val="22"/>
          <w:u w:val="single"/>
        </w:rPr>
        <w:t xml:space="preserve"> across superficially very </w:t>
      </w:r>
      <w:r>
        <w:rPr>
          <w:b/>
          <w:i w:val="0"/>
          <w:smallCaps w:val="0"/>
          <w:strike w:val="0"/>
          <w:sz w:val="22"/>
          <w:u w:val="single"/>
        </w:rPr>
        <w:t>different societies</w:t>
      </w:r>
      <w:r>
        <w:rPr>
          <w:b w:val="0"/>
          <w:i w:val="0"/>
          <w:smallCaps w:val="0"/>
          <w:strike w:val="0"/>
          <w:sz w:val="16"/>
          <w:u w:val="none"/>
        </w:rPr>
        <w:t xml:space="preserve">. For decades, Cold War common sense had dictated that the greatest divide on the planet was between Western liberal capitalism and Stalinist “Communism”. But </w:t>
      </w:r>
      <w:r>
        <w:rPr>
          <w:b w:val="0"/>
          <w:i w:val="0"/>
          <w:smallCaps w:val="0"/>
          <w:strike w:val="0"/>
          <w:sz w:val="22"/>
          <w:u w:val="single"/>
        </w:rPr>
        <w:t xml:space="preserve">in 1968, both sides of the iron curtain </w:t>
      </w:r>
      <w:r>
        <w:rPr>
          <w:b/>
          <w:i w:val="0"/>
          <w:smallCaps w:val="0"/>
          <w:strike w:val="0"/>
          <w:sz w:val="22"/>
          <w:u w:val="single"/>
        </w:rPr>
        <w:t>exploded in revolt</w:t>
      </w:r>
      <w:r>
        <w:rPr>
          <w:b w:val="0"/>
          <w:i w:val="0"/>
          <w:smallCaps w:val="0"/>
          <w:strike w:val="0"/>
          <w:sz w:val="22"/>
          <w:u w:val="single"/>
        </w:rPr>
        <w:t xml:space="preserve">. The </w:t>
      </w:r>
      <w:r>
        <w:rPr>
          <w:b/>
          <w:i w:val="0"/>
          <w:smallCaps w:val="0"/>
          <w:strike w:val="0"/>
          <w:sz w:val="22"/>
          <w:u w:val="single"/>
        </w:rPr>
        <w:t>triggers</w:t>
      </w:r>
      <w:r>
        <w:rPr>
          <w:b w:val="0"/>
          <w:i w:val="0"/>
          <w:smallCaps w:val="0"/>
          <w:strike w:val="0"/>
          <w:sz w:val="22"/>
          <w:u w:val="single"/>
        </w:rPr>
        <w:t xml:space="preserve"> for the struggles may have been </w:t>
      </w:r>
      <w:r>
        <w:rPr>
          <w:b/>
          <w:i w:val="0"/>
          <w:smallCaps w:val="0"/>
          <w:strike w:val="0"/>
          <w:sz w:val="22"/>
          <w:u w:val="single"/>
        </w:rPr>
        <w:t>different</w:t>
      </w:r>
      <w:r>
        <w:rPr>
          <w:b w:val="0"/>
          <w:i w:val="0"/>
          <w:smallCaps w:val="0"/>
          <w:strike w:val="0"/>
          <w:sz w:val="22"/>
          <w:u w:val="single"/>
        </w:rPr>
        <w:t xml:space="preserve">, but they were all </w:t>
      </w:r>
      <w:r>
        <w:rPr>
          <w:b/>
          <w:i w:val="0"/>
          <w:smallCaps w:val="0"/>
          <w:strike w:val="0"/>
          <w:sz w:val="22"/>
          <w:u w:val="single"/>
        </w:rPr>
        <w:t>responses</w:t>
      </w:r>
      <w:r>
        <w:rPr>
          <w:b w:val="0"/>
          <w:i w:val="0"/>
          <w:smallCaps w:val="0"/>
          <w:strike w:val="0"/>
          <w:sz w:val="22"/>
          <w:u w:val="single"/>
        </w:rPr>
        <w:t xml:space="preserve"> to </w:t>
      </w:r>
      <w:r>
        <w:rPr>
          <w:b/>
          <w:i w:val="0"/>
          <w:smallCaps w:val="0"/>
          <w:strike w:val="0"/>
          <w:sz w:val="22"/>
          <w:u w:val="single"/>
        </w:rPr>
        <w:t>similar</w:t>
      </w:r>
      <w:r>
        <w:rPr>
          <w:b w:val="0"/>
          <w:i w:val="0"/>
          <w:smallCaps w:val="0"/>
          <w:strike w:val="0"/>
          <w:sz w:val="22"/>
          <w:u w:val="single"/>
        </w:rPr>
        <w:t xml:space="preserve"> issues: </w:t>
      </w:r>
      <w:r>
        <w:rPr>
          <w:b/>
          <w:i w:val="0"/>
          <w:smallCaps w:val="0"/>
          <w:strike w:val="0"/>
          <w:sz w:val="22"/>
          <w:u w:val="single"/>
        </w:rPr>
        <w:t>inequality</w:t>
      </w:r>
      <w:r>
        <w:rPr>
          <w:b w:val="0"/>
          <w:i w:val="0"/>
          <w:smallCaps w:val="0"/>
          <w:strike w:val="0"/>
          <w:sz w:val="22"/>
          <w:u w:val="single"/>
        </w:rPr>
        <w:t xml:space="preserve">, </w:t>
      </w:r>
      <w:r>
        <w:rPr>
          <w:b/>
          <w:i w:val="0"/>
          <w:smallCaps w:val="0"/>
          <w:strike w:val="0"/>
          <w:sz w:val="22"/>
          <w:u w:val="single"/>
        </w:rPr>
        <w:t>exploitation</w:t>
      </w:r>
      <w:r>
        <w:rPr>
          <w:b w:val="0"/>
          <w:i w:val="0"/>
          <w:smallCaps w:val="0"/>
          <w:strike w:val="0"/>
          <w:sz w:val="22"/>
          <w:u w:val="single"/>
        </w:rPr>
        <w:t xml:space="preserve"> and </w:t>
      </w:r>
      <w:r>
        <w:rPr>
          <w:b/>
          <w:i w:val="0"/>
          <w:smallCaps w:val="0"/>
          <w:strike w:val="0"/>
          <w:sz w:val="22"/>
          <w:u w:val="single"/>
        </w:rPr>
        <w:t>war</w:t>
      </w:r>
      <w:r>
        <w:rPr>
          <w:b w:val="0"/>
          <w:i w:val="0"/>
          <w:smallCaps w:val="0"/>
          <w:strike w:val="0"/>
          <w:sz w:val="22"/>
          <w:u w:val="single"/>
        </w:rPr>
        <w:t xml:space="preserve">, imposed by monstrous </w:t>
      </w:r>
      <w:r>
        <w:rPr>
          <w:b/>
          <w:i w:val="0"/>
          <w:smallCaps w:val="0"/>
          <w:strike w:val="0"/>
          <w:sz w:val="22"/>
          <w:u w:val="single"/>
        </w:rPr>
        <w:t>bureaucratic states</w:t>
      </w:r>
      <w:r>
        <w:rPr>
          <w:b w:val="0"/>
          <w:i w:val="0"/>
          <w:smallCaps w:val="0"/>
          <w:strike w:val="0"/>
          <w:sz w:val="16"/>
          <w:u w:val="none"/>
        </w:rPr>
        <w:t xml:space="preserve">. </w:t>
      </w:r>
    </w:p>
    <w:p>
      <w:pPr>
        <w:spacing w:after="60"/>
      </w:pPr>
      <w:r>
        <w:rPr>
          <w:b w:val="0"/>
          <w:i w:val="0"/>
          <w:smallCaps w:val="0"/>
          <w:strike w:val="0"/>
          <w:sz w:val="22"/>
          <w:u w:val="single"/>
        </w:rPr>
        <w:t>In 2011, a</w:t>
      </w:r>
      <w:r>
        <w:rPr>
          <w:b w:val="0"/>
          <w:i w:val="0"/>
          <w:smallCaps w:val="0"/>
          <w:strike w:val="0"/>
          <w:sz w:val="16"/>
          <w:u w:val="none"/>
        </w:rPr>
        <w:t xml:space="preserve"> poor </w:t>
      </w:r>
      <w:r>
        <w:rPr>
          <w:b w:val="0"/>
          <w:i w:val="0"/>
          <w:smallCaps w:val="0"/>
          <w:strike w:val="0"/>
          <w:sz w:val="22"/>
          <w:u w:val="single"/>
        </w:rPr>
        <w:t>Tunisian street vendor set himself alight</w:t>
      </w:r>
      <w:r>
        <w:rPr>
          <w:b w:val="0"/>
          <w:i w:val="0"/>
          <w:smallCaps w:val="0"/>
          <w:strike w:val="0"/>
          <w:sz w:val="16"/>
          <w:u w:val="none"/>
        </w:rPr>
        <w:t xml:space="preserve"> to protest against police harassment. </w:t>
      </w:r>
      <w:r>
        <w:rPr>
          <w:b w:val="0"/>
          <w:i w:val="0"/>
          <w:smallCaps w:val="0"/>
          <w:strike w:val="0"/>
          <w:sz w:val="22"/>
          <w:u w:val="single"/>
        </w:rPr>
        <w:t>Within days, his act had inspired anti-government protests across the country</w:t>
      </w:r>
      <w:r>
        <w:rPr>
          <w:b w:val="0"/>
          <w:i w:val="0"/>
          <w:smallCaps w:val="0"/>
          <w:strike w:val="0"/>
          <w:sz w:val="16"/>
          <w:u w:val="none"/>
        </w:rPr>
        <w:t xml:space="preserve">. Within weeks, the </w:t>
      </w:r>
      <w:r>
        <w:rPr>
          <w:b w:val="0"/>
          <w:i w:val="0"/>
          <w:smallCaps w:val="0"/>
          <w:strike w:val="0"/>
          <w:sz w:val="22"/>
          <w:u w:val="single"/>
        </w:rPr>
        <w:t xml:space="preserve">protests escalated into a </w:t>
      </w:r>
      <w:r>
        <w:rPr>
          <w:b/>
          <w:i w:val="0"/>
          <w:smallCaps w:val="0"/>
          <w:strike w:val="0"/>
          <w:sz w:val="22"/>
          <w:u w:val="single"/>
        </w:rPr>
        <w:t>regional revolt</w:t>
      </w:r>
      <w:r>
        <w:rPr>
          <w:b w:val="0"/>
          <w:i w:val="0"/>
          <w:smallCaps w:val="0"/>
          <w:strike w:val="0"/>
          <w:sz w:val="22"/>
          <w:u w:val="single"/>
        </w:rPr>
        <w:t xml:space="preserve"> that challenged regimes across the </w:t>
      </w:r>
      <w:r>
        <w:rPr>
          <w:b/>
          <w:i w:val="0"/>
          <w:smallCaps w:val="0"/>
          <w:strike w:val="0"/>
          <w:sz w:val="22"/>
          <w:u w:val="single"/>
        </w:rPr>
        <w:t>Arab world</w:t>
      </w:r>
      <w:r>
        <w:rPr>
          <w:b w:val="0"/>
          <w:i w:val="0"/>
          <w:smallCaps w:val="0"/>
          <w:strike w:val="0"/>
          <w:sz w:val="22"/>
          <w:u w:val="single"/>
        </w:rPr>
        <w:t xml:space="preserve">. One small act </w:t>
      </w:r>
      <w:r>
        <w:rPr>
          <w:b/>
          <w:i w:val="0"/>
          <w:smallCaps w:val="0"/>
          <w:strike w:val="0"/>
          <w:sz w:val="22"/>
          <w:u w:val="single"/>
        </w:rPr>
        <w:t>tapped into resentment</w:t>
      </w:r>
      <w:r>
        <w:rPr>
          <w:b w:val="0"/>
          <w:i w:val="0"/>
          <w:smallCaps w:val="0"/>
          <w:strike w:val="0"/>
          <w:sz w:val="22"/>
          <w:u w:val="single"/>
        </w:rPr>
        <w:t xml:space="preserve"> against </w:t>
      </w:r>
      <w:r>
        <w:rPr>
          <w:b/>
          <w:i w:val="0"/>
          <w:smallCaps w:val="0"/>
          <w:strike w:val="0"/>
          <w:sz w:val="22"/>
          <w:u w:val="single"/>
        </w:rPr>
        <w:t>inequality</w:t>
      </w:r>
      <w:r>
        <w:rPr>
          <w:b w:val="0"/>
          <w:i w:val="0"/>
          <w:smallCaps w:val="0"/>
          <w:strike w:val="0"/>
          <w:sz w:val="22"/>
          <w:u w:val="single"/>
        </w:rPr>
        <w:t xml:space="preserve">, </w:t>
      </w:r>
      <w:r>
        <w:rPr>
          <w:b/>
          <w:i w:val="0"/>
          <w:smallCaps w:val="0"/>
          <w:strike w:val="0"/>
          <w:sz w:val="22"/>
          <w:u w:val="single"/>
        </w:rPr>
        <w:t>unemployment</w:t>
      </w:r>
      <w:r>
        <w:rPr>
          <w:b w:val="0"/>
          <w:i w:val="0"/>
          <w:smallCaps w:val="0"/>
          <w:strike w:val="0"/>
          <w:sz w:val="22"/>
          <w:u w:val="single"/>
        </w:rPr>
        <w:t xml:space="preserve"> and </w:t>
      </w:r>
      <w:r>
        <w:rPr>
          <w:b/>
          <w:i w:val="0"/>
          <w:smallCaps w:val="0"/>
          <w:strike w:val="0"/>
          <w:sz w:val="22"/>
          <w:u w:val="single"/>
        </w:rPr>
        <w:t>state violence</w:t>
      </w:r>
      <w:r>
        <w:rPr>
          <w:b w:val="0"/>
          <w:i w:val="0"/>
          <w:smallCaps w:val="0"/>
          <w:strike w:val="0"/>
          <w:sz w:val="22"/>
          <w:u w:val="single"/>
        </w:rPr>
        <w:t xml:space="preserve"> that engulfed an entire region. The </w:t>
      </w:r>
      <w:r>
        <w:rPr>
          <w:b/>
          <w:i w:val="0"/>
          <w:smallCaps w:val="0"/>
          <w:strike w:val="0"/>
          <w:sz w:val="22"/>
          <w:u w:val="single"/>
        </w:rPr>
        <w:t>radical wave</w:t>
      </w:r>
      <w:r>
        <w:rPr>
          <w:b w:val="0"/>
          <w:i w:val="0"/>
          <w:smallCaps w:val="0"/>
          <w:strike w:val="0"/>
          <w:sz w:val="22"/>
          <w:u w:val="single"/>
        </w:rPr>
        <w:t xml:space="preserve"> spread even further: at a massive demonstration</w:t>
      </w:r>
      <w:r>
        <w:rPr>
          <w:b w:val="0"/>
          <w:i w:val="0"/>
          <w:smallCaps w:val="0"/>
          <w:strike w:val="0"/>
          <w:sz w:val="16"/>
          <w:u w:val="none"/>
        </w:rPr>
        <w:t xml:space="preserve"> against an anti-union bill </w:t>
      </w:r>
      <w:r>
        <w:rPr>
          <w:b w:val="0"/>
          <w:i w:val="0"/>
          <w:smallCaps w:val="0"/>
          <w:strike w:val="0"/>
          <w:sz w:val="22"/>
          <w:u w:val="single"/>
        </w:rPr>
        <w:t>in the US city of Madison, Wisconsin</w:t>
      </w:r>
      <w:r>
        <w:rPr>
          <w:b w:val="0"/>
          <w:i w:val="0"/>
          <w:smallCaps w:val="0"/>
          <w:strike w:val="0"/>
          <w:sz w:val="16"/>
          <w:u w:val="none"/>
        </w:rPr>
        <w:t xml:space="preserve">, a man held up a poster with a picture of Egyptian dictator Hosni Mubarak beside Republican Governor Scott Walker. The caption read: “One dictator down. One to go”. </w:t>
      </w:r>
      <w:r>
        <w:rPr>
          <w:b w:val="0"/>
          <w:i w:val="0"/>
          <w:smallCaps w:val="0"/>
          <w:strike w:val="0"/>
          <w:sz w:val="22"/>
          <w:u w:val="single"/>
        </w:rPr>
        <w:t xml:space="preserve">The Arab revolutions went on to </w:t>
      </w:r>
      <w:r>
        <w:rPr>
          <w:b/>
          <w:i w:val="0"/>
          <w:smallCaps w:val="0"/>
          <w:strike w:val="0"/>
          <w:sz w:val="22"/>
          <w:u w:val="single"/>
        </w:rPr>
        <w:t>inspire</w:t>
      </w:r>
      <w:r>
        <w:rPr>
          <w:b w:val="0"/>
          <w:i w:val="0"/>
          <w:smallCaps w:val="0"/>
          <w:strike w:val="0"/>
          <w:sz w:val="22"/>
          <w:u w:val="single"/>
        </w:rPr>
        <w:t xml:space="preserve"> the </w:t>
      </w:r>
      <w:r>
        <w:rPr>
          <w:b/>
          <w:i w:val="0"/>
          <w:smallCaps w:val="0"/>
          <w:strike w:val="0"/>
          <w:sz w:val="22"/>
          <w:u w:val="single"/>
        </w:rPr>
        <w:t>Occupy</w:t>
      </w:r>
      <w:r>
        <w:rPr>
          <w:b w:val="0"/>
          <w:i w:val="0"/>
          <w:smallCaps w:val="0"/>
          <w:strike w:val="0"/>
          <w:sz w:val="22"/>
          <w:u w:val="single"/>
        </w:rPr>
        <w:t xml:space="preserve"> movement, which spread to more than 80 countries</w:t>
      </w:r>
      <w:r>
        <w:rPr>
          <w:b w:val="0"/>
          <w:i w:val="0"/>
          <w:smallCaps w:val="0"/>
          <w:strike w:val="0"/>
          <w:sz w:val="16"/>
          <w:u w:val="none"/>
        </w:rPr>
        <w:t xml:space="preserve">. </w:t>
      </w:r>
    </w:p>
    <w:p>
      <w:pPr>
        <w:spacing w:after="60"/>
      </w:pPr>
      <w:r>
        <w:rPr>
          <w:b w:val="0"/>
          <w:i w:val="0"/>
          <w:smallCaps w:val="0"/>
          <w:strike w:val="0"/>
          <w:sz w:val="22"/>
          <w:u w:val="single"/>
        </w:rPr>
        <w:t xml:space="preserve">Today, more than ever, </w:t>
      </w:r>
      <w:r>
        <w:rPr>
          <w:b/>
          <w:i w:val="0"/>
          <w:smallCaps w:val="0"/>
          <w:strike w:val="0"/>
          <w:sz w:val="22"/>
          <w:u w:val="single"/>
        </w:rPr>
        <w:t>insurgent social movements</w:t>
      </w:r>
      <w:r>
        <w:rPr>
          <w:b w:val="0"/>
          <w:i w:val="0"/>
          <w:smallCaps w:val="0"/>
          <w:strike w:val="0"/>
          <w:sz w:val="22"/>
          <w:u w:val="single"/>
        </w:rPr>
        <w:t xml:space="preserve"> and working-class </w:t>
      </w:r>
      <w:r>
        <w:rPr>
          <w:b/>
          <w:i w:val="0"/>
          <w:smallCaps w:val="0"/>
          <w:strike w:val="0"/>
          <w:sz w:val="22"/>
          <w:u w:val="single"/>
        </w:rPr>
        <w:t>uprisings</w:t>
      </w:r>
      <w:r>
        <w:rPr>
          <w:b w:val="0"/>
          <w:i w:val="0"/>
          <w:smallCaps w:val="0"/>
          <w:strike w:val="0"/>
          <w:sz w:val="22"/>
          <w:u w:val="single"/>
        </w:rPr>
        <w:t xml:space="preserve"> are </w:t>
      </w:r>
      <w:r>
        <w:rPr>
          <w:b/>
          <w:i w:val="0"/>
          <w:smallCaps w:val="0"/>
          <w:strike w:val="0"/>
          <w:sz w:val="22"/>
          <w:u w:val="single"/>
        </w:rPr>
        <w:t>spurring action</w:t>
      </w:r>
      <w:r>
        <w:rPr>
          <w:b w:val="0"/>
          <w:i w:val="0"/>
          <w:smallCaps w:val="0"/>
          <w:strike w:val="0"/>
          <w:sz w:val="22"/>
          <w:u w:val="single"/>
        </w:rPr>
        <w:t xml:space="preserve"> in other parts of the world</w:t>
      </w:r>
      <w:r>
        <w:rPr>
          <w:b w:val="0"/>
          <w:i w:val="0"/>
          <w:smallCaps w:val="0"/>
          <w:strike w:val="0"/>
          <w:sz w:val="16"/>
          <w:u w:val="none"/>
        </w:rPr>
        <w:t xml:space="preserve">—from Hong Kong to Chile, from Lebanon to France. One placard at a memorial for protesters murdered while resisting the military coup in Myanmar took up Marx’s incitement: “Workers of the world unite, you have nothing to lose but your chains”. </w:t>
      </w:r>
    </w:p>
    <w:p>
      <w:pPr>
        <w:spacing w:after="60"/>
      </w:pPr>
      <w:r>
        <w:rPr>
          <w:b w:val="0"/>
          <w:i w:val="0"/>
          <w:smallCaps w:val="0"/>
          <w:strike w:val="0"/>
          <w:sz w:val="22"/>
          <w:u w:val="single"/>
        </w:rPr>
        <w:t>While the Russian Revolution is cynically held up by capitalist ideologists</w:t>
      </w:r>
      <w:r>
        <w:rPr>
          <w:b w:val="0"/>
          <w:i w:val="0"/>
          <w:smallCaps w:val="0"/>
          <w:strike w:val="0"/>
          <w:sz w:val="16"/>
          <w:u w:val="none"/>
        </w:rPr>
        <w:t xml:space="preserve"> as the ultimate argument against international revolution, </w:t>
      </w:r>
      <w:r>
        <w:rPr>
          <w:b w:val="0"/>
          <w:i w:val="0"/>
          <w:smallCaps w:val="0"/>
          <w:strike w:val="0"/>
          <w:sz w:val="22"/>
          <w:u w:val="single"/>
        </w:rPr>
        <w:t xml:space="preserve">it actually </w:t>
      </w:r>
      <w:r>
        <w:rPr>
          <w:b/>
          <w:i w:val="0"/>
          <w:smallCaps w:val="0"/>
          <w:strike w:val="0"/>
          <w:sz w:val="22"/>
          <w:u w:val="single"/>
        </w:rPr>
        <w:t>proves the opposite</w:t>
      </w:r>
      <w:r>
        <w:rPr>
          <w:b w:val="0"/>
          <w:i w:val="0"/>
          <w:smallCaps w:val="0"/>
          <w:strike w:val="0"/>
          <w:sz w:val="22"/>
          <w:u w:val="single"/>
        </w:rPr>
        <w:t xml:space="preserve">. It shows that the goal is not only </w:t>
      </w:r>
      <w:r>
        <w:rPr>
          <w:b/>
          <w:i w:val="0"/>
          <w:smallCaps w:val="0"/>
          <w:strike w:val="0"/>
          <w:sz w:val="22"/>
          <w:u w:val="single"/>
        </w:rPr>
        <w:t>necessary</w:t>
      </w:r>
      <w:r>
        <w:rPr>
          <w:b w:val="0"/>
          <w:i w:val="0"/>
          <w:smallCaps w:val="0"/>
          <w:strike w:val="0"/>
          <w:sz w:val="22"/>
          <w:u w:val="single"/>
        </w:rPr>
        <w:t xml:space="preserve">, but also that it’s </w:t>
      </w:r>
      <w:r>
        <w:rPr>
          <w:b/>
          <w:i w:val="0"/>
          <w:smallCaps w:val="0"/>
          <w:strike w:val="0"/>
          <w:sz w:val="22"/>
          <w:u w:val="single"/>
        </w:rPr>
        <w:t>possible</w:t>
      </w:r>
      <w:r>
        <w:rPr>
          <w:b w:val="0"/>
          <w:i w:val="0"/>
          <w:smallCaps w:val="0"/>
          <w:strike w:val="0"/>
          <w:sz w:val="22"/>
          <w:u w:val="single"/>
        </w:rPr>
        <w:t xml:space="preserve">. The news of </w:t>
      </w:r>
      <w:r>
        <w:rPr>
          <w:b/>
          <w:i w:val="0"/>
          <w:smallCaps w:val="0"/>
          <w:strike w:val="0"/>
          <w:sz w:val="22"/>
          <w:u w:val="single"/>
        </w:rPr>
        <w:t>workers seizing power</w:t>
      </w:r>
      <w:r>
        <w:rPr>
          <w:b w:val="0"/>
          <w:i w:val="0"/>
          <w:smallCaps w:val="0"/>
          <w:strike w:val="0"/>
          <w:sz w:val="22"/>
          <w:u w:val="single"/>
        </w:rPr>
        <w:t xml:space="preserve"> in Russia</w:t>
      </w:r>
      <w:r>
        <w:rPr>
          <w:b w:val="0"/>
          <w:i w:val="0"/>
          <w:smallCaps w:val="0"/>
          <w:strike w:val="0"/>
          <w:sz w:val="16"/>
          <w:u w:val="none"/>
        </w:rPr>
        <w:t xml:space="preserve">, overthrowing their capitalist government </w:t>
      </w:r>
      <w:r>
        <w:rPr>
          <w:b w:val="0"/>
          <w:i w:val="0"/>
          <w:smallCaps w:val="0"/>
          <w:strike w:val="0"/>
          <w:sz w:val="22"/>
          <w:u w:val="single"/>
        </w:rPr>
        <w:t>and declaring</w:t>
      </w:r>
      <w:r>
        <w:rPr>
          <w:b w:val="0"/>
          <w:i w:val="0"/>
          <w:smallCaps w:val="0"/>
          <w:strike w:val="0"/>
          <w:sz w:val="16"/>
          <w:u w:val="none"/>
        </w:rPr>
        <w:t xml:space="preserve"> their </w:t>
      </w:r>
      <w:r>
        <w:rPr>
          <w:b w:val="0"/>
          <w:i w:val="0"/>
          <w:smallCaps w:val="0"/>
          <w:strike w:val="0"/>
          <w:sz w:val="22"/>
          <w:u w:val="single"/>
        </w:rPr>
        <w:t xml:space="preserve">withdrawal from WWI, created shock waves across the planet. Workers in </w:t>
      </w:r>
      <w:r>
        <w:rPr>
          <w:b/>
          <w:i w:val="0"/>
          <w:smallCaps w:val="0"/>
          <w:strike w:val="0"/>
          <w:sz w:val="22"/>
          <w:u w:val="single"/>
        </w:rPr>
        <w:t>Germany</w:t>
      </w:r>
      <w:r>
        <w:rPr>
          <w:b w:val="0"/>
          <w:i w:val="0"/>
          <w:smallCaps w:val="0"/>
          <w:strike w:val="0"/>
          <w:sz w:val="22"/>
          <w:u w:val="single"/>
        </w:rPr>
        <w:t xml:space="preserve"> rose in revolt a year later</w:t>
      </w:r>
      <w:r>
        <w:rPr>
          <w:b w:val="0"/>
          <w:i w:val="0"/>
          <w:smallCaps w:val="0"/>
          <w:strike w:val="0"/>
          <w:sz w:val="16"/>
          <w:u w:val="none"/>
        </w:rPr>
        <w:t xml:space="preserve">, ending the war for good and building soviets, a form of radical working-class democracy inspired by the Russian example. </w:t>
      </w:r>
      <w:r>
        <w:rPr>
          <w:b w:val="0"/>
          <w:i w:val="0"/>
          <w:smallCaps w:val="0"/>
          <w:strike w:val="0"/>
          <w:sz w:val="22"/>
          <w:u w:val="single"/>
        </w:rPr>
        <w:t xml:space="preserve">This was followed by </w:t>
      </w:r>
      <w:r>
        <w:rPr>
          <w:b/>
          <w:i w:val="0"/>
          <w:smallCaps w:val="0"/>
          <w:strike w:val="0"/>
          <w:sz w:val="22"/>
          <w:u w:val="single"/>
        </w:rPr>
        <w:t>uprisings</w:t>
      </w:r>
      <w:r>
        <w:rPr>
          <w:b w:val="0"/>
          <w:i w:val="0"/>
          <w:smallCaps w:val="0"/>
          <w:strike w:val="0"/>
          <w:sz w:val="22"/>
          <w:u w:val="single"/>
        </w:rPr>
        <w:t xml:space="preserve"> in </w:t>
      </w:r>
      <w:r>
        <w:rPr>
          <w:b/>
          <w:i w:val="0"/>
          <w:smallCaps w:val="0"/>
          <w:strike w:val="0"/>
          <w:sz w:val="22"/>
          <w:u w:val="single"/>
        </w:rPr>
        <w:t>France</w:t>
      </w:r>
      <w:r>
        <w:rPr>
          <w:b w:val="0"/>
          <w:i w:val="0"/>
          <w:smallCaps w:val="0"/>
          <w:strike w:val="0"/>
          <w:sz w:val="22"/>
          <w:u w:val="single"/>
        </w:rPr>
        <w:t xml:space="preserve">, </w:t>
      </w:r>
      <w:r>
        <w:rPr>
          <w:b/>
          <w:i w:val="0"/>
          <w:smallCaps w:val="0"/>
          <w:strike w:val="0"/>
          <w:sz w:val="22"/>
          <w:u w:val="single"/>
        </w:rPr>
        <w:t>Italy</w:t>
      </w:r>
      <w:r>
        <w:rPr>
          <w:b w:val="0"/>
          <w:i w:val="0"/>
          <w:smallCaps w:val="0"/>
          <w:strike w:val="0"/>
          <w:sz w:val="22"/>
          <w:u w:val="single"/>
        </w:rPr>
        <w:t xml:space="preserve"> and </w:t>
      </w:r>
      <w:r>
        <w:rPr>
          <w:b/>
          <w:i w:val="0"/>
          <w:smallCaps w:val="0"/>
          <w:strike w:val="0"/>
          <w:sz w:val="22"/>
          <w:u w:val="single"/>
        </w:rPr>
        <w:t>Hungary</w:t>
      </w:r>
      <w:r>
        <w:rPr>
          <w:b w:val="0"/>
          <w:i w:val="0"/>
          <w:smallCaps w:val="0"/>
          <w:strike w:val="0"/>
          <w:sz w:val="16"/>
          <w:u w:val="none"/>
        </w:rPr>
        <w:t xml:space="preserve">. </w:t>
      </w:r>
    </w:p>
    <w:p>
      <w:pPr>
        <w:spacing w:after="60"/>
      </w:pPr>
      <w:r>
        <w:rPr>
          <w:b w:val="0"/>
          <w:i w:val="0"/>
          <w:smallCaps w:val="0"/>
          <w:strike w:val="0"/>
          <w:sz w:val="22"/>
          <w:u w:val="single"/>
        </w:rPr>
        <w:t xml:space="preserve">The </w:t>
      </w:r>
      <w:r>
        <w:rPr>
          <w:b/>
          <w:i w:val="0"/>
          <w:smallCaps w:val="0"/>
          <w:strike w:val="0"/>
          <w:sz w:val="22"/>
          <w:u w:val="single"/>
        </w:rPr>
        <w:t>revolutionary wave</w:t>
      </w:r>
      <w:r>
        <w:rPr>
          <w:b w:val="0"/>
          <w:i w:val="0"/>
          <w:smallCaps w:val="0"/>
          <w:strike w:val="0"/>
          <w:sz w:val="22"/>
          <w:u w:val="single"/>
        </w:rPr>
        <w:t xml:space="preserve"> spread further.</w:t>
      </w:r>
      <w:r>
        <w:rPr>
          <w:b w:val="0"/>
          <w:i w:val="0"/>
          <w:smallCaps w:val="0"/>
          <w:strike w:val="0"/>
          <w:sz w:val="16"/>
          <w:u w:val="none"/>
        </w:rPr>
        <w:t xml:space="preserve"> A </w:t>
      </w:r>
      <w:r>
        <w:rPr>
          <w:b w:val="0"/>
          <w:i w:val="0"/>
          <w:smallCaps w:val="0"/>
          <w:strike w:val="0"/>
          <w:sz w:val="22"/>
          <w:u w:val="single"/>
        </w:rPr>
        <w:t>classified British government report</w:t>
      </w:r>
      <w:r>
        <w:rPr>
          <w:b w:val="0"/>
          <w:i w:val="0"/>
          <w:smallCaps w:val="0"/>
          <w:strike w:val="0"/>
          <w:sz w:val="16"/>
          <w:u w:val="none"/>
        </w:rPr>
        <w:t xml:space="preserve"> from 1919 </w:t>
      </w:r>
      <w:r>
        <w:rPr>
          <w:b w:val="0"/>
          <w:i w:val="0"/>
          <w:smallCaps w:val="0"/>
          <w:strike w:val="0"/>
          <w:sz w:val="22"/>
          <w:u w:val="single"/>
        </w:rPr>
        <w:t xml:space="preserve">noted a “very </w:t>
      </w:r>
      <w:r>
        <w:rPr>
          <w:b/>
          <w:i w:val="0"/>
          <w:smallCaps w:val="0"/>
          <w:strike w:val="0"/>
          <w:sz w:val="22"/>
          <w:u w:val="single"/>
        </w:rPr>
        <w:t>widespread feeling</w:t>
      </w:r>
      <w:r>
        <w:rPr>
          <w:b w:val="0"/>
          <w:i w:val="0"/>
          <w:smallCaps w:val="0"/>
          <w:strike w:val="0"/>
          <w:sz w:val="22"/>
          <w:u w:val="single"/>
        </w:rPr>
        <w:t xml:space="preserve"> among workers that thrones have become anachronisms, and that the Soviet may be the </w:t>
      </w:r>
      <w:r>
        <w:rPr>
          <w:b/>
          <w:i w:val="0"/>
          <w:smallCaps w:val="0"/>
          <w:strike w:val="0"/>
          <w:sz w:val="22"/>
          <w:u w:val="single"/>
        </w:rPr>
        <w:t>best form</w:t>
      </w:r>
      <w:r>
        <w:rPr>
          <w:b w:val="0"/>
          <w:i w:val="0"/>
          <w:smallCaps w:val="0"/>
          <w:strike w:val="0"/>
          <w:sz w:val="22"/>
          <w:u w:val="single"/>
        </w:rPr>
        <w:t xml:space="preserve"> of Government for a democracy”.</w:t>
      </w:r>
      <w:r>
        <w:rPr>
          <w:b w:val="0"/>
          <w:i w:val="0"/>
          <w:smallCaps w:val="0"/>
          <w:strike w:val="0"/>
          <w:sz w:val="16"/>
          <w:u w:val="none"/>
        </w:rPr>
        <w:t xml:space="preserve"> </w:t>
      </w:r>
    </w:p>
    <w:p>
      <w:pPr>
        <w:spacing w:after="60"/>
      </w:pPr>
      <w:r>
        <w:rPr>
          <w:b w:val="0"/>
          <w:i w:val="0"/>
          <w:smallCaps w:val="0"/>
          <w:strike w:val="0"/>
          <w:sz w:val="16"/>
          <w:u w:val="none"/>
        </w:rPr>
        <w:t xml:space="preserve">The rising tide of radicalism had an impact in Australia too. Meatworkers in the Queensland city of Townsville donned red jumpers, stormed the local police station to free jailed unionists, and placed the city under workers’ control. The editor of the conservative Townsville Daily Bulletin lamented: “Townsville for the last year or so has been developing Bolshevism ... the mob management of affairs in this city, differs very little, from the Petrograd and Moscow brand”. </w:t>
      </w:r>
    </w:p>
    <w:p>
      <w:pPr>
        <w:spacing w:after="60"/>
      </w:pPr>
      <w:r>
        <w:rPr>
          <w:b w:val="0"/>
          <w:i w:val="0"/>
          <w:smallCaps w:val="0"/>
          <w:strike w:val="0"/>
          <w:sz w:val="22"/>
          <w:u w:val="single"/>
        </w:rPr>
        <w:t>The Russian Bolsheviks</w:t>
      </w:r>
      <w:r>
        <w:rPr>
          <w:b w:val="0"/>
          <w:i w:val="0"/>
          <w:smallCaps w:val="0"/>
          <w:strike w:val="0"/>
          <w:sz w:val="16"/>
          <w:u w:val="none"/>
        </w:rPr>
        <w:t xml:space="preserve">, the revolutionary working-class party that led the revolution to victory in 1917, </w:t>
      </w:r>
      <w:r>
        <w:rPr>
          <w:b w:val="0"/>
          <w:i w:val="0"/>
          <w:smallCaps w:val="0"/>
          <w:strike w:val="0"/>
          <w:sz w:val="22"/>
          <w:u w:val="single"/>
        </w:rPr>
        <w:t xml:space="preserve">didn’t just passively wait for revolutions elsewhere. They </w:t>
      </w:r>
      <w:r>
        <w:rPr>
          <w:b/>
          <w:i w:val="0"/>
          <w:smallCaps w:val="0"/>
          <w:strike w:val="0"/>
          <w:sz w:val="22"/>
          <w:u w:val="single"/>
        </w:rPr>
        <w:t>actively organised to spread the revolt</w:t>
      </w:r>
      <w:r>
        <w:rPr>
          <w:b w:val="0"/>
          <w:i w:val="0"/>
          <w:smallCaps w:val="0"/>
          <w:strike w:val="0"/>
          <w:sz w:val="16"/>
          <w:u w:val="none"/>
        </w:rPr>
        <w:t xml:space="preserve">. In 1919, </w:t>
      </w:r>
      <w:r>
        <w:rPr>
          <w:b w:val="0"/>
          <w:i w:val="0"/>
          <w:smallCaps w:val="0"/>
          <w:strike w:val="0"/>
          <w:sz w:val="22"/>
          <w:u w:val="single"/>
        </w:rPr>
        <w:t xml:space="preserve">they established the </w:t>
      </w:r>
      <w:r>
        <w:rPr>
          <w:b/>
          <w:i w:val="0"/>
          <w:smallCaps w:val="0"/>
          <w:strike w:val="0"/>
          <w:sz w:val="22"/>
          <w:u w:val="single"/>
        </w:rPr>
        <w:t>Communist International</w:t>
      </w:r>
      <w:r>
        <w:rPr>
          <w:b w:val="0"/>
          <w:i w:val="0"/>
          <w:smallCaps w:val="0"/>
          <w:strike w:val="0"/>
          <w:sz w:val="22"/>
          <w:u w:val="single"/>
        </w:rPr>
        <w:t xml:space="preserve">, an organisation for </w:t>
      </w:r>
      <w:r>
        <w:rPr>
          <w:b/>
          <w:i w:val="0"/>
          <w:smallCaps w:val="0"/>
          <w:strike w:val="0"/>
          <w:sz w:val="22"/>
          <w:u w:val="single"/>
        </w:rPr>
        <w:t>debate</w:t>
      </w:r>
      <w:r>
        <w:rPr>
          <w:b w:val="0"/>
          <w:i w:val="0"/>
          <w:smallCaps w:val="0"/>
          <w:strike w:val="0"/>
          <w:sz w:val="22"/>
          <w:u w:val="single"/>
        </w:rPr>
        <w:t xml:space="preserve">, </w:t>
      </w:r>
      <w:r>
        <w:rPr>
          <w:b/>
          <w:i w:val="0"/>
          <w:smallCaps w:val="0"/>
          <w:strike w:val="0"/>
          <w:sz w:val="22"/>
          <w:u w:val="single"/>
        </w:rPr>
        <w:t>discussion</w:t>
      </w:r>
      <w:r>
        <w:rPr>
          <w:b w:val="0"/>
          <w:i w:val="0"/>
          <w:smallCaps w:val="0"/>
          <w:strike w:val="0"/>
          <w:sz w:val="22"/>
          <w:u w:val="single"/>
        </w:rPr>
        <w:t xml:space="preserve"> and </w:t>
      </w:r>
      <w:r>
        <w:rPr>
          <w:b/>
          <w:i w:val="0"/>
          <w:smallCaps w:val="0"/>
          <w:strike w:val="0"/>
          <w:sz w:val="22"/>
          <w:u w:val="single"/>
        </w:rPr>
        <w:t>coordination</w:t>
      </w:r>
      <w:r>
        <w:rPr>
          <w:b w:val="0"/>
          <w:i w:val="0"/>
          <w:smallCaps w:val="0"/>
          <w:strike w:val="0"/>
          <w:sz w:val="22"/>
          <w:u w:val="single"/>
        </w:rPr>
        <w:t xml:space="preserve"> between different revolutionary workers’ parties.</w:t>
      </w:r>
      <w:r>
        <w:rPr>
          <w:b w:val="0"/>
          <w:i w:val="0"/>
          <w:smallCaps w:val="0"/>
          <w:strike w:val="0"/>
          <w:sz w:val="16"/>
          <w:u w:val="none"/>
        </w:rPr>
        <w:t xml:space="preserve"> Revolutionaries in Russia, Italy, France, Germany, the US, Australia and elsewhere attempted </w:t>
      </w:r>
      <w:r>
        <w:rPr>
          <w:b w:val="0"/>
          <w:i w:val="0"/>
          <w:smallCaps w:val="0"/>
          <w:strike w:val="0"/>
          <w:sz w:val="22"/>
          <w:u w:val="single"/>
        </w:rPr>
        <w:t xml:space="preserve">to clarify and develop a strategy for </w:t>
      </w:r>
      <w:r>
        <w:rPr>
          <w:b/>
          <w:i w:val="0"/>
          <w:smallCaps w:val="0"/>
          <w:strike w:val="0"/>
          <w:sz w:val="22"/>
          <w:u w:val="single"/>
        </w:rPr>
        <w:t>overthrowing capitalism</w:t>
      </w:r>
      <w:r>
        <w:rPr>
          <w:b w:val="0"/>
          <w:i w:val="0"/>
          <w:smallCaps w:val="0"/>
          <w:strike w:val="0"/>
          <w:sz w:val="16"/>
          <w:u w:val="none"/>
        </w:rPr>
        <w:t xml:space="preserve"> everywhere. In none of these countries was there a party like the Bolsheviks, steeled in years of organising working-class struggle to overthrow the state, and capable of leading a revolution. But </w:t>
      </w:r>
      <w:r>
        <w:rPr>
          <w:b w:val="0"/>
          <w:i w:val="0"/>
          <w:smallCaps w:val="0"/>
          <w:strike w:val="0"/>
          <w:sz w:val="22"/>
          <w:u w:val="single"/>
        </w:rPr>
        <w:t xml:space="preserve">for a number of years, </w:t>
      </w:r>
      <w:r>
        <w:rPr>
          <w:b/>
          <w:i w:val="0"/>
          <w:smallCaps w:val="0"/>
          <w:strike w:val="0"/>
          <w:sz w:val="22"/>
          <w:u w:val="single"/>
        </w:rPr>
        <w:t>workers came close</w:t>
      </w:r>
      <w:r>
        <w:rPr>
          <w:b w:val="0"/>
          <w:i w:val="0"/>
          <w:smallCaps w:val="0"/>
          <w:strike w:val="0"/>
          <w:sz w:val="22"/>
          <w:u w:val="single"/>
        </w:rPr>
        <w:t xml:space="preserve"> to overthrowing capitalism</w:t>
      </w:r>
      <w:r>
        <w:rPr>
          <w:b w:val="0"/>
          <w:i w:val="0"/>
          <w:smallCaps w:val="0"/>
          <w:strike w:val="0"/>
          <w:sz w:val="16"/>
          <w:u w:val="none"/>
        </w:rPr>
        <w:t xml:space="preserve"> in several countries. </w:t>
      </w:r>
    </w:p>
    <w:p>
      <w:pPr>
        <w:spacing w:after="60"/>
      </w:pPr>
      <w:r>
        <w:rPr>
          <w:b w:val="0"/>
          <w:i w:val="0"/>
          <w:smallCaps w:val="0"/>
          <w:strike w:val="0"/>
          <w:sz w:val="22"/>
          <w:u w:val="single"/>
        </w:rPr>
        <w:t xml:space="preserve">In periods of stability, when social conservatism dominates, international revolution can </w:t>
      </w:r>
      <w:r>
        <w:rPr>
          <w:b/>
          <w:i w:val="0"/>
          <w:smallCaps w:val="0"/>
          <w:strike w:val="0"/>
          <w:sz w:val="22"/>
          <w:u w:val="single"/>
        </w:rPr>
        <w:t>seem like a pipe dream</w:t>
      </w:r>
      <w:r>
        <w:rPr>
          <w:b w:val="0"/>
          <w:i w:val="0"/>
          <w:smallCaps w:val="0"/>
          <w:strike w:val="0"/>
          <w:sz w:val="22"/>
          <w:u w:val="single"/>
        </w:rPr>
        <w:t xml:space="preserve">. Defenders of the status quo </w:t>
      </w:r>
      <w:r>
        <w:rPr>
          <w:b/>
          <w:i w:val="0"/>
          <w:smallCaps w:val="0"/>
          <w:strike w:val="0"/>
          <w:sz w:val="22"/>
          <w:u w:val="single"/>
        </w:rPr>
        <w:t>actively work</w:t>
      </w:r>
      <w:r>
        <w:rPr>
          <w:b w:val="0"/>
          <w:i w:val="0"/>
          <w:smallCaps w:val="0"/>
          <w:strike w:val="0"/>
          <w:sz w:val="22"/>
          <w:u w:val="single"/>
        </w:rPr>
        <w:t xml:space="preserve"> to </w:t>
      </w:r>
      <w:r>
        <w:rPr>
          <w:b/>
          <w:i w:val="0"/>
          <w:smallCaps w:val="0"/>
          <w:strike w:val="0"/>
          <w:sz w:val="22"/>
          <w:u w:val="single"/>
        </w:rPr>
        <w:t>reinforce this illusion</w:t>
      </w:r>
      <w:r>
        <w:rPr>
          <w:b w:val="0"/>
          <w:i w:val="0"/>
          <w:smallCaps w:val="0"/>
          <w:strike w:val="0"/>
          <w:sz w:val="22"/>
          <w:u w:val="single"/>
        </w:rPr>
        <w:t xml:space="preserve">. But </w:t>
      </w:r>
      <w:r>
        <w:rPr>
          <w:b/>
          <w:i w:val="0"/>
          <w:smallCaps w:val="0"/>
          <w:strike w:val="0"/>
          <w:sz w:val="22"/>
          <w:u w:val="single"/>
        </w:rPr>
        <w:t>history</w:t>
      </w:r>
      <w:r>
        <w:rPr>
          <w:b w:val="0"/>
          <w:i w:val="0"/>
          <w:smallCaps w:val="0"/>
          <w:strike w:val="0"/>
          <w:sz w:val="22"/>
          <w:u w:val="single"/>
        </w:rPr>
        <w:t xml:space="preserve"> proves that the </w:t>
      </w:r>
      <w:r>
        <w:rPr>
          <w:b/>
          <w:i w:val="0"/>
          <w:smallCaps w:val="0"/>
          <w:strike w:val="0"/>
          <w:sz w:val="22"/>
          <w:u w:val="single"/>
        </w:rPr>
        <w:t>crises</w:t>
      </w:r>
      <w:r>
        <w:rPr>
          <w:b w:val="0"/>
          <w:i w:val="0"/>
          <w:smallCaps w:val="0"/>
          <w:strike w:val="0"/>
          <w:sz w:val="22"/>
          <w:u w:val="single"/>
        </w:rPr>
        <w:t xml:space="preserve"> that the </w:t>
      </w:r>
      <w:r>
        <w:rPr>
          <w:b/>
          <w:i w:val="0"/>
          <w:smallCaps w:val="0"/>
          <w:strike w:val="0"/>
          <w:sz w:val="22"/>
          <w:u w:val="single"/>
        </w:rPr>
        <w:t>system generates</w:t>
      </w:r>
      <w:r>
        <w:rPr>
          <w:b w:val="0"/>
          <w:i w:val="0"/>
          <w:smallCaps w:val="0"/>
          <w:strike w:val="0"/>
          <w:sz w:val="22"/>
          <w:u w:val="single"/>
        </w:rPr>
        <w:t xml:space="preserve"> are </w:t>
      </w:r>
      <w:r>
        <w:rPr>
          <w:b/>
          <w:i w:val="0"/>
          <w:smallCaps w:val="0"/>
          <w:strike w:val="0"/>
          <w:sz w:val="22"/>
          <w:u w:val="single"/>
        </w:rPr>
        <w:t>international</w:t>
      </w:r>
      <w:r>
        <w:rPr>
          <w:b w:val="0"/>
          <w:i w:val="0"/>
          <w:smallCaps w:val="0"/>
          <w:strike w:val="0"/>
          <w:sz w:val="22"/>
          <w:u w:val="single"/>
        </w:rPr>
        <w:t xml:space="preserve">, and that they will inevitably </w:t>
      </w:r>
      <w:r>
        <w:rPr>
          <w:b/>
          <w:i w:val="0"/>
          <w:smallCaps w:val="0"/>
          <w:strike w:val="0"/>
          <w:sz w:val="22"/>
          <w:u w:val="single"/>
        </w:rPr>
        <w:t>provoke international resistance</w:t>
      </w:r>
      <w:r>
        <w:rPr>
          <w:b w:val="0"/>
          <w:i w:val="0"/>
          <w:smallCaps w:val="0"/>
          <w:strike w:val="0"/>
          <w:sz w:val="16"/>
          <w:u w:val="none"/>
        </w:rPr>
        <w:t xml:space="preserve">. </w:t>
      </w:r>
    </w:p>
    <w:p>
      <w:pPr>
        <w:spacing w:after="60"/>
      </w:pPr>
      <w:r>
        <w:rPr>
          <w:b w:val="0"/>
          <w:i w:val="0"/>
          <w:smallCaps w:val="0"/>
          <w:strike w:val="0"/>
          <w:sz w:val="22"/>
          <w:u w:val="single"/>
        </w:rPr>
        <w:t xml:space="preserve">Capitalism is a </w:t>
      </w:r>
      <w:r>
        <w:rPr>
          <w:b/>
          <w:i w:val="0"/>
          <w:smallCaps w:val="0"/>
          <w:strike w:val="0"/>
          <w:sz w:val="22"/>
          <w:u w:val="single"/>
        </w:rPr>
        <w:t>global system</w:t>
      </w:r>
      <w:r>
        <w:rPr>
          <w:b w:val="0"/>
          <w:i w:val="0"/>
          <w:smallCaps w:val="0"/>
          <w:strike w:val="0"/>
          <w:sz w:val="22"/>
          <w:u w:val="single"/>
        </w:rPr>
        <w:t xml:space="preserve">. It requires a </w:t>
      </w:r>
      <w:r>
        <w:rPr>
          <w:b/>
          <w:i w:val="0"/>
          <w:smallCaps w:val="0"/>
          <w:strike w:val="0"/>
          <w:sz w:val="22"/>
          <w:u w:val="single"/>
        </w:rPr>
        <w:t>global movement</w:t>
      </w:r>
      <w:r>
        <w:rPr>
          <w:b w:val="0"/>
          <w:i w:val="0"/>
          <w:smallCaps w:val="0"/>
          <w:strike w:val="0"/>
          <w:sz w:val="22"/>
          <w:u w:val="single"/>
        </w:rPr>
        <w:t xml:space="preserve"> to tear it up</w:t>
      </w:r>
      <w:r>
        <w:rPr>
          <w:b w:val="0"/>
          <w:i w:val="0"/>
          <w:smallCaps w:val="0"/>
          <w:strike w:val="0"/>
          <w:sz w:val="16"/>
          <w:u w:val="none"/>
        </w:rPr>
        <w:t xml:space="preserve">, root and branch. </w:t>
      </w:r>
      <w:r>
        <w:rPr>
          <w:b w:val="0"/>
          <w:i w:val="0"/>
          <w:smallCaps w:val="0"/>
          <w:strike w:val="0"/>
          <w:sz w:val="22"/>
          <w:u w:val="single"/>
        </w:rPr>
        <w:t xml:space="preserve">But it also makes global revolution more </w:t>
      </w:r>
      <w:r>
        <w:rPr>
          <w:b/>
          <w:i w:val="0"/>
          <w:smallCaps w:val="0"/>
          <w:strike w:val="0"/>
          <w:sz w:val="22"/>
          <w:u w:val="single"/>
        </w:rPr>
        <w:t>possible</w:t>
      </w:r>
      <w:r>
        <w:rPr>
          <w:b w:val="0"/>
          <w:i w:val="0"/>
          <w:smallCaps w:val="0"/>
          <w:strike w:val="0"/>
          <w:sz w:val="22"/>
          <w:u w:val="single"/>
        </w:rPr>
        <w:t xml:space="preserve">, and more </w:t>
      </w:r>
      <w:r>
        <w:rPr>
          <w:b/>
          <w:i w:val="0"/>
          <w:smallCaps w:val="0"/>
          <w:strike w:val="0"/>
          <w:sz w:val="22"/>
          <w:u w:val="single"/>
        </w:rPr>
        <w:t>likely</w:t>
      </w:r>
      <w:r>
        <w:rPr>
          <w:b w:val="0"/>
          <w:i w:val="0"/>
          <w:smallCaps w:val="0"/>
          <w:strike w:val="0"/>
          <w:sz w:val="22"/>
          <w:u w:val="single"/>
        </w:rPr>
        <w:t>. The most important thing</w:t>
      </w:r>
      <w:r>
        <w:rPr>
          <w:b w:val="0"/>
          <w:i w:val="0"/>
          <w:smallCaps w:val="0"/>
          <w:strike w:val="0"/>
          <w:sz w:val="16"/>
          <w:u w:val="none"/>
        </w:rPr>
        <w:t xml:space="preserve"> that socialists can do, whether you live in Hong Kong or France, Myanmar or Australia, </w:t>
      </w:r>
      <w:r>
        <w:rPr>
          <w:b w:val="0"/>
          <w:i w:val="0"/>
          <w:smallCaps w:val="0"/>
          <w:strike w:val="0"/>
          <w:sz w:val="22"/>
          <w:u w:val="single"/>
        </w:rPr>
        <w:t xml:space="preserve">is to get stuck into </w:t>
      </w:r>
      <w:r>
        <w:rPr>
          <w:b/>
          <w:i w:val="0"/>
          <w:smallCaps w:val="0"/>
          <w:strike w:val="0"/>
          <w:sz w:val="22"/>
          <w:u w:val="single"/>
        </w:rPr>
        <w:t>organising for it</w:t>
      </w:r>
      <w:r>
        <w:rPr>
          <w:b w:val="0"/>
          <w:i w:val="0"/>
          <w:smallCaps w:val="0"/>
          <w:strike w:val="0"/>
          <w:sz w:val="22"/>
          <w:u w:val="single"/>
        </w:rPr>
        <w:t xml:space="preserve"> today</w:t>
      </w:r>
      <w:r>
        <w:rPr>
          <w:b w:val="0"/>
          <w:i w:val="0"/>
          <w:smallCaps w:val="0"/>
          <w:strike w:val="0"/>
          <w:u w:val="none"/>
        </w:rPr>
        <w:t>.</w:t>
      </w:r>
    </w:p>
    <w:p>
      <w:pPr>
        <w:pStyle w:val="Caption"/>
      </w:pPr>
      <w:r>
        <w:t>Source: Capitalism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