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Biological death </w:t>
      </w:r>
      <w:r>
        <w:rPr>
          <w:b/>
          <w:i w:val="0"/>
          <w:smallCaps w:val="0"/>
          <w:strike w:val="0"/>
          <w:sz w:val="26"/>
          <w:u w:val="single"/>
        </w:rPr>
        <w:t>is</w:t>
      </w:r>
      <w:r>
        <w:rPr>
          <w:b/>
          <w:i w:val="0"/>
          <w:smallCaps w:val="0"/>
          <w:strike w:val="0"/>
          <w:sz w:val="26"/>
          <w:u w:val="none"/>
        </w:rPr>
        <w:t xml:space="preserve"> distinct </w:t>
      </w:r>
      <w:r>
        <w:rPr>
          <w:b/>
          <w:i w:val="0"/>
          <w:smallCaps w:val="0"/>
          <w:strike w:val="0"/>
          <w:sz w:val="26"/>
          <w:u w:val="single"/>
        </w:rPr>
        <w:t>and</w:t>
      </w:r>
      <w:r>
        <w:rPr>
          <w:b/>
          <w:i w:val="0"/>
          <w:smallCaps w:val="0"/>
          <w:strike w:val="0"/>
          <w:sz w:val="26"/>
          <w:u w:val="none"/>
        </w:rPr>
        <w:t xml:space="preserve"> categorically worse.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Paterson 3</w:t>
      </w:r>
      <w:r>
        <w:rPr>
          <w:b w:val="0"/>
          <w:i w:val="0"/>
          <w:smallCaps w:val="0"/>
          <w:strike w:val="0"/>
          <w:u w:val="none"/>
        </w:rPr>
        <w:t xml:space="preserve"> - Department of Philosophy, Providence College, Rhode Island 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Craig, “A Life Not Worth Living?”, Studies in Christian Ethics, SAGE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Contrary to those accounts, I would argue that </w:t>
      </w:r>
      <w:r>
        <w:rPr>
          <w:b w:val="0"/>
          <w:i w:val="0"/>
          <w:smallCaps w:val="0"/>
          <w:strike w:val="0"/>
          <w:u w:val="single"/>
        </w:rPr>
        <w:t xml:space="preserve">it is </w:t>
      </w:r>
      <w:r>
        <w:rPr>
          <w:b/>
          <w:i w:val="0"/>
          <w:smallCaps w:val="0"/>
          <w:strike w:val="0"/>
          <w:u w:val="single"/>
        </w:rPr>
        <w:t>death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per se </w:t>
      </w:r>
      <w:r>
        <w:rPr>
          <w:b w:val="0"/>
          <w:i w:val="0"/>
          <w:smallCaps w:val="0"/>
          <w:strike w:val="0"/>
          <w:u w:val="single"/>
        </w:rPr>
        <w:t xml:space="preserve">that is really the </w:t>
      </w:r>
      <w:r>
        <w:rPr>
          <w:b/>
          <w:i w:val="0"/>
          <w:smallCaps w:val="0"/>
          <w:strike w:val="0"/>
          <w:u w:val="single"/>
        </w:rPr>
        <w:t>objective evil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for us, not because it deprives us of a prospective future of overall good judged better than the alternative of non-being. It cannot be about harm to a former person who has ceased to exist, for no person </w:t>
      </w:r>
      <w:r>
        <w:rPr>
          <w:b w:val="0"/>
          <w:i w:val="0"/>
          <w:smallCaps w:val="0"/>
          <w:strike w:val="0"/>
          <w:sz w:val="16"/>
          <w:u w:val="none"/>
        </w:rPr>
        <w:t>actually suffers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from the </w:t>
      </w:r>
      <w:r>
        <w:rPr>
          <w:b w:val="0"/>
          <w:i w:val="0"/>
          <w:smallCaps w:val="0"/>
          <w:strike w:val="0"/>
          <w:sz w:val="16"/>
          <w:u w:val="none"/>
        </w:rPr>
        <w:t>sub-sequent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non-participation. Rather</w:t>
      </w:r>
      <w:r>
        <w:rPr>
          <w:b w:val="0"/>
          <w:i w:val="0"/>
          <w:smallCaps w:val="0"/>
          <w:strike w:val="0"/>
          <w:u w:val="single"/>
        </w:rPr>
        <w:t xml:space="preserve">, death </w:t>
      </w:r>
      <w:r>
        <w:rPr>
          <w:b w:val="0"/>
          <w:i w:val="0"/>
          <w:smallCaps w:val="0"/>
          <w:strike w:val="0"/>
          <w:u w:val="single"/>
        </w:rPr>
        <w:t>in itself is</w:t>
      </w:r>
      <w:r>
        <w:rPr>
          <w:b w:val="0"/>
          <w:i w:val="0"/>
          <w:smallCaps w:val="0"/>
          <w:strike w:val="0"/>
          <w:u w:val="single"/>
        </w:rPr>
        <w:t xml:space="preserve"> an evil to us because it </w:t>
      </w:r>
      <w:r>
        <w:rPr>
          <w:b/>
          <w:i w:val="0"/>
          <w:smallCaps w:val="0"/>
          <w:strike w:val="0"/>
          <w:u w:val="single"/>
        </w:rPr>
        <w:t>ontologically destroys</w:t>
      </w:r>
      <w:r>
        <w:rPr>
          <w:b w:val="0"/>
          <w:i w:val="0"/>
          <w:smallCaps w:val="0"/>
          <w:strike w:val="0"/>
          <w:u w:val="single"/>
        </w:rPr>
        <w:t xml:space="preserve"> the current existent subject — it is the </w:t>
      </w:r>
      <w:r>
        <w:rPr>
          <w:b/>
          <w:i w:val="0"/>
          <w:smallCaps w:val="0"/>
          <w:strike w:val="0"/>
          <w:u w:val="single"/>
        </w:rPr>
        <w:t>ultimate</w:t>
      </w:r>
      <w:r>
        <w:rPr>
          <w:b w:val="0"/>
          <w:i w:val="0"/>
          <w:smallCaps w:val="0"/>
          <w:strike w:val="0"/>
          <w:u w:val="single"/>
        </w:rPr>
        <w:t xml:space="preserve"> in </w:t>
      </w:r>
      <w:r>
        <w:rPr>
          <w:b/>
          <w:i w:val="0"/>
          <w:smallCaps w:val="0"/>
          <w:strike w:val="0"/>
          <w:u w:val="single"/>
        </w:rPr>
        <w:t xml:space="preserve">metaphysical </w:t>
      </w:r>
      <w:r>
        <w:rPr>
          <w:b/>
          <w:i w:val="0"/>
          <w:smallCaps w:val="0"/>
          <w:strike w:val="0"/>
          <w:u w:val="single"/>
        </w:rPr>
        <w:t>lightening</w:t>
      </w:r>
      <w:r>
        <w:rPr>
          <w:b/>
          <w:i w:val="0"/>
          <w:smallCaps w:val="0"/>
          <w:strike w:val="0"/>
          <w:u w:val="single"/>
        </w:rPr>
        <w:t xml:space="preserve"> strikes</w:t>
      </w:r>
      <w:r>
        <w:rPr>
          <w:b w:val="0"/>
          <w:i w:val="0"/>
          <w:smallCaps w:val="0"/>
          <w:strike w:val="0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80 The evil of </w:t>
      </w:r>
      <w:r>
        <w:rPr>
          <w:b w:val="0"/>
          <w:i w:val="0"/>
          <w:smallCaps w:val="0"/>
          <w:strike w:val="0"/>
          <w:u w:val="single"/>
        </w:rPr>
        <w:t xml:space="preserve">death is truly an </w:t>
      </w:r>
      <w:r>
        <w:rPr>
          <w:b/>
          <w:i w:val="0"/>
          <w:smallCaps w:val="0"/>
          <w:strike w:val="0"/>
          <w:u w:val="single"/>
        </w:rPr>
        <w:t>ontological evil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>borne by the person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>who already exists</w:t>
      </w:r>
      <w:r>
        <w:rPr>
          <w:b w:val="0"/>
          <w:i w:val="0"/>
          <w:smallCaps w:val="0"/>
          <w:strike w:val="0"/>
          <w:u w:val="single"/>
        </w:rPr>
        <w:t xml:space="preserve">, </w:t>
      </w:r>
      <w:r>
        <w:rPr>
          <w:b/>
          <w:i w:val="0"/>
          <w:smallCaps w:val="0"/>
          <w:strike w:val="0"/>
          <w:u w:val="single"/>
        </w:rPr>
        <w:t>independently</w:t>
      </w:r>
      <w:r>
        <w:rPr>
          <w:b w:val="0"/>
          <w:i w:val="0"/>
          <w:smallCaps w:val="0"/>
          <w:strike w:val="0"/>
          <w:u w:val="single"/>
        </w:rPr>
        <w:t xml:space="preserve"> of </w:t>
      </w:r>
      <w:r>
        <w:rPr>
          <w:b/>
          <w:i w:val="0"/>
          <w:smallCaps w:val="0"/>
          <w:strike w:val="0"/>
          <w:u w:val="single"/>
        </w:rPr>
        <w:t>calculations about better or worse possible lives</w:t>
      </w:r>
      <w:r>
        <w:rPr>
          <w:b w:val="0"/>
          <w:i w:val="0"/>
          <w:smallCaps w:val="0"/>
          <w:strike w:val="0"/>
          <w:u w:val="single"/>
        </w:rPr>
        <w:t xml:space="preserve">. Such an evil need not be consciously experienced </w:t>
      </w:r>
      <w:r>
        <w:rPr>
          <w:b w:val="0"/>
          <w:i w:val="0"/>
          <w:smallCaps w:val="0"/>
          <w:strike w:val="0"/>
          <w:u w:val="single"/>
        </w:rPr>
        <w:t>in order to</w:t>
      </w:r>
      <w:r>
        <w:rPr>
          <w:b w:val="0"/>
          <w:i w:val="0"/>
          <w:smallCaps w:val="0"/>
          <w:strike w:val="0"/>
          <w:u w:val="single"/>
        </w:rPr>
        <w:t xml:space="preserve"> be an evil for the kind of being a human person is. Death is an evil </w:t>
      </w:r>
      <w:r>
        <w:rPr>
          <w:b/>
          <w:i w:val="0"/>
          <w:smallCaps w:val="0"/>
          <w:strike w:val="0"/>
          <w:u w:val="single"/>
        </w:rPr>
        <w:t>because</w:t>
      </w:r>
      <w:r>
        <w:rPr>
          <w:b w:val="0"/>
          <w:i w:val="0"/>
          <w:smallCaps w:val="0"/>
          <w:strike w:val="0"/>
          <w:u w:val="single"/>
        </w:rPr>
        <w:t xml:space="preserve"> of the change in kind it brings about, a change that is </w:t>
      </w:r>
      <w:r>
        <w:rPr>
          <w:b/>
          <w:i w:val="0"/>
          <w:smallCaps w:val="0"/>
          <w:strike w:val="0"/>
          <w:u w:val="single"/>
        </w:rPr>
        <w:t>destructive of the type of entity that we essentially are</w:t>
      </w:r>
      <w:r>
        <w:rPr>
          <w:b w:val="0"/>
          <w:i w:val="0"/>
          <w:smallCaps w:val="0"/>
          <w:strike w:val="0"/>
          <w:u w:val="single"/>
        </w:rPr>
        <w:t>. Anything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whether caused naturally or caused by human intervention (intentional or unintentional) </w:t>
      </w:r>
      <w:r>
        <w:rPr>
          <w:b w:val="0"/>
          <w:i w:val="0"/>
          <w:smallCaps w:val="0"/>
          <w:strike w:val="0"/>
          <w:u w:val="single"/>
        </w:rPr>
        <w:t xml:space="preserve">that drastically interferes in the process of maintaining the person in existence is an </w:t>
      </w:r>
      <w:r>
        <w:rPr>
          <w:b/>
          <w:i w:val="0"/>
          <w:smallCaps w:val="0"/>
          <w:strike w:val="0"/>
          <w:u w:val="single"/>
        </w:rPr>
        <w:t>objective evil</w:t>
      </w:r>
      <w:r>
        <w:rPr>
          <w:b w:val="0"/>
          <w:i w:val="0"/>
          <w:smallCaps w:val="0"/>
          <w:strike w:val="0"/>
          <w:u w:val="single"/>
        </w:rPr>
        <w:t xml:space="preserve"> for the person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What is crucially at stake </w:t>
      </w:r>
      <w:r>
        <w:rPr>
          <w:b w:val="0"/>
          <w:i w:val="0"/>
          <w:smallCaps w:val="0"/>
          <w:strike w:val="0"/>
          <w:sz w:val="16"/>
          <w:u w:val="none"/>
        </w:rPr>
        <w:t>here, 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is dialectically supportive of the self-</w:t>
      </w:r>
      <w:r>
        <w:rPr>
          <w:b w:val="0"/>
          <w:i w:val="0"/>
          <w:smallCaps w:val="0"/>
          <w:strike w:val="0"/>
          <w:sz w:val="16"/>
          <w:u w:val="none"/>
        </w:rPr>
        <w:t>evidency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the basic good of human life, is that </w:t>
      </w:r>
      <w:r>
        <w:rPr>
          <w:b w:val="0"/>
          <w:i w:val="0"/>
          <w:smallCaps w:val="0"/>
          <w:strike w:val="0"/>
          <w:u w:val="single"/>
        </w:rPr>
        <w:t xml:space="preserve">death is a </w:t>
      </w:r>
      <w:r>
        <w:rPr>
          <w:b/>
          <w:i w:val="0"/>
          <w:smallCaps w:val="0"/>
          <w:strike w:val="0"/>
          <w:u w:val="single"/>
        </w:rPr>
        <w:t>radical interference</w:t>
      </w:r>
      <w:r>
        <w:rPr>
          <w:b w:val="0"/>
          <w:i w:val="0"/>
          <w:smallCaps w:val="0"/>
          <w:strike w:val="0"/>
          <w:u w:val="single"/>
        </w:rPr>
        <w:t xml:space="preserve"> with the </w:t>
      </w:r>
      <w:r>
        <w:rPr>
          <w:b/>
          <w:i w:val="0"/>
          <w:smallCaps w:val="0"/>
          <w:strike w:val="0"/>
          <w:u w:val="single"/>
        </w:rPr>
        <w:t>current life process</w:t>
      </w:r>
      <w:r>
        <w:rPr>
          <w:b w:val="0"/>
          <w:i w:val="0"/>
          <w:smallCaps w:val="0"/>
          <w:strike w:val="0"/>
          <w:u w:val="single"/>
        </w:rPr>
        <w:t xml:space="preserve"> of the kind of being that we are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In consequence, </w:t>
      </w:r>
      <w:r>
        <w:rPr>
          <w:b w:val="0"/>
          <w:i w:val="0"/>
          <w:smallCaps w:val="0"/>
          <w:strike w:val="0"/>
          <w:u w:val="single"/>
        </w:rPr>
        <w:t xml:space="preserve">death itself can be credibly thought of as a ‘primitive evil’ for </w:t>
      </w:r>
      <w:r>
        <w:rPr>
          <w:b/>
          <w:i w:val="0"/>
          <w:smallCaps w:val="0"/>
          <w:strike w:val="0"/>
          <w:u w:val="single"/>
        </w:rPr>
        <w:t>all</w:t>
      </w:r>
      <w:r>
        <w:rPr>
          <w:b w:val="0"/>
          <w:i w:val="0"/>
          <w:smallCaps w:val="0"/>
          <w:strike w:val="0"/>
          <w:u w:val="single"/>
        </w:rPr>
        <w:t xml:space="preserve"> persons, </w:t>
      </w:r>
      <w:r>
        <w:rPr>
          <w:b/>
          <w:i w:val="0"/>
          <w:smallCaps w:val="0"/>
          <w:strike w:val="0"/>
          <w:u w:val="single"/>
        </w:rPr>
        <w:t>regardless</w:t>
      </w:r>
      <w:r>
        <w:rPr>
          <w:b w:val="0"/>
          <w:i w:val="0"/>
          <w:smallCaps w:val="0"/>
          <w:strike w:val="0"/>
          <w:u w:val="single"/>
        </w:rPr>
        <w:t xml:space="preserve"> of the extent to which they are </w:t>
      </w:r>
      <w:r>
        <w:rPr>
          <w:b/>
          <w:i w:val="0"/>
          <w:smallCaps w:val="0"/>
          <w:strike w:val="0"/>
          <w:u w:val="single"/>
        </w:rPr>
        <w:t>currently or prospectively</w:t>
      </w:r>
      <w:r>
        <w:rPr>
          <w:b w:val="0"/>
          <w:i w:val="0"/>
          <w:smallCaps w:val="0"/>
          <w:strike w:val="0"/>
          <w:u w:val="single"/>
        </w:rPr>
        <w:t xml:space="preserve"> capable of </w:t>
      </w:r>
      <w:r>
        <w:rPr>
          <w:b/>
          <w:i w:val="0"/>
          <w:smallCaps w:val="0"/>
          <w:strike w:val="0"/>
          <w:u w:val="single"/>
        </w:rPr>
        <w:t>participating in a full array of the goods of life</w:t>
      </w:r>
      <w:r>
        <w:rPr>
          <w:b w:val="0"/>
          <w:i w:val="0"/>
          <w:smallCaps w:val="0"/>
          <w:strike w:val="0"/>
          <w:u w:val="single"/>
        </w:rPr>
        <w:t xml:space="preserve">. </w:t>
      </w:r>
      <w:r>
        <w:rPr>
          <w:b w:val="0"/>
          <w:i w:val="0"/>
          <w:smallCaps w:val="0"/>
          <w:strike w:val="0"/>
          <w:sz w:val="16"/>
          <w:u w:val="none"/>
        </w:rPr>
        <w:t xml:space="preserve">81 In conclusion, </w:t>
      </w:r>
      <w:r>
        <w:rPr>
          <w:b w:val="0"/>
          <w:i w:val="0"/>
          <w:smallCaps w:val="0"/>
          <w:strike w:val="0"/>
          <w:u w:val="single"/>
        </w:rPr>
        <w:t>concerning willed human actions</w:t>
      </w:r>
      <w:r>
        <w:rPr>
          <w:b w:val="0"/>
          <w:i w:val="0"/>
          <w:smallCaps w:val="0"/>
          <w:strike w:val="0"/>
          <w:sz w:val="16"/>
          <w:u w:val="none"/>
        </w:rPr>
        <w:t>, it is justifiable to state that</w:t>
      </w:r>
      <w:r>
        <w:rPr>
          <w:b w:val="0"/>
          <w:i w:val="0"/>
          <w:smallCaps w:val="0"/>
          <w:strike w:val="0"/>
          <w:u w:val="single"/>
        </w:rPr>
        <w:t xml:space="preserve"> </w:t>
      </w:r>
      <w:r>
        <w:rPr>
          <w:b/>
          <w:i w:val="0"/>
          <w:smallCaps w:val="0"/>
          <w:strike w:val="0"/>
          <w:u w:val="single"/>
        </w:rPr>
        <w:t>any intentional rejection of human life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itself </w:t>
      </w:r>
      <w:r>
        <w:rPr>
          <w:b/>
          <w:i w:val="0"/>
          <w:smallCaps w:val="0"/>
          <w:strike w:val="0"/>
          <w:u w:val="single"/>
        </w:rPr>
        <w:t xml:space="preserve">cannot </w:t>
      </w:r>
      <w:r>
        <w:rPr>
          <w:b w:val="0"/>
          <w:i w:val="0"/>
          <w:smallCaps w:val="0"/>
          <w:strike w:val="0"/>
          <w:u w:val="single"/>
        </w:rPr>
        <w:t xml:space="preserve">therefore </w:t>
      </w:r>
      <w:r>
        <w:rPr>
          <w:b/>
          <w:i w:val="0"/>
          <w:smallCaps w:val="0"/>
          <w:strike w:val="0"/>
          <w:u w:val="single"/>
        </w:rPr>
        <w:t xml:space="preserve">be warranted </w:t>
      </w:r>
      <w:r>
        <w:rPr>
          <w:b w:val="0"/>
          <w:i w:val="0"/>
          <w:smallCaps w:val="0"/>
          <w:strike w:val="0"/>
          <w:u w:val="single"/>
        </w:rPr>
        <w:t xml:space="preserve">since it is an expression of an </w:t>
      </w:r>
      <w:r>
        <w:rPr>
          <w:b/>
          <w:i w:val="0"/>
          <w:smallCaps w:val="0"/>
          <w:strike w:val="0"/>
          <w:u w:val="single"/>
        </w:rPr>
        <w:t>ultimate</w:t>
      </w:r>
      <w:r>
        <w:rPr>
          <w:b w:val="0"/>
          <w:i w:val="0"/>
          <w:smallCaps w:val="0"/>
          <w:strike w:val="0"/>
          <w:u w:val="single"/>
        </w:rPr>
        <w:t xml:space="preserve"> disvalue for the subject,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namely, </w:t>
      </w:r>
      <w:r>
        <w:rPr>
          <w:b w:val="0"/>
          <w:i w:val="0"/>
          <w:smallCaps w:val="0"/>
          <w:strike w:val="0"/>
          <w:u w:val="single"/>
        </w:rPr>
        <w:t>the destruction of the present person; a radical ontological good that we cannot begin to weigh objectively against the travails of life in a rational manner. To deal with the sources of disvalue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(pain, suffering, etc.) </w:t>
      </w:r>
      <w:r>
        <w:rPr>
          <w:b w:val="0"/>
          <w:i w:val="0"/>
          <w:smallCaps w:val="0"/>
          <w:strike w:val="0"/>
          <w:u w:val="single"/>
        </w:rPr>
        <w:t xml:space="preserve">we should </w:t>
      </w:r>
      <w:r>
        <w:rPr>
          <w:b/>
          <w:i w:val="0"/>
          <w:smallCaps w:val="0"/>
          <w:strike w:val="0"/>
          <w:u w:val="single"/>
        </w:rPr>
        <w:t>not seek to irrationally destroy the person</w:t>
      </w:r>
      <w:r>
        <w:rPr>
          <w:b w:val="0"/>
          <w:i w:val="0"/>
          <w:smallCaps w:val="0"/>
          <w:strike w:val="0"/>
          <w:u w:val="single"/>
        </w:rPr>
        <w:t xml:space="preserve">, the very source and condition of all human </w:t>
      </w:r>
      <w:r>
        <w:rPr>
          <w:b w:val="0"/>
          <w:i w:val="0"/>
          <w:smallCaps w:val="0"/>
          <w:strike w:val="0"/>
          <w:u w:val="single"/>
        </w:rPr>
        <w:t>possibility</w:t>
      </w:r>
      <w:r>
        <w:rPr>
          <w:b w:val="0"/>
          <w:i w:val="0"/>
          <w:smallCaps w:val="0"/>
          <w:strike w:val="0"/>
          <w:u w:val="single"/>
        </w:rPr>
        <w:t>.</w:t>
      </w:r>
    </w:p>
    <w:p>
      <w:pPr>
        <w:pStyle w:val="Caption"/>
      </w:pPr>
      <w:r>
        <w:t>Source: Risks Addendum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