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Cap solves climate change and alternatives only accelerate it</w:t>
      </w:r>
    </w:p>
    <w:p>
      <w:pPr>
        <w:spacing w:after="80"/>
      </w:pPr>
      <w:r>
        <w:rPr>
          <w:b w:val="0"/>
          <w:i w:val="0"/>
          <w:smallCaps w:val="0"/>
          <w:strike w:val="0"/>
          <w:sz w:val="16"/>
          <w:u w:val="none"/>
        </w:rPr>
        <w:t xml:space="preserve">---dismantling systems isn’t easy takes time, means warming accelerates in the interim </w:t>
      </w:r>
    </w:p>
    <w:p>
      <w:pPr>
        <w:spacing w:after="60"/>
      </w:pPr>
      <w:r>
        <w:rPr>
          <w:b w:val="0"/>
          <w:i w:val="0"/>
          <w:smallCaps w:val="0"/>
          <w:strike w:val="0"/>
          <w:sz w:val="16"/>
          <w:u w:val="none"/>
        </w:rPr>
        <w:t>---causes wars because it forces political upheaval and people will fight to keep capitalism which is both offense and means alt fails</w:t>
      </w:r>
    </w:p>
    <w:p>
      <w:pPr>
        <w:spacing w:after="60"/>
      </w:pPr>
      <w:r>
        <w:rPr>
          <w:b w:val="0"/>
          <w:i w:val="0"/>
          <w:smallCaps w:val="0"/>
          <w:strike w:val="0"/>
          <w:sz w:val="16"/>
          <w:u w:val="none"/>
        </w:rPr>
        <w:t xml:space="preserve">---US has decreased emissions now, sustainable energy like wind, solar, and hydro solve, our </w:t>
      </w:r>
      <w:r>
        <w:rPr>
          <w:b w:val="0"/>
          <w:i w:val="0"/>
          <w:smallCaps w:val="0"/>
          <w:strike w:val="0"/>
          <w:sz w:val="16"/>
          <w:u w:val="none"/>
        </w:rPr>
        <w:t>ev</w:t>
      </w:r>
      <w:r>
        <w:rPr>
          <w:b w:val="0"/>
          <w:i w:val="0"/>
          <w:smallCaps w:val="0"/>
          <w:strike w:val="0"/>
          <w:sz w:val="16"/>
          <w:u w:val="none"/>
        </w:rPr>
        <w:t xml:space="preserve"> cites a report that looked at over 7000 cases says sustainable is competitive and will be adopted universally in 10 years </w:t>
      </w:r>
    </w:p>
    <w:p>
      <w:pPr>
        <w:spacing w:after="60"/>
      </w:pPr>
      <w:r>
        <w:rPr>
          <w:b w:val="0"/>
          <w:i w:val="0"/>
          <w:smallCaps w:val="0"/>
          <w:strike w:val="0"/>
          <w:sz w:val="16"/>
          <w:u w:val="none"/>
        </w:rPr>
        <w:t>---during transition in order to beat the system, the movement would have to massively ramp up emissions to build weapons which locks in warming</w:t>
      </w:r>
    </w:p>
    <w:p>
      <w:pPr>
        <w:spacing w:after="60"/>
      </w:pPr>
      <w:r>
        <w:rPr>
          <w:b/>
          <w:i w:val="0"/>
          <w:smallCaps w:val="0"/>
          <w:strike w:val="0"/>
          <w:sz w:val="26"/>
          <w:u w:val="none"/>
        </w:rPr>
        <w:t>Smith 19</w:t>
      </w:r>
      <w:r>
        <w:rPr>
          <w:b w:val="0"/>
          <w:i w:val="0"/>
          <w:smallCaps w:val="0"/>
          <w:strike w:val="0"/>
          <w:u w:val="none"/>
        </w:rPr>
        <w:t xml:space="preserve"> [Noah Smith Noah Smith is a Bloomberg Opinion columnist. He was an assistant professor of finance at Stony Brook University, and he blogs at </w:t>
      </w:r>
      <w:r>
        <w:rPr>
          <w:b w:val="0"/>
          <w:i w:val="0"/>
          <w:smallCaps w:val="0"/>
          <w:strike w:val="0"/>
          <w:u w:val="none"/>
        </w:rPr>
        <w:t>Noahpinion</w:t>
      </w:r>
      <w:r>
        <w:rPr>
          <w:b w:val="0"/>
          <w:i w:val="0"/>
          <w:smallCaps w:val="0"/>
          <w:strike w:val="0"/>
          <w:u w:val="none"/>
        </w:rPr>
        <w:t>, “Dumping Capitalism Won’t Save the Planet”, April 5, 2019, https://www.bloomberg.com/opinion/articles/2019-04-05/capitalism-is-more-likely-to-limit-climate-change-than-socialism, DOA: 8/20/19] Ian M</w:t>
      </w:r>
    </w:p>
    <w:p>
      <w:pPr>
        <w:spacing w:after="60"/>
      </w:pPr>
      <w:r>
        <w:rPr>
          <w:b w:val="0"/>
          <w:i w:val="0"/>
          <w:smallCaps w:val="0"/>
          <w:strike w:val="0"/>
          <w:sz w:val="16"/>
          <w:u w:val="none"/>
        </w:rPr>
        <w:t>public-private cooperation will do more to limit climate change than eco-socialism.</w:t>
      </w:r>
      <w:r>
        <w:rPr>
          <w:b w:val="0"/>
          <w:i w:val="0"/>
          <w:smallCaps w:val="0"/>
          <w:strike w:val="0"/>
          <w:sz w:val="16"/>
          <w:u w:val="none"/>
        </w:rPr>
        <w:t xml:space="preserve"> </w:t>
      </w:r>
      <w:r>
        <w:rPr>
          <w:b w:val="0"/>
          <w:i w:val="0"/>
          <w:smallCaps w:val="0"/>
          <w:strike w:val="0"/>
          <w:sz w:val="22"/>
          <w:u w:val="single"/>
        </w:rPr>
        <w:t>It has become fashionable</w:t>
      </w:r>
      <w:r>
        <w:rPr>
          <w:b w:val="0"/>
          <w:i w:val="0"/>
          <w:smallCaps w:val="0"/>
          <w:strike w:val="0"/>
          <w:sz w:val="16"/>
          <w:u w:val="none"/>
        </w:rPr>
        <w:t xml:space="preserve"> on social media and in certain </w:t>
      </w:r>
      <w:r>
        <w:rPr>
          <w:b w:val="0"/>
          <w:i w:val="0"/>
          <w:smallCaps w:val="0"/>
          <w:strike w:val="0"/>
          <w:sz w:val="16"/>
          <w:u w:val="none"/>
        </w:rPr>
        <w:t>publications</w:t>
      </w:r>
      <w:r>
        <w:rPr>
          <w:b w:val="0"/>
          <w:i w:val="0"/>
          <w:smallCaps w:val="0"/>
          <w:strike w:val="0"/>
          <w:sz w:val="16"/>
          <w:u w:val="none"/>
        </w:rPr>
        <w:t xml:space="preserve"> </w:t>
      </w:r>
      <w:r>
        <w:rPr>
          <w:b w:val="0"/>
          <w:i w:val="0"/>
          <w:smallCaps w:val="0"/>
          <w:strike w:val="0"/>
          <w:sz w:val="22"/>
          <w:u w:val="single"/>
        </w:rPr>
        <w:t>to argue that capitalism is killing the planet</w:t>
      </w:r>
      <w:r>
        <w:rPr>
          <w:b w:val="0"/>
          <w:i w:val="0"/>
          <w:smallCaps w:val="0"/>
          <w:strike w:val="0"/>
          <w:sz w:val="16"/>
          <w:u w:val="none"/>
        </w:rPr>
        <w:t xml:space="preserve">. Even renowned investor Jeremy Grantham, hardly a radical, made </w:t>
      </w:r>
      <w:r>
        <w:rPr>
          <w:b w:val="0"/>
          <w:i w:val="0"/>
          <w:smallCaps w:val="0"/>
          <w:strike w:val="0"/>
          <w:sz w:val="16"/>
          <w:u w:val="none"/>
        </w:rPr>
        <w:t>that assertion</w:t>
      </w:r>
      <w:r>
        <w:rPr>
          <w:b w:val="0"/>
          <w:i w:val="0"/>
          <w:smallCaps w:val="0"/>
          <w:strike w:val="0"/>
          <w:sz w:val="16"/>
          <w:u w:val="none"/>
        </w:rPr>
        <w:t xml:space="preserve"> last year. </w:t>
      </w:r>
      <w:r>
        <w:rPr>
          <w:b w:val="0"/>
          <w:i w:val="0"/>
          <w:smallCaps w:val="0"/>
          <w:strike w:val="0"/>
          <w:sz w:val="22"/>
          <w:u w:val="single"/>
        </w:rPr>
        <w:t>The basic idea is that the profit motive drives the private sector to spew carbon into the air with reckless abandon</w:t>
      </w:r>
      <w:r>
        <w:rPr>
          <w:b w:val="0"/>
          <w:i w:val="0"/>
          <w:smallCaps w:val="0"/>
          <w:strike w:val="0"/>
          <w:sz w:val="16"/>
          <w:u w:val="none"/>
        </w:rPr>
        <w:t xml:space="preserve">. Though many </w:t>
      </w:r>
      <w:r>
        <w:rPr>
          <w:b w:val="0"/>
          <w:i w:val="0"/>
          <w:smallCaps w:val="0"/>
          <w:strike w:val="0"/>
          <w:sz w:val="16"/>
          <w:u w:val="none"/>
        </w:rPr>
        <w:t>economists</w:t>
      </w:r>
      <w:r>
        <w:rPr>
          <w:b w:val="0"/>
          <w:i w:val="0"/>
          <w:smallCaps w:val="0"/>
          <w:strike w:val="0"/>
          <w:sz w:val="16"/>
          <w:u w:val="none"/>
        </w:rPr>
        <w:t xml:space="preserve"> and some climate activists believe that the problem is best addressed by modifying market incentives with a carbon tax, many activists believe that the problem can’t be addressed without rebuilding the economy along </w:t>
      </w:r>
      <w:r>
        <w:rPr>
          <w:b w:val="0"/>
          <w:i w:val="0"/>
          <w:smallCaps w:val="0"/>
          <w:strike w:val="0"/>
          <w:sz w:val="16"/>
          <w:u w:val="none"/>
        </w:rPr>
        <w:t>centrally planned</w:t>
      </w:r>
      <w:r>
        <w:rPr>
          <w:b w:val="0"/>
          <w:i w:val="0"/>
          <w:smallCaps w:val="0"/>
          <w:strike w:val="0"/>
          <w:sz w:val="16"/>
          <w:u w:val="none"/>
        </w:rPr>
        <w:t xml:space="preserve"> lines. The climate threat is certainly dire, and carbon taxes </w:t>
      </w:r>
      <w:r>
        <w:rPr>
          <w:b w:val="0"/>
          <w:i w:val="0"/>
          <w:smallCaps w:val="0"/>
          <w:strike w:val="0"/>
          <w:sz w:val="16"/>
          <w:u w:val="none"/>
        </w:rPr>
        <w:t>are unlikely</w:t>
      </w:r>
      <w:r>
        <w:rPr>
          <w:b w:val="0"/>
          <w:i w:val="0"/>
          <w:smallCaps w:val="0"/>
          <w:strike w:val="0"/>
          <w:sz w:val="16"/>
          <w:u w:val="none"/>
        </w:rPr>
        <w:t xml:space="preserve"> to be enough to solve the problem. But eco-socialism is probably not going to be an effective method of addressing that threat. </w:t>
      </w:r>
      <w:r>
        <w:rPr>
          <w:b w:val="0"/>
          <w:i w:val="0"/>
          <w:smallCaps w:val="0"/>
          <w:strike w:val="0"/>
          <w:sz w:val="22"/>
          <w:highlight w:val="cyan"/>
          <w:u w:val="single"/>
        </w:rPr>
        <w:t>Dismantling</w:t>
      </w:r>
      <w:r>
        <w:rPr>
          <w:b w:val="0"/>
          <w:i w:val="0"/>
          <w:smallCaps w:val="0"/>
          <w:strike w:val="0"/>
          <w:sz w:val="22"/>
          <w:u w:val="single"/>
        </w:rPr>
        <w:t xml:space="preserve"> an entire </w:t>
      </w:r>
      <w:r>
        <w:rPr>
          <w:b w:val="0"/>
          <w:i w:val="0"/>
          <w:smallCaps w:val="0"/>
          <w:strike w:val="0"/>
          <w:sz w:val="22"/>
          <w:highlight w:val="cyan"/>
          <w:u w:val="single"/>
        </w:rPr>
        <w:t>economic system</w:t>
      </w:r>
      <w:r>
        <w:rPr>
          <w:b w:val="0"/>
          <w:i w:val="0"/>
          <w:smallCaps w:val="0"/>
          <w:strike w:val="0"/>
          <w:sz w:val="22"/>
          <w:u w:val="single"/>
        </w:rPr>
        <w:t xml:space="preserve"> is </w:t>
      </w:r>
      <w:r>
        <w:rPr>
          <w:b w:val="0"/>
          <w:i w:val="0"/>
          <w:smallCaps w:val="0"/>
          <w:strike w:val="0"/>
          <w:sz w:val="22"/>
          <w:u w:val="single"/>
        </w:rPr>
        <w:t>never easy, and</w:t>
      </w:r>
      <w:r>
        <w:rPr>
          <w:b w:val="0"/>
          <w:i w:val="0"/>
          <w:smallCaps w:val="0"/>
          <w:strike w:val="0"/>
          <w:sz w:val="22"/>
          <w:u w:val="single"/>
        </w:rPr>
        <w:t xml:space="preserve"> probably </w:t>
      </w:r>
      <w:r>
        <w:rPr>
          <w:b w:val="0"/>
          <w:i w:val="0"/>
          <w:smallCaps w:val="0"/>
          <w:strike w:val="0"/>
          <w:sz w:val="22"/>
          <w:highlight w:val="cyan"/>
          <w:u w:val="single"/>
        </w:rPr>
        <w:t>would touch off</w:t>
      </w:r>
      <w:r>
        <w:rPr>
          <w:b w:val="0"/>
          <w:i w:val="0"/>
          <w:smallCaps w:val="0"/>
          <w:strike w:val="0"/>
          <w:sz w:val="22"/>
          <w:u w:val="single"/>
        </w:rPr>
        <w:t xml:space="preserve"> armed </w:t>
      </w:r>
      <w:r>
        <w:rPr>
          <w:b w:val="0"/>
          <w:i w:val="0"/>
          <w:smallCaps w:val="0"/>
          <w:strike w:val="0"/>
          <w:sz w:val="22"/>
          <w:highlight w:val="cyan"/>
          <w:u w:val="single"/>
        </w:rPr>
        <w:t>conflict</w:t>
      </w:r>
      <w:r>
        <w:rPr>
          <w:b w:val="0"/>
          <w:i w:val="0"/>
          <w:smallCaps w:val="0"/>
          <w:strike w:val="0"/>
          <w:sz w:val="16"/>
          <w:u w:val="none"/>
        </w:rPr>
        <w:t xml:space="preserve"> </w:t>
      </w:r>
      <w:r>
        <w:rPr>
          <w:b w:val="0"/>
          <w:i w:val="0"/>
          <w:smallCaps w:val="0"/>
          <w:strike w:val="0"/>
          <w:sz w:val="22"/>
          <w:u w:val="single"/>
        </w:rPr>
        <w:t xml:space="preserve">and major </w:t>
      </w:r>
      <w:r>
        <w:rPr>
          <w:b w:val="0"/>
          <w:i w:val="0"/>
          <w:smallCaps w:val="0"/>
          <w:strike w:val="0"/>
          <w:sz w:val="22"/>
          <w:highlight w:val="cyan"/>
          <w:u w:val="single"/>
        </w:rPr>
        <w:t>political upheaval</w:t>
      </w:r>
      <w:r>
        <w:rPr>
          <w:b w:val="0"/>
          <w:i w:val="0"/>
          <w:smallCaps w:val="0"/>
          <w:strike w:val="0"/>
          <w:sz w:val="16"/>
          <w:u w:val="none"/>
        </w:rPr>
        <w:t xml:space="preserve">. </w:t>
      </w:r>
      <w:r>
        <w:rPr>
          <w:b w:val="0"/>
          <w:i w:val="0"/>
          <w:smallCaps w:val="0"/>
          <w:strike w:val="0"/>
          <w:sz w:val="22"/>
          <w:highlight w:val="cyan"/>
          <w:u w:val="single"/>
        </w:rPr>
        <w:t>In</w:t>
      </w:r>
      <w:r>
        <w:rPr>
          <w:b w:val="0"/>
          <w:i w:val="0"/>
          <w:smallCaps w:val="0"/>
          <w:strike w:val="0"/>
          <w:sz w:val="22"/>
          <w:u w:val="single"/>
        </w:rPr>
        <w:t xml:space="preserve"> the </w:t>
      </w:r>
      <w:r>
        <w:rPr>
          <w:b w:val="0"/>
          <w:i w:val="0"/>
          <w:smallCaps w:val="0"/>
          <w:strike w:val="0"/>
          <w:sz w:val="22"/>
          <w:highlight w:val="cyan"/>
          <w:u w:val="single"/>
        </w:rPr>
        <w:t>scramble to win</w:t>
      </w:r>
      <w:r>
        <w:rPr>
          <w:b w:val="0"/>
          <w:i w:val="0"/>
          <w:smallCaps w:val="0"/>
          <w:strike w:val="0"/>
          <w:sz w:val="22"/>
          <w:u w:val="single"/>
        </w:rPr>
        <w:t xml:space="preserve"> those battles</w:t>
      </w:r>
      <w:r>
        <w:rPr>
          <w:b w:val="0"/>
          <w:i w:val="0"/>
          <w:smallCaps w:val="0"/>
          <w:strike w:val="0"/>
          <w:sz w:val="16"/>
          <w:u w:val="none"/>
        </w:rPr>
        <w:t xml:space="preserve">, </w:t>
      </w:r>
      <w:r>
        <w:rPr>
          <w:b w:val="0"/>
          <w:i w:val="0"/>
          <w:smallCaps w:val="0"/>
          <w:strike w:val="0"/>
          <w:sz w:val="22"/>
          <w:u w:val="single"/>
        </w:rPr>
        <w:t xml:space="preserve">even the </w:t>
      </w:r>
      <w:r>
        <w:rPr>
          <w:b w:val="0"/>
          <w:i w:val="0"/>
          <w:smallCaps w:val="0"/>
          <w:strike w:val="0"/>
          <w:sz w:val="22"/>
          <w:highlight w:val="cyan"/>
          <w:u w:val="single"/>
        </w:rPr>
        <w:t>socialists</w:t>
      </w:r>
      <w:r>
        <w:rPr>
          <w:b w:val="0"/>
          <w:i w:val="0"/>
          <w:smallCaps w:val="0"/>
          <w:strike w:val="0"/>
          <w:sz w:val="22"/>
          <w:u w:val="single"/>
        </w:rPr>
        <w:t xml:space="preserve"> </w:t>
      </w:r>
      <w:r>
        <w:rPr>
          <w:b w:val="0"/>
          <w:i w:val="0"/>
          <w:smallCaps w:val="0"/>
          <w:strike w:val="0"/>
          <w:sz w:val="22"/>
          <w:highlight w:val="cyan"/>
          <w:u w:val="single"/>
        </w:rPr>
        <w:t>would</w:t>
      </w:r>
      <w:r>
        <w:rPr>
          <w:b w:val="0"/>
          <w:i w:val="0"/>
          <w:smallCaps w:val="0"/>
          <w:strike w:val="0"/>
          <w:sz w:val="22"/>
          <w:u w:val="single"/>
        </w:rPr>
        <w:t xml:space="preserve"> almost certainly </w:t>
      </w:r>
      <w:r>
        <w:rPr>
          <w:b w:val="0"/>
          <w:i w:val="0"/>
          <w:smallCaps w:val="0"/>
          <w:strike w:val="0"/>
          <w:sz w:val="22"/>
          <w:highlight w:val="cyan"/>
          <w:u w:val="single"/>
        </w:rPr>
        <w:t>abandon</w:t>
      </w:r>
      <w:r>
        <w:rPr>
          <w:b w:val="0"/>
          <w:i w:val="0"/>
          <w:smallCaps w:val="0"/>
          <w:strike w:val="0"/>
          <w:sz w:val="22"/>
          <w:u w:val="single"/>
        </w:rPr>
        <w:t xml:space="preserve"> their </w:t>
      </w:r>
      <w:r>
        <w:rPr>
          <w:b w:val="0"/>
          <w:i w:val="0"/>
          <w:smallCaps w:val="0"/>
          <w:strike w:val="0"/>
          <w:sz w:val="22"/>
          <w:highlight w:val="cyan"/>
          <w:u w:val="single"/>
        </w:rPr>
        <w:t>limitation</w:t>
      </w:r>
      <w:r>
        <w:rPr>
          <w:b w:val="0"/>
          <w:i w:val="0"/>
          <w:smallCaps w:val="0"/>
          <w:strike w:val="0"/>
          <w:sz w:val="22"/>
          <w:u w:val="single"/>
        </w:rPr>
        <w:t xml:space="preserve"> </w:t>
      </w:r>
      <w:r>
        <w:rPr>
          <w:b w:val="0"/>
          <w:i w:val="0"/>
          <w:smallCaps w:val="0"/>
          <w:strike w:val="0"/>
          <w:sz w:val="22"/>
          <w:highlight w:val="cyan"/>
          <w:u w:val="single"/>
        </w:rPr>
        <w:t>on fossil-fuel use</w:t>
      </w:r>
      <w:r>
        <w:rPr>
          <w:b w:val="0"/>
          <w:i w:val="0"/>
          <w:smallCaps w:val="0"/>
          <w:strike w:val="0"/>
          <w:sz w:val="16"/>
          <w:u w:val="none"/>
        </w:rPr>
        <w:t xml:space="preserve"> — either </w:t>
      </w:r>
      <w:r>
        <w:rPr>
          <w:b w:val="0"/>
          <w:i w:val="0"/>
          <w:smallCaps w:val="0"/>
          <w:strike w:val="0"/>
          <w:sz w:val="22"/>
          <w:highlight w:val="cyan"/>
          <w:u w:val="single"/>
        </w:rPr>
        <w:t>to support military</w:t>
      </w:r>
      <w:r>
        <w:rPr>
          <w:b w:val="0"/>
          <w:i w:val="0"/>
          <w:smallCaps w:val="0"/>
          <w:strike w:val="0"/>
          <w:sz w:val="22"/>
          <w:u w:val="single"/>
        </w:rPr>
        <w:t xml:space="preserve"> efforts</w:t>
      </w:r>
      <w:r>
        <w:rPr>
          <w:b w:val="0"/>
          <w:i w:val="0"/>
          <w:smallCaps w:val="0"/>
          <w:strike w:val="0"/>
          <w:sz w:val="16"/>
          <w:u w:val="none"/>
        </w:rPr>
        <w:t xml:space="preserve">, </w:t>
      </w:r>
      <w:r>
        <w:rPr>
          <w:b w:val="0"/>
          <w:i w:val="0"/>
          <w:smallCaps w:val="0"/>
          <w:strike w:val="0"/>
          <w:sz w:val="22"/>
          <w:u w:val="single"/>
        </w:rPr>
        <w:t xml:space="preserve">or to </w:t>
      </w:r>
      <w:r>
        <w:rPr>
          <w:b w:val="0"/>
          <w:i w:val="0"/>
          <w:smallCaps w:val="0"/>
          <w:strike w:val="0"/>
          <w:sz w:val="22"/>
          <w:highlight w:val="cyan"/>
          <w:u w:val="single"/>
        </w:rPr>
        <w:t>keep</w:t>
      </w:r>
      <w:r>
        <w:rPr>
          <w:b w:val="0"/>
          <w:i w:val="0"/>
          <w:smallCaps w:val="0"/>
          <w:strike w:val="0"/>
          <w:sz w:val="22"/>
          <w:u w:val="single"/>
        </w:rPr>
        <w:t xml:space="preserve"> the </w:t>
      </w:r>
      <w:r>
        <w:rPr>
          <w:b w:val="0"/>
          <w:i w:val="0"/>
          <w:smallCaps w:val="0"/>
          <w:strike w:val="0"/>
          <w:sz w:val="22"/>
          <w:highlight w:val="cyan"/>
          <w:u w:val="single"/>
        </w:rPr>
        <w:t>population</w:t>
      </w:r>
      <w:r>
        <w:rPr>
          <w:b w:val="0"/>
          <w:i w:val="0"/>
          <w:smallCaps w:val="0"/>
          <w:strike w:val="0"/>
          <w:sz w:val="22"/>
          <w:u w:val="single"/>
        </w:rPr>
        <w:t xml:space="preserve"> </w:t>
      </w:r>
      <w:r>
        <w:rPr>
          <w:b w:val="0"/>
          <w:i w:val="0"/>
          <w:smallCaps w:val="0"/>
          <w:strike w:val="0"/>
          <w:sz w:val="22"/>
          <w:highlight w:val="cyan"/>
          <w:u w:val="single"/>
        </w:rPr>
        <w:t>from turning</w:t>
      </w:r>
      <w:r>
        <w:rPr>
          <w:b w:val="0"/>
          <w:i w:val="0"/>
          <w:smallCaps w:val="0"/>
          <w:strike w:val="0"/>
          <w:sz w:val="22"/>
          <w:u w:val="single"/>
        </w:rPr>
        <w:t xml:space="preserve"> against them</w:t>
      </w:r>
      <w:r>
        <w:rPr>
          <w:b w:val="0"/>
          <w:i w:val="0"/>
          <w:smallCaps w:val="0"/>
          <w:strike w:val="0"/>
          <w:sz w:val="16"/>
          <w:u w:val="none"/>
        </w:rPr>
        <w:t xml:space="preserve">. The </w:t>
      </w:r>
      <w:r>
        <w:rPr>
          <w:b w:val="0"/>
          <w:i w:val="0"/>
          <w:smallCaps w:val="0"/>
          <w:strike w:val="0"/>
          <w:sz w:val="22"/>
          <w:highlight w:val="cyan"/>
          <w:u w:val="single"/>
        </w:rPr>
        <w:t>precedent</w:t>
      </w:r>
      <w:r>
        <w:rPr>
          <w:b w:val="0"/>
          <w:i w:val="0"/>
          <w:smallCaps w:val="0"/>
          <w:strike w:val="0"/>
          <w:sz w:val="22"/>
          <w:u w:val="single"/>
        </w:rPr>
        <w:t xml:space="preserve"> </w:t>
      </w:r>
      <w:r>
        <w:rPr>
          <w:b w:val="0"/>
          <w:i w:val="0"/>
          <w:smallCaps w:val="0"/>
          <w:strike w:val="0"/>
          <w:sz w:val="16"/>
          <w:u w:val="none"/>
        </w:rPr>
        <w:t xml:space="preserve">here </w:t>
      </w:r>
      <w:r>
        <w:rPr>
          <w:b w:val="0"/>
          <w:i w:val="0"/>
          <w:smallCaps w:val="0"/>
          <w:strike w:val="0"/>
          <w:sz w:val="22"/>
          <w:highlight w:val="cyan"/>
          <w:u w:val="single"/>
        </w:rPr>
        <w:t>is</w:t>
      </w:r>
      <w:r>
        <w:rPr>
          <w:b w:val="0"/>
          <w:i w:val="0"/>
          <w:smallCaps w:val="0"/>
          <w:strike w:val="0"/>
          <w:sz w:val="22"/>
          <w:u w:val="single"/>
        </w:rPr>
        <w:t xml:space="preserve"> the </w:t>
      </w:r>
      <w:r>
        <w:rPr>
          <w:b w:val="0"/>
          <w:i w:val="0"/>
          <w:smallCaps w:val="0"/>
          <w:strike w:val="0"/>
          <w:sz w:val="22"/>
          <w:highlight w:val="cyan"/>
          <w:u w:val="single"/>
        </w:rPr>
        <w:t>Soviet Union</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whose</w:t>
      </w:r>
      <w:r>
        <w:rPr>
          <w:b w:val="0"/>
          <w:i w:val="0"/>
          <w:smallCaps w:val="0"/>
          <w:strike w:val="0"/>
          <w:sz w:val="16"/>
          <w:u w:val="none"/>
        </w:rPr>
        <w:t xml:space="preserve"> multidecade </w:t>
      </w:r>
      <w:r>
        <w:rPr>
          <w:b w:val="0"/>
          <w:i w:val="0"/>
          <w:smallCaps w:val="0"/>
          <w:strike w:val="0"/>
          <w:sz w:val="22"/>
          <w:u w:val="single"/>
        </w:rPr>
        <w:t>effort to reshape</w:t>
      </w:r>
      <w:r>
        <w:rPr>
          <w:b w:val="0"/>
          <w:i w:val="0"/>
          <w:smallCaps w:val="0"/>
          <w:strike w:val="0"/>
          <w:sz w:val="16"/>
          <w:u w:val="none"/>
        </w:rPr>
        <w:t xml:space="preserve"> </w:t>
      </w:r>
      <w:r>
        <w:rPr>
          <w:b w:val="0"/>
          <w:i w:val="0"/>
          <w:smallCaps w:val="0"/>
          <w:strike w:val="0"/>
          <w:sz w:val="22"/>
          <w:u w:val="single"/>
        </w:rPr>
        <w:t>its economy by force</w:t>
      </w:r>
      <w:r>
        <w:rPr>
          <w:b w:val="0"/>
          <w:i w:val="0"/>
          <w:smallCaps w:val="0"/>
          <w:strike w:val="0"/>
          <w:sz w:val="16"/>
          <w:u w:val="none"/>
        </w:rPr>
        <w:t xml:space="preserve"> amid confrontation with the West </w:t>
      </w:r>
      <w:r>
        <w:rPr>
          <w:b w:val="0"/>
          <w:i w:val="0"/>
          <w:smallCaps w:val="0"/>
          <w:strike w:val="0"/>
          <w:sz w:val="22"/>
          <w:u w:val="single"/>
        </w:rPr>
        <w:t xml:space="preserve">led to profound </w:t>
      </w:r>
      <w:r>
        <w:rPr>
          <w:b w:val="0"/>
          <w:i w:val="0"/>
          <w:smallCaps w:val="0"/>
          <w:strike w:val="0"/>
          <w:sz w:val="22"/>
          <w:u w:val="single"/>
        </w:rPr>
        <w:t>environmental degradation</w:t>
      </w:r>
      <w:r>
        <w:rPr>
          <w:b w:val="0"/>
          <w:i w:val="0"/>
          <w:smallCaps w:val="0"/>
          <w:strike w:val="0"/>
          <w:sz w:val="16"/>
          <w:u w:val="none"/>
        </w:rPr>
        <w:t xml:space="preserve">. The world's climate does not have several decades to spare. </w:t>
      </w:r>
      <w:r>
        <w:rPr>
          <w:b w:val="0"/>
          <w:i w:val="0"/>
          <w:smallCaps w:val="0"/>
          <w:strike w:val="0"/>
          <w:sz w:val="22"/>
          <w:u w:val="single"/>
        </w:rPr>
        <w:t xml:space="preserve">Even without international conflict, there’s </w:t>
      </w:r>
      <w:r>
        <w:rPr>
          <w:b w:val="0"/>
          <w:i w:val="0"/>
          <w:smallCaps w:val="0"/>
          <w:strike w:val="0"/>
          <w:sz w:val="22"/>
          <w:highlight w:val="cyan"/>
          <w:u w:val="single"/>
        </w:rPr>
        <w:t>little guarantee</w:t>
      </w:r>
      <w:r>
        <w:rPr>
          <w:b w:val="0"/>
          <w:i w:val="0"/>
          <w:smallCaps w:val="0"/>
          <w:strike w:val="0"/>
          <w:sz w:val="22"/>
          <w:u w:val="single"/>
        </w:rPr>
        <w:t xml:space="preserve"> that </w:t>
      </w:r>
      <w:r>
        <w:rPr>
          <w:b w:val="0"/>
          <w:i w:val="0"/>
          <w:smallCaps w:val="0"/>
          <w:strike w:val="0"/>
          <w:sz w:val="22"/>
          <w:highlight w:val="cyan"/>
          <w:u w:val="single"/>
        </w:rPr>
        <w:t>moving away</w:t>
      </w:r>
      <w:r>
        <w:rPr>
          <w:b w:val="0"/>
          <w:i w:val="0"/>
          <w:smallCaps w:val="0"/>
          <w:strike w:val="0"/>
          <w:sz w:val="22"/>
          <w:u w:val="single"/>
        </w:rPr>
        <w:t xml:space="preserve"> </w:t>
      </w:r>
      <w:r>
        <w:rPr>
          <w:b w:val="0"/>
          <w:i w:val="0"/>
          <w:smallCaps w:val="0"/>
          <w:strike w:val="0"/>
          <w:sz w:val="22"/>
          <w:highlight w:val="cyan"/>
          <w:u w:val="single"/>
        </w:rPr>
        <w:t>from</w:t>
      </w:r>
      <w:r>
        <w:rPr>
          <w:b w:val="0"/>
          <w:i w:val="0"/>
          <w:smallCaps w:val="0"/>
          <w:strike w:val="0"/>
          <w:sz w:val="22"/>
          <w:u w:val="single"/>
        </w:rPr>
        <w:t xml:space="preserve"> </w:t>
      </w:r>
      <w:r>
        <w:rPr>
          <w:b w:val="0"/>
          <w:i w:val="0"/>
          <w:smallCaps w:val="0"/>
          <w:strike w:val="0"/>
          <w:sz w:val="22"/>
          <w:highlight w:val="cyan"/>
          <w:u w:val="single"/>
        </w:rPr>
        <w:t>cap</w:t>
      </w:r>
      <w:r>
        <w:rPr>
          <w:b w:val="0"/>
          <w:i w:val="0"/>
          <w:smallCaps w:val="0"/>
          <w:strike w:val="0"/>
          <w:sz w:val="22"/>
          <w:u w:val="single"/>
        </w:rPr>
        <w:t xml:space="preserve">italism would </w:t>
      </w:r>
      <w:r>
        <w:rPr>
          <w:b w:val="0"/>
          <w:i w:val="0"/>
          <w:smallCaps w:val="0"/>
          <w:strike w:val="0"/>
          <w:sz w:val="22"/>
          <w:highlight w:val="cyan"/>
          <w:u w:val="single"/>
        </w:rPr>
        <w:t>mitigate</w:t>
      </w:r>
      <w:r>
        <w:rPr>
          <w:b w:val="0"/>
          <w:i w:val="0"/>
          <w:smallCaps w:val="0"/>
          <w:strike w:val="0"/>
          <w:sz w:val="22"/>
          <w:u w:val="single"/>
        </w:rPr>
        <w:t xml:space="preserve"> our impact on the </w:t>
      </w:r>
      <w:r>
        <w:rPr>
          <w:b w:val="0"/>
          <w:i w:val="0"/>
          <w:smallCaps w:val="0"/>
          <w:strike w:val="0"/>
          <w:sz w:val="22"/>
          <w:highlight w:val="cyan"/>
          <w:u w:val="single"/>
        </w:rPr>
        <w:t>environment</w:t>
      </w:r>
      <w:r>
        <w:rPr>
          <w:b w:val="0"/>
          <w:i w:val="0"/>
          <w:smallCaps w:val="0"/>
          <w:strike w:val="0"/>
          <w:sz w:val="16"/>
          <w:u w:val="none"/>
        </w:rPr>
        <w:t xml:space="preserve">. Since socialist leader Evo Morales took power in Bolivia, living standards </w:t>
      </w:r>
      <w:r>
        <w:rPr>
          <w:b w:val="0"/>
          <w:i w:val="0"/>
          <w:smallCaps w:val="0"/>
          <w:strike w:val="0"/>
          <w:sz w:val="16"/>
          <w:u w:val="none"/>
        </w:rPr>
        <w:t>have improved</w:t>
      </w:r>
      <w:r>
        <w:rPr>
          <w:b w:val="0"/>
          <w:i w:val="0"/>
          <w:smallCaps w:val="0"/>
          <w:strike w:val="0"/>
          <w:sz w:val="16"/>
          <w:u w:val="none"/>
        </w:rPr>
        <w:t xml:space="preserve"> substantially for the average Bolivian, which is great. But this has come at the cost of higher emissions. Meanwhile, </w:t>
      </w:r>
      <w:r>
        <w:rPr>
          <w:b w:val="0"/>
          <w:i w:val="0"/>
          <w:smallCaps w:val="0"/>
          <w:strike w:val="0"/>
          <w:sz w:val="22"/>
          <w:u w:val="single"/>
        </w:rPr>
        <w:t xml:space="preserve">the capitalist </w:t>
      </w:r>
      <w:r>
        <w:rPr>
          <w:b w:val="0"/>
          <w:i w:val="0"/>
          <w:smallCaps w:val="0"/>
          <w:strike w:val="0"/>
          <w:sz w:val="22"/>
          <w:highlight w:val="cyan"/>
          <w:u w:val="single"/>
        </w:rPr>
        <w:t>U.S</w:t>
      </w:r>
      <w:r>
        <w:rPr>
          <w:b w:val="0"/>
          <w:i w:val="0"/>
          <w:smallCaps w:val="0"/>
          <w:strike w:val="0"/>
          <w:sz w:val="16"/>
          <w:u w:val="none"/>
        </w:rPr>
        <w:t xml:space="preserve"> </w:t>
      </w:r>
      <w:r>
        <w:rPr>
          <w:b w:val="0"/>
          <w:i w:val="0"/>
          <w:smallCaps w:val="0"/>
          <w:strike w:val="0"/>
          <w:sz w:val="22"/>
          <w:highlight w:val="cyan"/>
          <w:u w:val="single"/>
        </w:rPr>
        <w:t>managed to</w:t>
      </w:r>
      <w:r>
        <w:rPr>
          <w:b w:val="0"/>
          <w:i w:val="0"/>
          <w:smallCaps w:val="0"/>
          <w:strike w:val="0"/>
          <w:sz w:val="22"/>
          <w:u w:val="single"/>
        </w:rPr>
        <w:t xml:space="preserve"> </w:t>
      </w:r>
      <w:r>
        <w:rPr>
          <w:b w:val="0"/>
          <w:i w:val="0"/>
          <w:smallCaps w:val="0"/>
          <w:strike w:val="0"/>
          <w:sz w:val="22"/>
          <w:highlight w:val="cyan"/>
          <w:u w:val="single"/>
        </w:rPr>
        <w:t>decrease</w:t>
      </w:r>
      <w:r>
        <w:rPr>
          <w:b w:val="0"/>
          <w:i w:val="0"/>
          <w:smallCaps w:val="0"/>
          <w:strike w:val="0"/>
          <w:sz w:val="22"/>
          <w:u w:val="single"/>
        </w:rPr>
        <w:t xml:space="preserve"> its </w:t>
      </w:r>
      <w:r>
        <w:rPr>
          <w:b w:val="0"/>
          <w:i w:val="0"/>
          <w:smallCaps w:val="0"/>
          <w:strike w:val="0"/>
          <w:sz w:val="22"/>
          <w:highlight w:val="cyan"/>
          <w:u w:val="single"/>
        </w:rPr>
        <w:t>per capita emissions</w:t>
      </w:r>
      <w:r>
        <w:rPr>
          <w:b w:val="0"/>
          <w:i w:val="0"/>
          <w:smallCaps w:val="0"/>
          <w:strike w:val="0"/>
          <w:sz w:val="22"/>
          <w:u w:val="single"/>
        </w:rPr>
        <w:t xml:space="preserve"> </w:t>
      </w:r>
      <w:r>
        <w:rPr>
          <w:b w:val="0"/>
          <w:i w:val="0"/>
          <w:smallCaps w:val="0"/>
          <w:strike w:val="0"/>
          <w:sz w:val="16"/>
          <w:u w:val="none"/>
        </w:rPr>
        <w:t xml:space="preserve">a bit </w:t>
      </w:r>
      <w:r>
        <w:rPr>
          <w:b w:val="0"/>
          <w:i w:val="0"/>
          <w:smallCaps w:val="0"/>
          <w:strike w:val="0"/>
          <w:sz w:val="22"/>
          <w:u w:val="single"/>
        </w:rPr>
        <w:t>during this same period</w:t>
      </w:r>
      <w:r>
        <w:rPr>
          <w:b w:val="0"/>
          <w:i w:val="0"/>
          <w:smallCaps w:val="0"/>
          <w:strike w:val="0"/>
          <w:sz w:val="16"/>
          <w:u w:val="none"/>
        </w:rPr>
        <w:t xml:space="preserve"> (though since the U.S. is a rich country, its absolute level of emissions is much higher). </w:t>
      </w:r>
      <w:r>
        <w:rPr>
          <w:b/>
          <w:i w:val="0"/>
          <w:smallCaps w:val="0"/>
          <w:strike w:val="0"/>
          <w:sz w:val="16"/>
          <w:u w:val="none"/>
        </w:rPr>
        <w:t>Doubting the Carbon-Capitalism Equation</w:t>
      </w:r>
      <w:r>
        <w:rPr>
          <w:b/>
          <w:i w:val="0"/>
          <w:smallCaps w:val="0"/>
          <w:strike w:val="0"/>
          <w:sz w:val="16"/>
          <w:u w:val="none"/>
        </w:rPr>
        <w:t xml:space="preserve"> </w:t>
      </w:r>
      <w:r>
        <w:rPr>
          <w:b w:val="0"/>
          <w:i w:val="0"/>
          <w:smallCaps w:val="0"/>
          <w:strike w:val="0"/>
          <w:sz w:val="16"/>
          <w:u w:val="none"/>
        </w:rPr>
        <w:t xml:space="preserve">In other words, in terms of economic growth and carbon emissions, Bolivia looks similar to more capitalist developing countries. That suggests that faced with a choice of enriching their people or helping to save the climate, even socialist leaders will often choose the former. And that same political calculus will probably hold in China and the U.S., the world’s top carbon emitters — leaders who demand draconian cuts in living standards in pursuit of environmental goals will have trouble staying in power. </w:t>
      </w:r>
      <w:r>
        <w:rPr>
          <w:b w:val="0"/>
          <w:i w:val="0"/>
          <w:smallCaps w:val="0"/>
          <w:strike w:val="0"/>
          <w:sz w:val="22"/>
          <w:u w:val="single"/>
        </w:rPr>
        <w:t xml:space="preserve">The </w:t>
      </w:r>
      <w:r>
        <w:rPr>
          <w:b w:val="0"/>
          <w:i w:val="0"/>
          <w:smallCaps w:val="0"/>
          <w:strike w:val="0"/>
          <w:sz w:val="22"/>
          <w:highlight w:val="cyan"/>
          <w:u w:val="single"/>
        </w:rPr>
        <w:t>best hope</w:t>
      </w:r>
      <w:r>
        <w:rPr>
          <w:b w:val="0"/>
          <w:i w:val="0"/>
          <w:smallCaps w:val="0"/>
          <w:strike w:val="0"/>
          <w:sz w:val="22"/>
          <w:u w:val="single"/>
        </w:rPr>
        <w:t xml:space="preserve"> for the climate therefore lies in reducing the tradeoff between material prosperity and carbon emissions</w:t>
      </w:r>
      <w:r>
        <w:rPr>
          <w:b w:val="0"/>
          <w:i w:val="0"/>
          <w:smallCaps w:val="0"/>
          <w:strike w:val="0"/>
          <w:sz w:val="16"/>
          <w:u w:val="none"/>
        </w:rPr>
        <w:t xml:space="preserve">. </w:t>
      </w:r>
      <w:r>
        <w:rPr>
          <w:b w:val="0"/>
          <w:i w:val="0"/>
          <w:smallCaps w:val="0"/>
          <w:strike w:val="0"/>
          <w:sz w:val="22"/>
          <w:u w:val="single"/>
        </w:rPr>
        <w:t xml:space="preserve">That requires </w:t>
      </w:r>
      <w:r>
        <w:rPr>
          <w:b w:val="0"/>
          <w:i w:val="0"/>
          <w:smallCaps w:val="0"/>
          <w:strike w:val="0"/>
          <w:sz w:val="22"/>
          <w:highlight w:val="cyan"/>
          <w:u w:val="single"/>
        </w:rPr>
        <w:t>tech</w:t>
      </w:r>
      <w:r>
        <w:rPr>
          <w:b w:val="0"/>
          <w:i w:val="0"/>
          <w:smallCaps w:val="0"/>
          <w:strike w:val="0"/>
          <w:sz w:val="22"/>
          <w:u w:val="single"/>
        </w:rPr>
        <w:t xml:space="preserve">nology — </w:t>
      </w:r>
      <w:r>
        <w:rPr>
          <w:b w:val="0"/>
          <w:i w:val="0"/>
          <w:smallCaps w:val="0"/>
          <w:strike w:val="0"/>
          <w:sz w:val="22"/>
          <w:highlight w:val="cyan"/>
          <w:u w:val="single"/>
        </w:rPr>
        <w:t>solar, wind and nuclear power</w:t>
      </w:r>
      <w:r>
        <w:rPr>
          <w:b w:val="0"/>
          <w:i w:val="0"/>
          <w:smallCaps w:val="0"/>
          <w:strike w:val="0"/>
          <w:sz w:val="22"/>
          <w:u w:val="single"/>
        </w:rPr>
        <w:t xml:space="preserve">, </w:t>
      </w:r>
      <w:r>
        <w:rPr>
          <w:b w:val="0"/>
          <w:i w:val="0"/>
          <w:smallCaps w:val="0"/>
          <w:strike w:val="0"/>
          <w:sz w:val="22"/>
          <w:highlight w:val="cyan"/>
          <w:u w:val="single"/>
        </w:rPr>
        <w:t>energy storage, electric cars</w:t>
      </w:r>
      <w:r>
        <w:rPr>
          <w:b w:val="0"/>
          <w:i w:val="0"/>
          <w:smallCaps w:val="0"/>
          <w:strike w:val="0"/>
          <w:sz w:val="22"/>
          <w:u w:val="single"/>
        </w:rPr>
        <w:t xml:space="preserve"> and other vehicles, </w:t>
      </w:r>
      <w:r>
        <w:rPr>
          <w:b w:val="0"/>
          <w:i w:val="0"/>
          <w:smallCaps w:val="0"/>
          <w:strike w:val="0"/>
          <w:sz w:val="22"/>
          <w:highlight w:val="cyan"/>
          <w:u w:val="single"/>
        </w:rPr>
        <w:t xml:space="preserve">carbon-free </w:t>
      </w:r>
      <w:r>
        <w:rPr>
          <w:b w:val="0"/>
          <w:i w:val="0"/>
          <w:smallCaps w:val="0"/>
          <w:strike w:val="0"/>
          <w:sz w:val="22"/>
          <w:highlight w:val="cyan"/>
          <w:u w:val="single"/>
        </w:rPr>
        <w:t>cement</w:t>
      </w:r>
      <w:r>
        <w:rPr>
          <w:b w:val="0"/>
          <w:i w:val="0"/>
          <w:smallCaps w:val="0"/>
          <w:strike w:val="0"/>
          <w:sz w:val="22"/>
          <w:u w:val="single"/>
        </w:rPr>
        <w:t xml:space="preserve"> production and so on</w:t>
      </w:r>
      <w:r>
        <w:rPr>
          <w:b w:val="0"/>
          <w:i w:val="0"/>
          <w:smallCaps w:val="0"/>
          <w:strike w:val="0"/>
          <w:sz w:val="16"/>
          <w:u w:val="none"/>
        </w:rPr>
        <w:t xml:space="preserve">. The best </w:t>
      </w:r>
      <w:r>
        <w:rPr>
          <w:b w:val="0"/>
          <w:i w:val="0"/>
          <w:smallCaps w:val="0"/>
          <w:strike w:val="0"/>
          <w:sz w:val="16"/>
          <w:u w:val="none"/>
        </w:rPr>
        <w:t xml:space="preserve"> policy </w:t>
      </w:r>
      <w:r>
        <w:rPr>
          <w:b w:val="0"/>
          <w:i w:val="0"/>
          <w:smallCaps w:val="0"/>
          <w:strike w:val="0"/>
          <w:sz w:val="16"/>
          <w:u w:val="none"/>
        </w:rPr>
        <w:t xml:space="preserve"> all involve technological improvement as a key feature. </w:t>
      </w:r>
      <w:r>
        <w:rPr>
          <w:b w:val="0"/>
          <w:i w:val="0"/>
          <w:smallCaps w:val="0"/>
          <w:strike w:val="0"/>
          <w:sz w:val="22"/>
          <w:u w:val="single"/>
        </w:rPr>
        <w:t>Recent developments show</w:t>
      </w:r>
      <w:r>
        <w:rPr>
          <w:b w:val="0"/>
          <w:i w:val="0"/>
          <w:smallCaps w:val="0"/>
          <w:strike w:val="0"/>
          <w:sz w:val="16"/>
          <w:u w:val="none"/>
        </w:rPr>
        <w:t xml:space="preserve"> </w:t>
      </w:r>
      <w:r>
        <w:rPr>
          <w:b w:val="0"/>
          <w:i w:val="0"/>
          <w:smallCaps w:val="0"/>
          <w:strike w:val="0"/>
          <w:sz w:val="22"/>
          <w:u w:val="single"/>
        </w:rPr>
        <w:t>that</w:t>
      </w:r>
      <w:r>
        <w:rPr>
          <w:b w:val="0"/>
          <w:i w:val="0"/>
          <w:smallCaps w:val="0"/>
          <w:strike w:val="0"/>
          <w:sz w:val="16"/>
          <w:u w:val="none"/>
        </w:rPr>
        <w:t xml:space="preserve"> the technology-centered approach </w:t>
      </w:r>
      <w:r>
        <w:rPr>
          <w:b w:val="0"/>
          <w:i w:val="0"/>
          <w:smallCaps w:val="0"/>
          <w:strike w:val="0"/>
          <w:sz w:val="22"/>
          <w:u w:val="single"/>
        </w:rPr>
        <w:t>can work</w:t>
      </w:r>
      <w:r>
        <w:rPr>
          <w:b w:val="0"/>
          <w:i w:val="0"/>
          <w:smallCaps w:val="0"/>
          <w:strike w:val="0"/>
          <w:sz w:val="16"/>
          <w:u w:val="none"/>
        </w:rPr>
        <w:t xml:space="preserve">. A </w:t>
      </w:r>
      <w:r>
        <w:rPr>
          <w:b w:val="0"/>
          <w:i w:val="0"/>
          <w:smallCaps w:val="0"/>
          <w:strike w:val="0"/>
          <w:sz w:val="16"/>
          <w:u w:val="none"/>
        </w:rPr>
        <w:t xml:space="preserve">recent </w:t>
      </w:r>
      <w:r>
        <w:rPr>
          <w:b w:val="0"/>
          <w:i w:val="0"/>
          <w:smallCaps w:val="0"/>
          <w:strike w:val="0"/>
          <w:sz w:val="22"/>
          <w:highlight w:val="cyan"/>
          <w:u w:val="single"/>
        </w:rPr>
        <w:t>report</w:t>
      </w:r>
      <w:r>
        <w:rPr>
          <w:b w:val="0"/>
          <w:i w:val="0"/>
          <w:smallCaps w:val="0"/>
          <w:strike w:val="0"/>
          <w:sz w:val="16"/>
          <w:u w:val="none"/>
        </w:rPr>
        <w:t xml:space="preserve"> by Bloomberg </w:t>
      </w:r>
      <w:r>
        <w:rPr>
          <w:b w:val="0"/>
          <w:i w:val="0"/>
          <w:smallCaps w:val="0"/>
          <w:strike w:val="0"/>
          <w:sz w:val="22"/>
          <w:u w:val="single"/>
        </w:rPr>
        <w:t>New Energy Finance</w:t>
      </w:r>
      <w:r>
        <w:rPr>
          <w:b w:val="0"/>
          <w:i w:val="0"/>
          <w:smallCaps w:val="0"/>
          <w:strike w:val="0"/>
          <w:sz w:val="16"/>
          <w:u w:val="none"/>
        </w:rPr>
        <w:t xml:space="preserve"> </w:t>
      </w:r>
      <w:r>
        <w:rPr>
          <w:b w:val="0"/>
          <w:i w:val="0"/>
          <w:smallCaps w:val="0"/>
          <w:strike w:val="0"/>
          <w:sz w:val="22"/>
          <w:highlight w:val="cyan"/>
          <w:u w:val="single"/>
        </w:rPr>
        <w:t>analyzed</w:t>
      </w:r>
      <w:r>
        <w:rPr>
          <w:b w:val="0"/>
          <w:i w:val="0"/>
          <w:smallCaps w:val="0"/>
          <w:strike w:val="0"/>
          <w:sz w:val="16"/>
          <w:u w:val="none"/>
        </w:rPr>
        <w:t xml:space="preserve"> about </w:t>
      </w:r>
      <w:r>
        <w:rPr>
          <w:b w:val="0"/>
          <w:i w:val="0"/>
          <w:smallCaps w:val="0"/>
          <w:strike w:val="0"/>
          <w:sz w:val="22"/>
          <w:highlight w:val="cyan"/>
          <w:u w:val="single"/>
        </w:rPr>
        <w:t>7000 projects in 46 countries</w:t>
      </w:r>
      <w:r>
        <w:rPr>
          <w:b w:val="0"/>
          <w:i w:val="0"/>
          <w:smallCaps w:val="0"/>
          <w:strike w:val="0"/>
          <w:sz w:val="22"/>
          <w:u w:val="single"/>
        </w:rPr>
        <w:t xml:space="preserve">, and </w:t>
      </w:r>
      <w:r>
        <w:rPr>
          <w:b w:val="0"/>
          <w:i w:val="0"/>
          <w:smallCaps w:val="0"/>
          <w:strike w:val="0"/>
          <w:sz w:val="22"/>
          <w:highlight w:val="cyan"/>
          <w:u w:val="single"/>
        </w:rPr>
        <w:t>found that</w:t>
      </w:r>
      <w:r>
        <w:rPr>
          <w:b w:val="0"/>
          <w:i w:val="0"/>
          <w:smallCaps w:val="0"/>
          <w:strike w:val="0"/>
          <w:sz w:val="22"/>
          <w:u w:val="single"/>
        </w:rPr>
        <w:t xml:space="preserve"> large </w:t>
      </w:r>
      <w:r>
        <w:rPr>
          <w:b w:val="0"/>
          <w:i w:val="0"/>
          <w:smallCaps w:val="0"/>
          <w:strike w:val="0"/>
          <w:sz w:val="22"/>
          <w:highlight w:val="cyan"/>
          <w:u w:val="single"/>
        </w:rPr>
        <w:t>drops in</w:t>
      </w:r>
      <w:r>
        <w:rPr>
          <w:b w:val="0"/>
          <w:i w:val="0"/>
          <w:smallCaps w:val="0"/>
          <w:strike w:val="0"/>
          <w:sz w:val="22"/>
          <w:u w:val="single"/>
        </w:rPr>
        <w:t xml:space="preserve"> the </w:t>
      </w:r>
      <w:r>
        <w:rPr>
          <w:b w:val="0"/>
          <w:i w:val="0"/>
          <w:smallCaps w:val="0"/>
          <w:strike w:val="0"/>
          <w:sz w:val="22"/>
          <w:highlight w:val="cyan"/>
          <w:u w:val="single"/>
        </w:rPr>
        <w:t>cost of solar</w:t>
      </w:r>
      <w:r>
        <w:rPr>
          <w:b w:val="0"/>
          <w:i w:val="0"/>
          <w:smallCaps w:val="0"/>
          <w:strike w:val="0"/>
          <w:sz w:val="22"/>
          <w:u w:val="single"/>
        </w:rPr>
        <w:t xml:space="preserve"> power from photovoltaic systems, </w:t>
      </w:r>
      <w:r>
        <w:rPr>
          <w:b w:val="0"/>
          <w:i w:val="0"/>
          <w:smallCaps w:val="0"/>
          <w:strike w:val="0"/>
          <w:sz w:val="22"/>
          <w:highlight w:val="cyan"/>
          <w:u w:val="single"/>
        </w:rPr>
        <w:t>wind</w:t>
      </w:r>
      <w:r>
        <w:rPr>
          <w:b w:val="0"/>
          <w:i w:val="0"/>
          <w:smallCaps w:val="0"/>
          <w:strike w:val="0"/>
          <w:sz w:val="22"/>
          <w:u w:val="single"/>
        </w:rPr>
        <w:t xml:space="preserve"> power </w:t>
      </w:r>
      <w:r>
        <w:rPr>
          <w:b w:val="0"/>
          <w:i w:val="0"/>
          <w:smallCaps w:val="0"/>
          <w:strike w:val="0"/>
          <w:sz w:val="22"/>
          <w:highlight w:val="cyan"/>
          <w:u w:val="single"/>
        </w:rPr>
        <w:t>and</w:t>
      </w:r>
      <w:r>
        <w:rPr>
          <w:b w:val="0"/>
          <w:i w:val="0"/>
          <w:smallCaps w:val="0"/>
          <w:strike w:val="0"/>
          <w:sz w:val="22"/>
          <w:u w:val="single"/>
        </w:rPr>
        <w:t xml:space="preserve"> lithium-ion </w:t>
      </w:r>
      <w:r>
        <w:rPr>
          <w:b w:val="0"/>
          <w:i w:val="0"/>
          <w:smallCaps w:val="0"/>
          <w:strike w:val="0"/>
          <w:sz w:val="22"/>
          <w:highlight w:val="cyan"/>
          <w:u w:val="single"/>
        </w:rPr>
        <w:t>batteries</w:t>
      </w:r>
      <w:r>
        <w:rPr>
          <w:b w:val="0"/>
          <w:i w:val="0"/>
          <w:smallCaps w:val="0"/>
          <w:strike w:val="0"/>
          <w:sz w:val="22"/>
          <w:u w:val="single"/>
        </w:rPr>
        <w:t xml:space="preserve"> have </w:t>
      </w:r>
      <w:r>
        <w:rPr>
          <w:b w:val="0"/>
          <w:i w:val="0"/>
          <w:smallCaps w:val="0"/>
          <w:strike w:val="0"/>
          <w:sz w:val="22"/>
          <w:highlight w:val="cyan"/>
          <w:u w:val="single"/>
        </w:rPr>
        <w:t>made</w:t>
      </w:r>
      <w:r>
        <w:rPr>
          <w:b w:val="0"/>
          <w:i w:val="0"/>
          <w:smallCaps w:val="0"/>
          <w:strike w:val="0"/>
          <w:sz w:val="22"/>
          <w:u w:val="single"/>
        </w:rPr>
        <w:t xml:space="preserve"> utility-scale </w:t>
      </w:r>
      <w:r>
        <w:rPr>
          <w:b w:val="0"/>
          <w:i w:val="0"/>
          <w:smallCaps w:val="0"/>
          <w:strike w:val="0"/>
          <w:sz w:val="22"/>
          <w:highlight w:val="cyan"/>
          <w:u w:val="single"/>
        </w:rPr>
        <w:t>renewable</w:t>
      </w:r>
      <w:r>
        <w:rPr>
          <w:b w:val="0"/>
          <w:i w:val="0"/>
          <w:smallCaps w:val="0"/>
          <w:strike w:val="0"/>
          <w:sz w:val="22"/>
          <w:u w:val="single"/>
        </w:rPr>
        <w:t xml:space="preserve"> electricity </w:t>
      </w:r>
      <w:r>
        <w:rPr>
          <w:b w:val="0"/>
          <w:i w:val="0"/>
          <w:smallCaps w:val="0"/>
          <w:strike w:val="0"/>
          <w:sz w:val="22"/>
          <w:highlight w:val="cyan"/>
          <w:u w:val="single"/>
        </w:rPr>
        <w:t>competitive with fossil</w:t>
      </w:r>
      <w:r>
        <w:rPr>
          <w:b w:val="0"/>
          <w:i w:val="0"/>
          <w:smallCaps w:val="0"/>
          <w:strike w:val="0"/>
          <w:sz w:val="22"/>
          <w:u w:val="single"/>
        </w:rPr>
        <w:t xml:space="preserve"> fuels</w:t>
      </w:r>
      <w:r>
        <w:rPr>
          <w:b w:val="0"/>
          <w:i w:val="0"/>
          <w:smallCaps w:val="0"/>
          <w:strike w:val="0"/>
          <w:sz w:val="16"/>
          <w:u w:val="none"/>
        </w:rPr>
        <w:t xml:space="preserve">. A 76 percent decline in the cost of energy for short-term battery storage since 2012 is especially important. In a blog post, futurist and energy writer Ramez Naam </w:t>
      </w:r>
      <w:r>
        <w:rPr>
          <w:b w:val="0"/>
          <w:i w:val="0"/>
          <w:smallCaps w:val="0"/>
          <w:strike w:val="0"/>
          <w:sz w:val="16"/>
          <w:u w:val="none"/>
        </w:rPr>
        <w:t>underscores</w:t>
      </w:r>
      <w:r>
        <w:rPr>
          <w:b w:val="0"/>
          <w:i w:val="0"/>
          <w:smallCaps w:val="0"/>
          <w:strike w:val="0"/>
          <w:sz w:val="16"/>
          <w:u w:val="none"/>
        </w:rPr>
        <w:t xml:space="preserve"> the significance of these developments. Naam notes the important difference between renewables being cheap enough to outprice new fossil-fuel plants, and being inexpensive enough to undercut existing plants. The former is already the case across much of the world, which is among the reasons for an 84 percent </w:t>
      </w:r>
      <w:r>
        <w:rPr>
          <w:b w:val="0"/>
          <w:i w:val="0"/>
          <w:smallCaps w:val="0"/>
          <w:strike w:val="0"/>
          <w:sz w:val="16"/>
          <w:u w:val="none"/>
        </w:rPr>
        <w:t>decrease</w:t>
      </w:r>
      <w:r>
        <w:rPr>
          <w:b w:val="0"/>
          <w:i w:val="0"/>
          <w:smallCaps w:val="0"/>
          <w:strike w:val="0"/>
          <w:sz w:val="16"/>
          <w:u w:val="none"/>
        </w:rPr>
        <w:t xml:space="preserve"> in the number of new coal-fired plants worldwide since 2015. But </w:t>
      </w:r>
      <w:r>
        <w:rPr>
          <w:b w:val="0"/>
          <w:i w:val="0"/>
          <w:smallCaps w:val="0"/>
          <w:strike w:val="0"/>
          <w:sz w:val="22"/>
          <w:u w:val="single"/>
        </w:rPr>
        <w:t xml:space="preserve">when it becomes cheaper to scrap existing fossil-fuel plants and build renewables in their place, </w:t>
      </w:r>
      <w:r>
        <w:rPr>
          <w:b w:val="0"/>
          <w:i w:val="0"/>
          <w:smallCaps w:val="0"/>
          <w:strike w:val="0"/>
          <w:sz w:val="22"/>
          <w:highlight w:val="cyan"/>
          <w:u w:val="single"/>
        </w:rPr>
        <w:t>it will allow</w:t>
      </w:r>
      <w:r>
        <w:rPr>
          <w:b w:val="0"/>
          <w:i w:val="0"/>
          <w:smallCaps w:val="0"/>
          <w:strike w:val="0"/>
          <w:sz w:val="22"/>
          <w:u w:val="single"/>
        </w:rPr>
        <w:t xml:space="preserve"> </w:t>
      </w:r>
      <w:r>
        <w:rPr>
          <w:b w:val="0"/>
          <w:i w:val="0"/>
          <w:smallCaps w:val="0"/>
          <w:strike w:val="0"/>
          <w:sz w:val="22"/>
          <w:highlight w:val="cyan"/>
          <w:u w:val="single"/>
        </w:rPr>
        <w:t>renewables to start replacing coal</w:t>
      </w:r>
      <w:r>
        <w:rPr>
          <w:b w:val="0"/>
          <w:i w:val="0"/>
          <w:smallCaps w:val="0"/>
          <w:strike w:val="0"/>
          <w:sz w:val="22"/>
          <w:u w:val="single"/>
        </w:rPr>
        <w:t xml:space="preserve"> and gas much more quickly</w:t>
      </w:r>
      <w:r>
        <w:rPr>
          <w:b w:val="0"/>
          <w:i w:val="0"/>
          <w:smallCaps w:val="0"/>
          <w:strike w:val="0"/>
          <w:sz w:val="16"/>
          <w:u w:val="none"/>
        </w:rPr>
        <w:t xml:space="preserve">. Naam cites examples from </w:t>
      </w:r>
      <w:r>
        <w:rPr>
          <w:b w:val="0"/>
          <w:i w:val="0"/>
          <w:smallCaps w:val="0"/>
          <w:strike w:val="0"/>
          <w:sz w:val="22"/>
          <w:u w:val="single"/>
        </w:rPr>
        <w:t>Florida</w:t>
      </w:r>
      <w:r>
        <w:rPr>
          <w:b w:val="0"/>
          <w:i w:val="0"/>
          <w:smallCaps w:val="0"/>
          <w:strike w:val="0"/>
          <w:sz w:val="16"/>
          <w:u w:val="none"/>
        </w:rPr>
        <w:t xml:space="preserve"> </w:t>
      </w:r>
      <w:r>
        <w:rPr>
          <w:b w:val="0"/>
          <w:i w:val="0"/>
          <w:smallCaps w:val="0"/>
          <w:strike w:val="0"/>
          <w:sz w:val="22"/>
          <w:u w:val="single"/>
        </w:rPr>
        <w:t xml:space="preserve">and </w:t>
      </w:r>
      <w:r>
        <w:rPr>
          <w:b w:val="0"/>
          <w:i w:val="0"/>
          <w:smallCaps w:val="0"/>
          <w:strike w:val="0"/>
          <w:sz w:val="22"/>
          <w:u w:val="single"/>
        </w:rPr>
        <w:t>Indiana</w:t>
      </w:r>
      <w:r>
        <w:rPr>
          <w:b w:val="0"/>
          <w:i w:val="0"/>
          <w:smallCaps w:val="0"/>
          <w:strike w:val="0"/>
          <w:sz w:val="16"/>
          <w:u w:val="none"/>
        </w:rPr>
        <w:t xml:space="preserve"> where </w:t>
      </w:r>
      <w:r>
        <w:rPr>
          <w:b w:val="0"/>
          <w:i w:val="0"/>
          <w:smallCaps w:val="0"/>
          <w:strike w:val="0"/>
          <w:sz w:val="22"/>
          <w:u w:val="single"/>
        </w:rPr>
        <w:t>this is already being done</w:t>
      </w:r>
      <w:r>
        <w:rPr>
          <w:b w:val="0"/>
          <w:i w:val="0"/>
          <w:smallCaps w:val="0"/>
          <w:strike w:val="0"/>
          <w:sz w:val="16"/>
          <w:u w:val="none"/>
        </w:rPr>
        <w:t xml:space="preserve">. He cites </w:t>
      </w:r>
      <w:r>
        <w:rPr>
          <w:b w:val="0"/>
          <w:i w:val="0"/>
          <w:smallCaps w:val="0"/>
          <w:strike w:val="0"/>
          <w:sz w:val="22"/>
          <w:u w:val="single"/>
        </w:rPr>
        <w:t>industry predictions</w:t>
      </w:r>
      <w:r>
        <w:rPr>
          <w:b w:val="0"/>
          <w:i w:val="0"/>
          <w:smallCaps w:val="0"/>
          <w:strike w:val="0"/>
          <w:sz w:val="16"/>
          <w:u w:val="none"/>
        </w:rPr>
        <w:t xml:space="preserve"> </w:t>
      </w:r>
      <w:r>
        <w:rPr>
          <w:b w:val="0"/>
          <w:i w:val="0"/>
          <w:smallCaps w:val="0"/>
          <w:strike w:val="0"/>
          <w:sz w:val="22"/>
          <w:u w:val="single"/>
        </w:rPr>
        <w:t xml:space="preserve">that replacing existing fossil-fuel plants with renewables </w:t>
      </w:r>
      <w:r>
        <w:rPr>
          <w:b w:val="0"/>
          <w:i w:val="0"/>
          <w:smallCaps w:val="0"/>
          <w:strike w:val="0"/>
          <w:sz w:val="22"/>
          <w:highlight w:val="cyan"/>
          <w:u w:val="single"/>
        </w:rPr>
        <w:t>will be</w:t>
      </w:r>
      <w:r>
        <w:rPr>
          <w:b w:val="0"/>
          <w:i w:val="0"/>
          <w:smallCaps w:val="0"/>
          <w:strike w:val="0"/>
          <w:sz w:val="16"/>
          <w:u w:val="none"/>
        </w:rPr>
        <w:t xml:space="preserve"> economically </w:t>
      </w:r>
      <w:r>
        <w:rPr>
          <w:b w:val="0"/>
          <w:i w:val="0"/>
          <w:smallCaps w:val="0"/>
          <w:strike w:val="0"/>
          <w:sz w:val="22"/>
          <w:u w:val="single"/>
        </w:rPr>
        <w:t>efficient</w:t>
      </w:r>
      <w:r>
        <w:rPr>
          <w:b w:val="0"/>
          <w:i w:val="0"/>
          <w:smallCaps w:val="0"/>
          <w:strike w:val="0"/>
          <w:sz w:val="16"/>
          <w:u w:val="none"/>
        </w:rPr>
        <w:t xml:space="preserve"> almost </w:t>
      </w:r>
      <w:r>
        <w:rPr>
          <w:b w:val="0"/>
          <w:i w:val="0"/>
          <w:smallCaps w:val="0"/>
          <w:strike w:val="0"/>
          <w:sz w:val="22"/>
          <w:highlight w:val="cyan"/>
          <w:u w:val="single"/>
        </w:rPr>
        <w:t>everywhere</w:t>
      </w:r>
      <w:r>
        <w:rPr>
          <w:b w:val="0"/>
          <w:i w:val="0"/>
          <w:smallCaps w:val="0"/>
          <w:strike w:val="0"/>
          <w:sz w:val="16"/>
          <w:u w:val="none"/>
        </w:rPr>
        <w:t xml:space="preserve"> </w:t>
      </w:r>
      <w:r>
        <w:rPr>
          <w:b w:val="0"/>
          <w:i w:val="0"/>
          <w:smallCaps w:val="0"/>
          <w:strike w:val="0"/>
          <w:sz w:val="22"/>
          <w:u w:val="single"/>
        </w:rPr>
        <w:t xml:space="preserve">at some point </w:t>
      </w:r>
      <w:r>
        <w:rPr>
          <w:b w:val="0"/>
          <w:i w:val="0"/>
          <w:smallCaps w:val="0"/>
          <w:strike w:val="0"/>
          <w:sz w:val="22"/>
          <w:highlight w:val="cyan"/>
          <w:u w:val="single"/>
        </w:rPr>
        <w:t>in</w:t>
      </w:r>
      <w:r>
        <w:rPr>
          <w:b w:val="0"/>
          <w:i w:val="0"/>
          <w:smallCaps w:val="0"/>
          <w:strike w:val="0"/>
          <w:sz w:val="22"/>
          <w:u w:val="single"/>
        </w:rPr>
        <w:t xml:space="preserve"> the </w:t>
      </w:r>
      <w:r>
        <w:rPr>
          <w:b w:val="0"/>
          <w:i w:val="0"/>
          <w:smallCaps w:val="0"/>
          <w:strike w:val="0"/>
          <w:sz w:val="22"/>
          <w:highlight w:val="cyan"/>
          <w:u w:val="single"/>
        </w:rPr>
        <w:t>next decade</w:t>
      </w:r>
      <w:r>
        <w:rPr>
          <w:b w:val="0"/>
          <w:i w:val="0"/>
          <w:smallCaps w:val="0"/>
          <w:strike w:val="0"/>
          <w:sz w:val="22"/>
          <w:u w:val="single"/>
        </w:rPr>
        <w:t>.</w:t>
      </w:r>
      <w:r>
        <w:rPr>
          <w:b w:val="0"/>
          <w:i w:val="0"/>
          <w:smallCaps w:val="0"/>
          <w:strike w:val="0"/>
          <w:sz w:val="16"/>
          <w:u w:val="none"/>
        </w:rPr>
        <w:t xml:space="preserve"> Electricity is far from the only source of carbon emissions — there’s also transportation, manufacturing (especially of steel and cement), home and office heating, and agriculture to worry about. But the rapid advance of solar technology is a huge victory in the struggle against climate change, because it will allow people all over the world to have electricity without cooking the planet. And </w:t>
      </w:r>
      <w:r>
        <w:rPr>
          <w:b w:val="0"/>
          <w:i w:val="0"/>
          <w:smallCaps w:val="0"/>
          <w:strike w:val="0"/>
          <w:sz w:val="22"/>
          <w:u w:val="single"/>
        </w:rPr>
        <w:t>how was this</w:t>
      </w:r>
      <w:r>
        <w:rPr>
          <w:b w:val="0"/>
          <w:i w:val="0"/>
          <w:smallCaps w:val="0"/>
          <w:strike w:val="0"/>
          <w:sz w:val="16"/>
          <w:u w:val="none"/>
        </w:rPr>
        <w:t xml:space="preserve"> victory </w:t>
      </w:r>
      <w:r>
        <w:rPr>
          <w:b w:val="0"/>
          <w:i w:val="0"/>
          <w:smallCaps w:val="0"/>
          <w:strike w:val="0"/>
          <w:sz w:val="22"/>
          <w:u w:val="single"/>
        </w:rPr>
        <w:t>achieved</w:t>
      </w:r>
      <w:r>
        <w:rPr>
          <w:b w:val="0"/>
          <w:i w:val="0"/>
          <w:smallCaps w:val="0"/>
          <w:strike w:val="0"/>
          <w:sz w:val="16"/>
          <w:u w:val="none"/>
        </w:rPr>
        <w:t xml:space="preserve">? </w:t>
      </w:r>
      <w:r>
        <w:rPr>
          <w:b w:val="0"/>
          <w:i w:val="0"/>
          <w:smallCaps w:val="0"/>
          <w:strike w:val="0"/>
          <w:sz w:val="22"/>
          <w:u w:val="single"/>
        </w:rPr>
        <w:t>A combination of smart government policy and private industry</w:t>
      </w:r>
      <w:r>
        <w:rPr>
          <w:b w:val="0"/>
          <w:i w:val="0"/>
          <w:smallCaps w:val="0"/>
          <w:strike w:val="0"/>
          <w:sz w:val="16"/>
          <w:u w:val="none"/>
        </w:rPr>
        <w:t xml:space="preserve">. </w:t>
      </w:r>
      <w:r>
        <w:rPr>
          <w:b w:val="0"/>
          <w:i w:val="0"/>
          <w:smallCaps w:val="0"/>
          <w:strike w:val="0"/>
          <w:sz w:val="22"/>
          <w:u w:val="single"/>
        </w:rPr>
        <w:t>Massachusetts Institute of Technology</w:t>
      </w:r>
      <w:r>
        <w:rPr>
          <w:b w:val="0"/>
          <w:i w:val="0"/>
          <w:smallCaps w:val="0"/>
          <w:strike w:val="0"/>
          <w:sz w:val="16"/>
          <w:u w:val="none"/>
        </w:rPr>
        <w:t xml:space="preserve"> researchers </w:t>
      </w:r>
      <w:r>
        <w:rPr>
          <w:b w:val="0"/>
          <w:i w:val="0"/>
          <w:smallCaps w:val="0"/>
          <w:strike w:val="0"/>
          <w:sz w:val="16"/>
          <w:u w:val="none"/>
        </w:rPr>
        <w:t>Goksin</w:t>
      </w:r>
      <w:r>
        <w:rPr>
          <w:b w:val="0"/>
          <w:i w:val="0"/>
          <w:smallCaps w:val="0"/>
          <w:strike w:val="0"/>
          <w:sz w:val="16"/>
          <w:u w:val="none"/>
        </w:rPr>
        <w:t xml:space="preserve"> </w:t>
      </w:r>
      <w:r>
        <w:rPr>
          <w:b w:val="0"/>
          <w:i w:val="0"/>
          <w:smallCaps w:val="0"/>
          <w:strike w:val="0"/>
          <w:sz w:val="16"/>
          <w:u w:val="none"/>
        </w:rPr>
        <w:t>Kavlak</w:t>
      </w:r>
      <w:r>
        <w:rPr>
          <w:b w:val="0"/>
          <w:i w:val="0"/>
          <w:smallCaps w:val="0"/>
          <w:strike w:val="0"/>
          <w:sz w:val="16"/>
          <w:u w:val="none"/>
        </w:rPr>
        <w:t xml:space="preserve">, James McNerney and Jessika </w:t>
      </w:r>
      <w:r>
        <w:rPr>
          <w:b w:val="0"/>
          <w:i w:val="0"/>
          <w:smallCaps w:val="0"/>
          <w:strike w:val="0"/>
          <w:sz w:val="16"/>
          <w:u w:val="none"/>
        </w:rPr>
        <w:t>Trancik</w:t>
      </w:r>
      <w:r>
        <w:rPr>
          <w:b w:val="0"/>
          <w:i w:val="0"/>
          <w:smallCaps w:val="0"/>
          <w:strike w:val="0"/>
          <w:sz w:val="16"/>
          <w:u w:val="none"/>
        </w:rPr>
        <w:t xml:space="preserve"> in a </w:t>
      </w:r>
      <w:r>
        <w:rPr>
          <w:b w:val="0"/>
          <w:i w:val="0"/>
          <w:smallCaps w:val="0"/>
          <w:strike w:val="0"/>
          <w:sz w:val="16"/>
          <w:u w:val="none"/>
        </w:rPr>
        <w:t>recent paper</w:t>
      </w:r>
      <w:r>
        <w:rPr>
          <w:b w:val="0"/>
          <w:i w:val="0"/>
          <w:smallCaps w:val="0"/>
          <w:strike w:val="0"/>
          <w:sz w:val="16"/>
          <w:u w:val="none"/>
        </w:rPr>
        <w:t xml:space="preserve"> evaluated the factors behind the solar-price decline from 1980 to 2012. They </w:t>
      </w:r>
      <w:r>
        <w:rPr>
          <w:b w:val="0"/>
          <w:i w:val="0"/>
          <w:smallCaps w:val="0"/>
          <w:strike w:val="0"/>
          <w:sz w:val="22"/>
          <w:u w:val="single"/>
        </w:rPr>
        <w:t>concluded that from 1980 to 2001, government-funded research and development was the main factor in bringing down costs,</w:t>
      </w:r>
      <w:r>
        <w:rPr>
          <w:b w:val="0"/>
          <w:i w:val="0"/>
          <w:smallCaps w:val="0"/>
          <w:strike w:val="0"/>
          <w:sz w:val="16"/>
          <w:u w:val="none"/>
        </w:rPr>
        <w:t xml:space="preserve"> </w:t>
      </w:r>
      <w:r>
        <w:rPr>
          <w:b w:val="0"/>
          <w:i w:val="0"/>
          <w:smallCaps w:val="0"/>
          <w:strike w:val="0"/>
          <w:sz w:val="22"/>
          <w:u w:val="single"/>
        </w:rPr>
        <w:t>but from 2001 to 2012</w:t>
      </w:r>
      <w:r>
        <w:rPr>
          <w:b w:val="0"/>
          <w:i w:val="0"/>
          <w:smallCaps w:val="0"/>
          <w:strike w:val="0"/>
          <w:sz w:val="16"/>
          <w:u w:val="none"/>
        </w:rPr>
        <w:t xml:space="preserve">, </w:t>
      </w:r>
      <w:r>
        <w:rPr>
          <w:b w:val="0"/>
          <w:i w:val="0"/>
          <w:smallCaps w:val="0"/>
          <w:strike w:val="0"/>
          <w:sz w:val="22"/>
          <w:u w:val="single"/>
        </w:rPr>
        <w:t>the biggest factor was economies of scale</w:t>
      </w:r>
      <w:r>
        <w:rPr>
          <w:b w:val="0"/>
          <w:i w:val="0"/>
          <w:smallCaps w:val="0"/>
          <w:strike w:val="0"/>
          <w:sz w:val="16"/>
          <w:u w:val="none"/>
        </w:rPr>
        <w:t>. These economies of scale were driven by private industry increasing output, but with government subsidies helping to increase</w:t>
      </w:r>
      <w:r>
        <w:rPr>
          <w:b w:val="0"/>
          <w:i w:val="0"/>
          <w:smallCaps w:val="0"/>
          <w:strike w:val="0"/>
          <w:sz w:val="16"/>
          <w:u w:val="none"/>
        </w:rPr>
        <w:t xml:space="preserve"> the incentive to ramp up production. </w:t>
      </w:r>
      <w:r>
        <w:rPr>
          <w:b w:val="0"/>
          <w:i w:val="0"/>
          <w:smallCaps w:val="0"/>
          <w:strike w:val="0"/>
          <w:sz w:val="22"/>
          <w:u w:val="single"/>
        </w:rPr>
        <w:t>It’s apparent, therefore</w:t>
      </w:r>
      <w:r>
        <w:rPr>
          <w:b w:val="0"/>
          <w:i w:val="0"/>
          <w:smallCaps w:val="0"/>
          <w:strike w:val="0"/>
          <w:sz w:val="16"/>
          <w:u w:val="none"/>
        </w:rPr>
        <w:t xml:space="preserve">, </w:t>
      </w:r>
      <w:r>
        <w:rPr>
          <w:b w:val="0"/>
          <w:i w:val="0"/>
          <w:smallCaps w:val="0"/>
          <w:strike w:val="0"/>
          <w:sz w:val="22"/>
          <w:u w:val="single"/>
        </w:rPr>
        <w:t>that</w:t>
      </w:r>
      <w:r>
        <w:rPr>
          <w:b w:val="0"/>
          <w:i w:val="0"/>
          <w:smallCaps w:val="0"/>
          <w:strike w:val="0"/>
          <w:sz w:val="16"/>
          <w:u w:val="none"/>
        </w:rPr>
        <w:t xml:space="preserve"> both government and </w:t>
      </w:r>
      <w:r>
        <w:rPr>
          <w:b w:val="0"/>
          <w:i w:val="0"/>
          <w:smallCaps w:val="0"/>
          <w:strike w:val="0"/>
          <w:sz w:val="22"/>
          <w:u w:val="single"/>
        </w:rPr>
        <w:t>profit-seeking enterprises have their roles to play.</w:t>
      </w:r>
      <w:r>
        <w:rPr>
          <w:b w:val="0"/>
          <w:i w:val="0"/>
          <w:smallCaps w:val="0"/>
          <w:strike w:val="0"/>
          <w:sz w:val="16"/>
          <w:u w:val="none"/>
        </w:rPr>
        <w:t xml:space="preserve"> Government funds the development of early-stage technology and then helps push the private sector toward adopting those technologies, while private companies compete to find ever-cheaper methods of implementation. Instead of eco-socialism, it’s eco-industrialism. If there’s any system that can beat climate change, this looks like it.</w:t>
      </w:r>
    </w:p>
    <w:p>
      <w:pPr>
        <w:pStyle w:val="Caption"/>
      </w:pPr>
      <w:r>
        <w:t>Source: Capitalism Kritik Answers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