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Spreading capitalism creates </w:t>
      </w:r>
      <w:r>
        <w:rPr>
          <w:b/>
          <w:i w:val="0"/>
          <w:smallCaps w:val="0"/>
          <w:strike w:val="0"/>
          <w:sz w:val="26"/>
          <w:u w:val="single"/>
        </w:rPr>
        <w:t>global prosperity</w:t>
      </w:r>
      <w:r>
        <w:rPr>
          <w:b/>
          <w:i w:val="0"/>
          <w:smallCaps w:val="0"/>
          <w:strike w:val="0"/>
          <w:sz w:val="26"/>
          <w:u w:val="none"/>
        </w:rPr>
        <w:t xml:space="preserve"> and </w:t>
      </w:r>
      <w:r>
        <w:rPr>
          <w:b/>
          <w:i w:val="0"/>
          <w:smallCaps w:val="0"/>
          <w:strike w:val="0"/>
          <w:sz w:val="26"/>
          <w:u w:val="single"/>
        </w:rPr>
        <w:t>environmental sustainability</w:t>
      </w:r>
      <w:r>
        <w:rPr>
          <w:b/>
          <w:i w:val="0"/>
          <w:smallCaps w:val="0"/>
          <w:strike w:val="0"/>
          <w:sz w:val="26"/>
          <w:u w:val="none"/>
        </w:rPr>
        <w:t xml:space="preserve">. Abandoning it is </w:t>
      </w:r>
      <w:r>
        <w:rPr>
          <w:b/>
          <w:i w:val="0"/>
          <w:smallCaps w:val="0"/>
          <w:strike w:val="0"/>
          <w:sz w:val="26"/>
          <w:u w:val="single"/>
        </w:rPr>
        <w:t>disastrous</w:t>
      </w:r>
      <w:r>
        <w:rPr>
          <w:b/>
          <w:i w:val="0"/>
          <w:smallCaps w:val="0"/>
          <w:strike w:val="0"/>
          <w:sz w:val="26"/>
          <w:u w:val="none"/>
        </w:rPr>
        <w:t>.</w:t>
      </w:r>
    </w:p>
    <w:p>
      <w:pPr>
        <w:spacing w:after="80"/>
      </w:pPr>
      <w:r>
        <w:rPr>
          <w:b/>
          <w:i w:val="0"/>
          <w:smallCaps w:val="0"/>
          <w:strike w:val="0"/>
          <w:sz w:val="26"/>
          <w:u w:val="none"/>
        </w:rPr>
        <w:t>Rhonheimer</w:t>
      </w:r>
      <w:r>
        <w:rPr>
          <w:b/>
          <w:i w:val="0"/>
          <w:smallCaps w:val="0"/>
          <w:strike w:val="0"/>
          <w:sz w:val="26"/>
          <w:u w:val="none"/>
        </w:rPr>
        <w:t>, 2</w:t>
      </w:r>
      <w:r>
        <w:rPr>
          <w:b/>
          <w:i w:val="0"/>
          <w:smallCaps w:val="0"/>
          <w:strike w:val="0"/>
          <w:sz w:val="26"/>
          <w:u w:val="none"/>
        </w:rPr>
        <w:t>0</w:t>
      </w:r>
      <w:r>
        <w:rPr>
          <w:b w:val="0"/>
          <w:i w:val="0"/>
          <w:smallCaps w:val="0"/>
          <w:strike w:val="0"/>
          <w:u w:val="none"/>
        </w:rPr>
        <w:t xml:space="preserve">—teaching professor at the Pontifical University of the Holy Cross (Martin, “Capitalism is Good for the Poor – and for the Environment,” </w:t>
      </w:r>
      <w:r>
        <w:rPr>
          <w:b w:val="0"/>
          <w:i w:val="0"/>
          <w:smallCaps w:val="0"/>
          <w:strike w:val="0"/>
          <w:u w:val="none"/>
        </w:rPr>
        <w:t xml:space="preserve">, </w:t>
      </w:r>
      <w:r>
        <w:rPr>
          <w:b w:val="0"/>
          <w:i w:val="0"/>
          <w:smallCaps w:val="0"/>
          <w:strike w:val="0"/>
          <w:u w:val="none"/>
        </w:rPr>
        <w:t>dml</w:t>
      </w:r>
      <w:r>
        <w:rPr>
          <w:b w:val="0"/>
          <w:i w:val="0"/>
          <w:smallCaps w:val="0"/>
          <w:strike w:val="0"/>
          <w:u w:val="none"/>
        </w:rPr>
        <w:t>)</w:t>
      </w:r>
    </w:p>
    <w:p>
      <w:pPr>
        <w:spacing w:after="60"/>
      </w:pPr>
      <w:r>
        <w:rPr>
          <w:b w:val="0"/>
          <w:i w:val="0"/>
          <w:smallCaps w:val="0"/>
          <w:strike w:val="0"/>
          <w:sz w:val="22"/>
          <w:u w:val="single"/>
        </w:rPr>
        <w:t xml:space="preserve">It is </w:t>
      </w:r>
      <w:r>
        <w:rPr>
          <w:b/>
          <w:i w:val="0"/>
          <w:smallCaps w:val="0"/>
          <w:strike w:val="0"/>
          <w:sz w:val="22"/>
          <w:u w:val="single"/>
        </w:rPr>
        <w:t>not social policy</w:t>
      </w:r>
      <w:r>
        <w:rPr>
          <w:b w:val="0"/>
          <w:i w:val="0"/>
          <w:smallCaps w:val="0"/>
          <w:strike w:val="0"/>
          <w:sz w:val="22"/>
          <w:u w:val="single"/>
        </w:rPr>
        <w:t xml:space="preserve"> but </w:t>
      </w:r>
      <w:r>
        <w:rPr>
          <w:b/>
          <w:i w:val="0"/>
          <w:smallCaps w:val="0"/>
          <w:strike w:val="0"/>
          <w:sz w:val="22"/>
          <w:u w:val="single"/>
        </w:rPr>
        <w:t>capitalism</w:t>
      </w:r>
      <w:r>
        <w:rPr>
          <w:b w:val="0"/>
          <w:i w:val="0"/>
          <w:smallCaps w:val="0"/>
          <w:strike w:val="0"/>
          <w:sz w:val="22"/>
          <w:u w:val="single"/>
        </w:rPr>
        <w:t xml:space="preserve"> that has </w:t>
      </w:r>
      <w:r>
        <w:rPr>
          <w:b/>
          <w:i w:val="0"/>
          <w:smallCaps w:val="0"/>
          <w:strike w:val="0"/>
          <w:sz w:val="22"/>
          <w:u w:val="single"/>
        </w:rPr>
        <w:t>created today’s prosperity</w:t>
      </w:r>
      <w:r>
        <w:rPr>
          <w:b w:val="0"/>
          <w:i w:val="0"/>
          <w:smallCaps w:val="0"/>
          <w:strike w:val="0"/>
          <w:sz w:val="16"/>
          <w:u w:val="none"/>
        </w:rPr>
        <w:t>.</w:t>
      </w:r>
    </w:p>
    <w:p>
      <w:pPr>
        <w:spacing w:after="60"/>
      </w:pPr>
      <w:r>
        <w:rPr>
          <w:b w:val="0"/>
          <w:i w:val="0"/>
          <w:smallCaps w:val="0"/>
          <w:strike w:val="0"/>
          <w:sz w:val="16"/>
          <w:u w:val="none"/>
        </w:rPr>
        <w:t xml:space="preserve">What is important is that </w:t>
      </w:r>
      <w:r>
        <w:rPr>
          <w:b w:val="0"/>
          <w:i w:val="0"/>
          <w:smallCaps w:val="0"/>
          <w:strike w:val="0"/>
          <w:sz w:val="22"/>
          <w:u w:val="single"/>
        </w:rPr>
        <w:t xml:space="preserve">what </w:t>
      </w:r>
      <w:r>
        <w:rPr>
          <w:b/>
          <w:i w:val="0"/>
          <w:smallCaps w:val="0"/>
          <w:strike w:val="0"/>
          <w:sz w:val="22"/>
          <w:u w:val="single"/>
        </w:rPr>
        <w:t>made today’s mass prosperity possible</w:t>
      </w:r>
      <w:r>
        <w:rPr>
          <w:b w:val="0"/>
          <w:i w:val="0"/>
          <w:smallCaps w:val="0"/>
          <w:strike w:val="0"/>
          <w:sz w:val="22"/>
          <w:u w:val="single"/>
        </w:rPr>
        <w:t xml:space="preserve"> – a phenomenon </w:t>
      </w:r>
      <w:r>
        <w:rPr>
          <w:b/>
          <w:i w:val="0"/>
          <w:smallCaps w:val="0"/>
          <w:strike w:val="0"/>
          <w:sz w:val="22"/>
          <w:u w:val="single"/>
        </w:rPr>
        <w:t>unprecedented in history</w:t>
      </w:r>
      <w:r>
        <w:rPr>
          <w:b w:val="0"/>
          <w:i w:val="0"/>
          <w:smallCaps w:val="0"/>
          <w:strike w:val="0"/>
          <w:sz w:val="22"/>
          <w:u w:val="single"/>
        </w:rPr>
        <w:t xml:space="preserve"> – was</w:t>
      </w:r>
      <w:r>
        <w:rPr>
          <w:b w:val="0"/>
          <w:i w:val="0"/>
          <w:smallCaps w:val="0"/>
          <w:strike w:val="0"/>
          <w:sz w:val="16"/>
          <w:u w:val="none"/>
        </w:rPr>
        <w:t xml:space="preserve"> not social policy or social legislation, </w:t>
      </w:r>
      <w:r>
        <w:rPr>
          <w:b w:val="0"/>
          <w:i w:val="0"/>
          <w:smallCaps w:val="0"/>
          <w:strike w:val="0"/>
          <w:sz w:val="16"/>
          <w:u w:val="none"/>
        </w:rPr>
        <w:t>organised</w:t>
      </w:r>
      <w:r>
        <w:rPr>
          <w:b w:val="0"/>
          <w:i w:val="0"/>
          <w:smallCaps w:val="0"/>
          <w:strike w:val="0"/>
          <w:sz w:val="16"/>
          <w:u w:val="none"/>
        </w:rPr>
        <w:t xml:space="preserve"> trade union pressure, or corrective interventions in the capitalist economy, but rather </w:t>
      </w:r>
      <w:r>
        <w:rPr>
          <w:b/>
          <w:i w:val="0"/>
          <w:smallCaps w:val="0"/>
          <w:strike w:val="0"/>
          <w:sz w:val="22"/>
          <w:u w:val="single"/>
        </w:rPr>
        <w:t>market capitalism</w:t>
      </w:r>
      <w:r>
        <w:rPr>
          <w:b w:val="0"/>
          <w:i w:val="0"/>
          <w:smallCaps w:val="0"/>
          <w:strike w:val="0"/>
          <w:sz w:val="22"/>
          <w:u w:val="single"/>
        </w:rPr>
        <w:t xml:space="preserve"> itself, due to its </w:t>
      </w:r>
      <w:r>
        <w:rPr>
          <w:b/>
          <w:i w:val="0"/>
          <w:smallCaps w:val="0"/>
          <w:strike w:val="0"/>
          <w:sz w:val="22"/>
          <w:u w:val="single"/>
        </w:rPr>
        <w:t>enormous potential for innovation</w:t>
      </w:r>
      <w:r>
        <w:rPr>
          <w:b w:val="0"/>
          <w:i w:val="0"/>
          <w:smallCaps w:val="0"/>
          <w:strike w:val="0"/>
          <w:sz w:val="22"/>
          <w:u w:val="single"/>
        </w:rPr>
        <w:t xml:space="preserve"> and the </w:t>
      </w:r>
      <w:r>
        <w:rPr>
          <w:b/>
          <w:i w:val="0"/>
          <w:smallCaps w:val="0"/>
          <w:strike w:val="0"/>
          <w:sz w:val="22"/>
          <w:u w:val="single"/>
        </w:rPr>
        <w:t>ever-increasing productivity</w:t>
      </w:r>
      <w:r>
        <w:rPr>
          <w:b w:val="0"/>
          <w:i w:val="0"/>
          <w:smallCaps w:val="0"/>
          <w:strike w:val="0"/>
          <w:sz w:val="22"/>
          <w:u w:val="single"/>
        </w:rPr>
        <w:t xml:space="preserve"> of human </w:t>
      </w:r>
      <w:r>
        <w:rPr>
          <w:b w:val="0"/>
          <w:i w:val="0"/>
          <w:smallCaps w:val="0"/>
          <w:strike w:val="0"/>
          <w:sz w:val="22"/>
          <w:u w:val="single"/>
        </w:rPr>
        <w:t>labour</w:t>
      </w:r>
      <w:r>
        <w:rPr>
          <w:b w:val="0"/>
          <w:i w:val="0"/>
          <w:smallCaps w:val="0"/>
          <w:strike w:val="0"/>
          <w:sz w:val="22"/>
          <w:u w:val="single"/>
        </w:rPr>
        <w:t xml:space="preserve"> that resulted from it.</w:t>
      </w:r>
    </w:p>
    <w:p>
      <w:pPr>
        <w:spacing w:after="60"/>
      </w:pPr>
      <w:r>
        <w:rPr>
          <w:b w:val="0"/>
          <w:i w:val="0"/>
          <w:smallCaps w:val="0"/>
          <w:strike w:val="0"/>
          <w:sz w:val="22"/>
          <w:u w:val="single"/>
        </w:rPr>
        <w:t xml:space="preserve">Increasing prosperity and quality of life are </w:t>
      </w:r>
      <w:r>
        <w:rPr>
          <w:b/>
          <w:i w:val="0"/>
          <w:smallCaps w:val="0"/>
          <w:strike w:val="0"/>
          <w:sz w:val="22"/>
          <w:u w:val="single"/>
        </w:rPr>
        <w:t>always the result</w:t>
      </w:r>
      <w:r>
        <w:rPr>
          <w:b w:val="0"/>
          <w:i w:val="0"/>
          <w:smallCaps w:val="0"/>
          <w:strike w:val="0"/>
          <w:sz w:val="22"/>
          <w:u w:val="single"/>
        </w:rPr>
        <w:t xml:space="preserve"> of increasing </w:t>
      </w:r>
      <w:r>
        <w:rPr>
          <w:b w:val="0"/>
          <w:i w:val="0"/>
          <w:smallCaps w:val="0"/>
          <w:strike w:val="0"/>
          <w:sz w:val="22"/>
          <w:u w:val="single"/>
        </w:rPr>
        <w:t>labour</w:t>
      </w:r>
      <w:r>
        <w:rPr>
          <w:b w:val="0"/>
          <w:i w:val="0"/>
          <w:smallCaps w:val="0"/>
          <w:strike w:val="0"/>
          <w:sz w:val="22"/>
          <w:u w:val="single"/>
        </w:rPr>
        <w:t xml:space="preserve"> productivity. </w:t>
      </w:r>
      <w:r>
        <w:rPr>
          <w:b/>
          <w:i w:val="0"/>
          <w:smallCaps w:val="0"/>
          <w:strike w:val="0"/>
          <w:sz w:val="22"/>
          <w:u w:val="single"/>
        </w:rPr>
        <w:t>Only increased productivity</w:t>
      </w:r>
      <w:r>
        <w:rPr>
          <w:b w:val="0"/>
          <w:i w:val="0"/>
          <w:smallCaps w:val="0"/>
          <w:strike w:val="0"/>
          <w:sz w:val="22"/>
          <w:u w:val="single"/>
        </w:rPr>
        <w:t xml:space="preserve"> enabled </w:t>
      </w:r>
      <w:r>
        <w:rPr>
          <w:b/>
          <w:i w:val="0"/>
          <w:smallCaps w:val="0"/>
          <w:strike w:val="0"/>
          <w:sz w:val="22"/>
          <w:u w:val="single"/>
        </w:rPr>
        <w:t>higher social standards</w:t>
      </w:r>
      <w:r>
        <w:rPr>
          <w:b w:val="0"/>
          <w:i w:val="0"/>
          <w:smallCaps w:val="0"/>
          <w:strike w:val="0"/>
          <w:sz w:val="22"/>
          <w:u w:val="single"/>
        </w:rPr>
        <w:t xml:space="preserve">, </w:t>
      </w:r>
      <w:r>
        <w:rPr>
          <w:b/>
          <w:i w:val="0"/>
          <w:smallCaps w:val="0"/>
          <w:strike w:val="0"/>
          <w:sz w:val="22"/>
          <w:u w:val="single"/>
        </w:rPr>
        <w:t>better working conditions</w:t>
      </w:r>
      <w:r>
        <w:rPr>
          <w:b w:val="0"/>
          <w:i w:val="0"/>
          <w:smallCaps w:val="0"/>
          <w:strike w:val="0"/>
          <w:sz w:val="22"/>
          <w:u w:val="single"/>
        </w:rPr>
        <w:t xml:space="preserve">, the </w:t>
      </w:r>
      <w:r>
        <w:rPr>
          <w:b/>
          <w:i w:val="0"/>
          <w:smallCaps w:val="0"/>
          <w:strike w:val="0"/>
          <w:sz w:val="22"/>
          <w:u w:val="single"/>
        </w:rPr>
        <w:t xml:space="preserve">overcoming of child </w:t>
      </w:r>
      <w:r>
        <w:rPr>
          <w:b/>
          <w:i w:val="0"/>
          <w:smallCaps w:val="0"/>
          <w:strike w:val="0"/>
          <w:sz w:val="22"/>
          <w:u w:val="single"/>
        </w:rPr>
        <w:t>labour</w:t>
      </w:r>
      <w:r>
        <w:rPr>
          <w:b w:val="0"/>
          <w:i w:val="0"/>
          <w:smallCaps w:val="0"/>
          <w:strike w:val="0"/>
          <w:sz w:val="22"/>
          <w:u w:val="single"/>
        </w:rPr>
        <w:t xml:space="preserve">, a </w:t>
      </w:r>
      <w:r>
        <w:rPr>
          <w:b/>
          <w:i w:val="0"/>
          <w:smallCaps w:val="0"/>
          <w:strike w:val="0"/>
          <w:sz w:val="22"/>
          <w:u w:val="single"/>
        </w:rPr>
        <w:t>higher level of education</w:t>
      </w:r>
      <w:r>
        <w:rPr>
          <w:b w:val="0"/>
          <w:i w:val="0"/>
          <w:smallCaps w:val="0"/>
          <w:strike w:val="0"/>
          <w:sz w:val="22"/>
          <w:u w:val="single"/>
        </w:rPr>
        <w:t xml:space="preserve">, and the </w:t>
      </w:r>
      <w:r>
        <w:rPr>
          <w:b/>
          <w:i w:val="0"/>
          <w:smallCaps w:val="0"/>
          <w:strike w:val="0"/>
          <w:sz w:val="22"/>
          <w:u w:val="single"/>
        </w:rPr>
        <w:t>emergence of human capital</w:t>
      </w:r>
      <w:r>
        <w:rPr>
          <w:b w:val="0"/>
          <w:i w:val="0"/>
          <w:smallCaps w:val="0"/>
          <w:strike w:val="0"/>
          <w:sz w:val="22"/>
          <w:u w:val="single"/>
        </w:rPr>
        <w:t>. This process</w:t>
      </w:r>
      <w:r>
        <w:rPr>
          <w:b w:val="0"/>
          <w:i w:val="0"/>
          <w:smallCaps w:val="0"/>
          <w:strike w:val="0"/>
          <w:sz w:val="16"/>
          <w:u w:val="none"/>
        </w:rPr>
        <w:t xml:space="preserve"> of increasing triumph over poverty and the constantly rising living standards of the general masses </w:t>
      </w:r>
      <w:r>
        <w:rPr>
          <w:b w:val="0"/>
          <w:i w:val="0"/>
          <w:smallCaps w:val="0"/>
          <w:strike w:val="0"/>
          <w:sz w:val="22"/>
          <w:u w:val="single"/>
        </w:rPr>
        <w:t xml:space="preserve">is taking place on a </w:t>
      </w:r>
      <w:r>
        <w:rPr>
          <w:b/>
          <w:i w:val="0"/>
          <w:smallCaps w:val="0"/>
          <w:strike w:val="0"/>
          <w:sz w:val="22"/>
          <w:u w:val="single"/>
        </w:rPr>
        <w:t>global scale</w:t>
      </w:r>
      <w:r>
        <w:rPr>
          <w:b w:val="0"/>
          <w:i w:val="0"/>
          <w:smallCaps w:val="0"/>
          <w:strike w:val="0"/>
          <w:sz w:val="22"/>
          <w:u w:val="single"/>
        </w:rPr>
        <w:t xml:space="preserve"> – but </w:t>
      </w:r>
      <w:r>
        <w:rPr>
          <w:b/>
          <w:i w:val="0"/>
          <w:smallCaps w:val="0"/>
          <w:strike w:val="0"/>
          <w:sz w:val="22"/>
          <w:u w:val="single"/>
        </w:rPr>
        <w:t>only</w:t>
      </w:r>
      <w:r>
        <w:rPr>
          <w:b w:val="0"/>
          <w:i w:val="0"/>
          <w:smallCaps w:val="0"/>
          <w:strike w:val="0"/>
          <w:sz w:val="22"/>
          <w:u w:val="single"/>
        </w:rPr>
        <w:t xml:space="preserve"> where the </w:t>
      </w:r>
      <w:r>
        <w:rPr>
          <w:b/>
          <w:i w:val="0"/>
          <w:smallCaps w:val="0"/>
          <w:strike w:val="0"/>
          <w:sz w:val="22"/>
          <w:u w:val="single"/>
        </w:rPr>
        <w:t>market economy</w:t>
      </w:r>
      <w:r>
        <w:rPr>
          <w:b w:val="0"/>
          <w:i w:val="0"/>
          <w:smallCaps w:val="0"/>
          <w:strike w:val="0"/>
          <w:sz w:val="22"/>
          <w:u w:val="single"/>
        </w:rPr>
        <w:t xml:space="preserve"> and </w:t>
      </w:r>
      <w:r>
        <w:rPr>
          <w:b/>
          <w:i w:val="0"/>
          <w:smallCaps w:val="0"/>
          <w:strike w:val="0"/>
          <w:sz w:val="22"/>
          <w:u w:val="single"/>
        </w:rPr>
        <w:t>capitalist entrepreneurship are able to spread</w:t>
      </w:r>
      <w:r>
        <w:rPr>
          <w:b w:val="0"/>
          <w:i w:val="0"/>
          <w:smallCaps w:val="0"/>
          <w:strike w:val="0"/>
          <w:sz w:val="16"/>
          <w:u w:val="none"/>
        </w:rPr>
        <w:t>.</w:t>
      </w:r>
    </w:p>
    <w:p>
      <w:pPr>
        <w:spacing w:after="60"/>
      </w:pPr>
      <w:r>
        <w:rPr>
          <w:b w:val="0"/>
          <w:i w:val="0"/>
          <w:smallCaps w:val="0"/>
          <w:strike w:val="0"/>
          <w:sz w:val="16"/>
          <w:u w:val="none"/>
        </w:rPr>
        <w:t>From industrial overexploitation of nature to ecological awareness</w:t>
      </w:r>
    </w:p>
    <w:p>
      <w:pPr>
        <w:spacing w:after="60"/>
      </w:pPr>
      <w:r>
        <w:rPr>
          <w:b w:val="0"/>
          <w:i w:val="0"/>
          <w:smallCaps w:val="0"/>
          <w:strike w:val="0"/>
          <w:sz w:val="22"/>
          <w:u w:val="single"/>
        </w:rPr>
        <w:t xml:space="preserve">The </w:t>
      </w:r>
      <w:r>
        <w:rPr>
          <w:b/>
          <w:i w:val="0"/>
          <w:smallCaps w:val="0"/>
          <w:strike w:val="0"/>
          <w:sz w:val="22"/>
          <w:u w:val="single"/>
        </w:rPr>
        <w:t>first phase</w:t>
      </w:r>
      <w:r>
        <w:rPr>
          <w:b w:val="0"/>
          <w:i w:val="0"/>
          <w:smallCaps w:val="0"/>
          <w:strike w:val="0"/>
          <w:sz w:val="22"/>
          <w:u w:val="single"/>
        </w:rPr>
        <w:t xml:space="preserve"> of</w:t>
      </w:r>
      <w:r>
        <w:rPr>
          <w:b w:val="0"/>
          <w:i w:val="0"/>
          <w:smallCaps w:val="0"/>
          <w:strike w:val="0"/>
          <w:sz w:val="16"/>
          <w:u w:val="none"/>
        </w:rPr>
        <w:t xml:space="preserve"> </w:t>
      </w:r>
      <w:r>
        <w:rPr>
          <w:b w:val="0"/>
          <w:i w:val="0"/>
          <w:smallCaps w:val="0"/>
          <w:strike w:val="0"/>
          <w:sz w:val="16"/>
          <w:u w:val="none"/>
        </w:rPr>
        <w:t>industrialisation</w:t>
      </w:r>
      <w:r>
        <w:rPr>
          <w:b w:val="0"/>
          <w:i w:val="0"/>
          <w:smallCaps w:val="0"/>
          <w:strike w:val="0"/>
          <w:sz w:val="16"/>
          <w:u w:val="none"/>
        </w:rPr>
        <w:t xml:space="preserve"> and </w:t>
      </w:r>
      <w:r>
        <w:rPr>
          <w:b w:val="0"/>
          <w:i w:val="0"/>
          <w:smallCaps w:val="0"/>
          <w:strike w:val="0"/>
          <w:sz w:val="22"/>
          <w:u w:val="single"/>
        </w:rPr>
        <w:t xml:space="preserve">capitalism was </w:t>
      </w:r>
      <w:r>
        <w:rPr>
          <w:b w:val="0"/>
          <w:i w:val="0"/>
          <w:smallCaps w:val="0"/>
          <w:strike w:val="0"/>
          <w:sz w:val="22"/>
          <w:u w:val="single"/>
        </w:rPr>
        <w:t>characterised</w:t>
      </w:r>
      <w:r>
        <w:rPr>
          <w:b w:val="0"/>
          <w:i w:val="0"/>
          <w:smallCaps w:val="0"/>
          <w:strike w:val="0"/>
          <w:sz w:val="22"/>
          <w:u w:val="single"/>
        </w:rPr>
        <w:t xml:space="preserve"> by</w:t>
      </w:r>
      <w:r>
        <w:rPr>
          <w:b w:val="0"/>
          <w:i w:val="0"/>
          <w:smallCaps w:val="0"/>
          <w:strike w:val="0"/>
          <w:sz w:val="16"/>
          <w:u w:val="none"/>
        </w:rPr>
        <w:t xml:space="preserve"> an enormous </w:t>
      </w:r>
      <w:r>
        <w:rPr>
          <w:b/>
          <w:i w:val="0"/>
          <w:smallCaps w:val="0"/>
          <w:strike w:val="0"/>
          <w:sz w:val="22"/>
          <w:u w:val="single"/>
        </w:rPr>
        <w:t>consumption</w:t>
      </w:r>
      <w:r>
        <w:rPr>
          <w:b w:val="0"/>
          <w:i w:val="0"/>
          <w:smallCaps w:val="0"/>
          <w:strike w:val="0"/>
          <w:sz w:val="16"/>
          <w:u w:val="none"/>
        </w:rPr>
        <w:t xml:space="preserve"> of resources </w:t>
      </w:r>
      <w:r>
        <w:rPr>
          <w:b w:val="0"/>
          <w:i w:val="0"/>
          <w:smallCaps w:val="0"/>
          <w:strike w:val="0"/>
          <w:sz w:val="22"/>
          <w:u w:val="single"/>
        </w:rPr>
        <w:t>and</w:t>
      </w:r>
      <w:r>
        <w:rPr>
          <w:b w:val="0"/>
          <w:i w:val="0"/>
          <w:smallCaps w:val="0"/>
          <w:strike w:val="0"/>
          <w:sz w:val="16"/>
          <w:u w:val="none"/>
        </w:rPr>
        <w:t xml:space="preserve"> frequent </w:t>
      </w:r>
      <w:r>
        <w:rPr>
          <w:b/>
          <w:i w:val="0"/>
          <w:smallCaps w:val="0"/>
          <w:strike w:val="0"/>
          <w:sz w:val="22"/>
          <w:u w:val="single"/>
        </w:rPr>
        <w:t>overexploitation</w:t>
      </w:r>
      <w:r>
        <w:rPr>
          <w:b w:val="0"/>
          <w:i w:val="0"/>
          <w:smallCaps w:val="0"/>
          <w:strike w:val="0"/>
          <w:sz w:val="16"/>
          <w:u w:val="none"/>
        </w:rPr>
        <w:t xml:space="preserve"> of nature, </w:t>
      </w:r>
      <w:r>
        <w:rPr>
          <w:b w:val="0"/>
          <w:i w:val="0"/>
          <w:smallCaps w:val="0"/>
          <w:strike w:val="0"/>
          <w:sz w:val="22"/>
          <w:u w:val="single"/>
        </w:rPr>
        <w:t>which</w:t>
      </w:r>
      <w:r>
        <w:rPr>
          <w:b w:val="0"/>
          <w:i w:val="0"/>
          <w:smallCaps w:val="0"/>
          <w:strike w:val="0"/>
          <w:sz w:val="16"/>
          <w:u w:val="none"/>
        </w:rPr>
        <w:t xml:space="preserve"> soon </w:t>
      </w:r>
      <w:r>
        <w:rPr>
          <w:b/>
          <w:i w:val="0"/>
          <w:smallCaps w:val="0"/>
          <w:strike w:val="0"/>
          <w:sz w:val="22"/>
          <w:u w:val="single"/>
        </w:rPr>
        <w:t>gave the impression</w:t>
      </w:r>
      <w:r>
        <w:rPr>
          <w:b w:val="0"/>
          <w:i w:val="0"/>
          <w:smallCaps w:val="0"/>
          <w:strike w:val="0"/>
          <w:sz w:val="22"/>
          <w:u w:val="single"/>
        </w:rPr>
        <w:t xml:space="preserve"> that this process </w:t>
      </w:r>
      <w:r>
        <w:rPr>
          <w:b/>
          <w:i w:val="0"/>
          <w:smallCaps w:val="0"/>
          <w:strike w:val="0"/>
          <w:sz w:val="22"/>
          <w:u w:val="single"/>
        </w:rPr>
        <w:t>could not be sustainable</w:t>
      </w:r>
      <w:r>
        <w:rPr>
          <w:b w:val="0"/>
          <w:i w:val="0"/>
          <w:smallCaps w:val="0"/>
          <w:strike w:val="0"/>
          <w:sz w:val="16"/>
          <w:u w:val="none"/>
        </w:rPr>
        <w:t xml:space="preserve">. Since the end of the 19th century, </w:t>
      </w:r>
      <w:r>
        <w:rPr>
          <w:b/>
          <w:i w:val="0"/>
          <w:smallCaps w:val="0"/>
          <w:strike w:val="0"/>
          <w:sz w:val="22"/>
          <w:u w:val="single"/>
        </w:rPr>
        <w:t>disaster</w:t>
      </w:r>
      <w:r>
        <w:rPr>
          <w:b w:val="0"/>
          <w:i w:val="0"/>
          <w:smallCaps w:val="0"/>
          <w:strike w:val="0"/>
          <w:sz w:val="22"/>
          <w:u w:val="single"/>
        </w:rPr>
        <w:t xml:space="preserve"> and </w:t>
      </w:r>
      <w:r>
        <w:rPr>
          <w:b/>
          <w:i w:val="0"/>
          <w:smallCaps w:val="0"/>
          <w:strike w:val="0"/>
          <w:sz w:val="22"/>
          <w:u w:val="single"/>
        </w:rPr>
        <w:t>doom</w:t>
      </w:r>
      <w:r>
        <w:rPr>
          <w:b w:val="0"/>
          <w:i w:val="0"/>
          <w:smallCaps w:val="0"/>
          <w:strike w:val="0"/>
          <w:sz w:val="22"/>
          <w:u w:val="single"/>
        </w:rPr>
        <w:t xml:space="preserve"> scenarios have </w:t>
      </w:r>
      <w:r>
        <w:rPr>
          <w:b/>
          <w:i w:val="0"/>
          <w:smallCaps w:val="0"/>
          <w:strike w:val="0"/>
          <w:sz w:val="22"/>
          <w:u w:val="single"/>
        </w:rPr>
        <w:t>repeatedly been put forward</w:t>
      </w:r>
      <w:r>
        <w:rPr>
          <w:b w:val="0"/>
          <w:i w:val="0"/>
          <w:smallCaps w:val="0"/>
          <w:strike w:val="0"/>
          <w:sz w:val="22"/>
          <w:u w:val="single"/>
        </w:rPr>
        <w:t>, but</w:t>
      </w:r>
      <w:r>
        <w:rPr>
          <w:b w:val="0"/>
          <w:i w:val="0"/>
          <w:smallCaps w:val="0"/>
          <w:strike w:val="0"/>
          <w:sz w:val="16"/>
          <w:u w:val="none"/>
        </w:rPr>
        <w:t xml:space="preserve"> in retrospect they </w:t>
      </w:r>
      <w:r>
        <w:rPr>
          <w:b w:val="0"/>
          <w:i w:val="0"/>
          <w:smallCaps w:val="0"/>
          <w:strike w:val="0"/>
          <w:sz w:val="22"/>
          <w:u w:val="single"/>
        </w:rPr>
        <w:t xml:space="preserve">have </w:t>
      </w:r>
      <w:r>
        <w:rPr>
          <w:b/>
          <w:i w:val="0"/>
          <w:smallCaps w:val="0"/>
          <w:strike w:val="0"/>
          <w:sz w:val="22"/>
          <w:u w:val="single"/>
        </w:rPr>
        <w:t>proved to be wrong</w:t>
      </w:r>
      <w:r>
        <w:rPr>
          <w:b w:val="0"/>
          <w:i w:val="0"/>
          <w:smallCaps w:val="0"/>
          <w:strike w:val="0"/>
          <w:sz w:val="22"/>
          <w:u w:val="single"/>
        </w:rPr>
        <w:t xml:space="preserve">: The combination of </w:t>
      </w:r>
      <w:r>
        <w:rPr>
          <w:b/>
          <w:i w:val="0"/>
          <w:smallCaps w:val="0"/>
          <w:strike w:val="0"/>
          <w:sz w:val="22"/>
          <w:u w:val="single"/>
        </w:rPr>
        <w:t>technological innovation</w:t>
      </w:r>
      <w:r>
        <w:rPr>
          <w:b w:val="0"/>
          <w:i w:val="0"/>
          <w:smallCaps w:val="0"/>
          <w:strike w:val="0"/>
          <w:sz w:val="22"/>
          <w:u w:val="single"/>
        </w:rPr>
        <w:t xml:space="preserve">, </w:t>
      </w:r>
      <w:r>
        <w:rPr>
          <w:b/>
          <w:i w:val="0"/>
          <w:smallCaps w:val="0"/>
          <w:strike w:val="0"/>
          <w:sz w:val="22"/>
          <w:u w:val="single"/>
        </w:rPr>
        <w:t>market competition</w:t>
      </w:r>
      <w:r>
        <w:rPr>
          <w:b w:val="0"/>
          <w:i w:val="0"/>
          <w:smallCaps w:val="0"/>
          <w:strike w:val="0"/>
          <w:sz w:val="22"/>
          <w:u w:val="single"/>
        </w:rPr>
        <w:t xml:space="preserve">, and </w:t>
      </w:r>
      <w:r>
        <w:rPr>
          <w:b/>
          <w:i w:val="0"/>
          <w:smallCaps w:val="0"/>
          <w:strike w:val="0"/>
          <w:sz w:val="22"/>
          <w:u w:val="single"/>
        </w:rPr>
        <w:t>entrepreneurial profit-seeking</w:t>
      </w:r>
      <w:r>
        <w:rPr>
          <w:b w:val="0"/>
          <w:i w:val="0"/>
          <w:smallCaps w:val="0"/>
          <w:strike w:val="0"/>
          <w:sz w:val="22"/>
          <w:u w:val="single"/>
        </w:rPr>
        <w:t xml:space="preserve"> (with the compulsion to </w:t>
      </w:r>
      <w:r>
        <w:rPr>
          <w:b/>
          <w:i w:val="0"/>
          <w:smallCaps w:val="0"/>
          <w:strike w:val="0"/>
          <w:sz w:val="22"/>
          <w:u w:val="single"/>
        </w:rPr>
        <w:t xml:space="preserve">constantly </w:t>
      </w:r>
      <w:r>
        <w:rPr>
          <w:b/>
          <w:i w:val="0"/>
          <w:smallCaps w:val="0"/>
          <w:strike w:val="0"/>
          <w:sz w:val="22"/>
          <w:u w:val="single"/>
        </w:rPr>
        <w:t>minimise</w:t>
      </w:r>
      <w:r>
        <w:rPr>
          <w:b/>
          <w:i w:val="0"/>
          <w:smallCaps w:val="0"/>
          <w:strike w:val="0"/>
          <w:sz w:val="22"/>
          <w:u w:val="single"/>
        </w:rPr>
        <w:t xml:space="preserve"> costs</w:t>
      </w:r>
      <w:r>
        <w:rPr>
          <w:b w:val="0"/>
          <w:i w:val="0"/>
          <w:smallCaps w:val="0"/>
          <w:strike w:val="0"/>
          <w:sz w:val="22"/>
          <w:u w:val="single"/>
        </w:rPr>
        <w:t xml:space="preserve">) have meant that these scenarios </w:t>
      </w:r>
      <w:r>
        <w:rPr>
          <w:b/>
          <w:i w:val="0"/>
          <w:smallCaps w:val="0"/>
          <w:strike w:val="0"/>
          <w:sz w:val="22"/>
          <w:u w:val="single"/>
        </w:rPr>
        <w:t>never occurred</w:t>
      </w:r>
      <w:r>
        <w:rPr>
          <w:b w:val="0"/>
          <w:i w:val="0"/>
          <w:smallCaps w:val="0"/>
          <w:strike w:val="0"/>
          <w:sz w:val="22"/>
          <w:u w:val="single"/>
        </w:rPr>
        <w:t xml:space="preserve">. The </w:t>
      </w:r>
      <w:r>
        <w:rPr>
          <w:b/>
          <w:i w:val="0"/>
          <w:smallCaps w:val="0"/>
          <w:strike w:val="0"/>
          <w:sz w:val="22"/>
          <w:u w:val="single"/>
        </w:rPr>
        <w:t>ever-increasing population</w:t>
      </w:r>
      <w:r>
        <w:rPr>
          <w:b w:val="0"/>
          <w:i w:val="0"/>
          <w:smallCaps w:val="0"/>
          <w:strike w:val="0"/>
          <w:sz w:val="22"/>
          <w:u w:val="single"/>
        </w:rPr>
        <w:t xml:space="preserve"> has been </w:t>
      </w:r>
      <w:r>
        <w:rPr>
          <w:b/>
          <w:i w:val="0"/>
          <w:smallCaps w:val="0"/>
          <w:strike w:val="0"/>
          <w:sz w:val="22"/>
          <w:u w:val="single"/>
        </w:rPr>
        <w:t>increasingly better supplied</w:t>
      </w:r>
      <w:r>
        <w:rPr>
          <w:b w:val="0"/>
          <w:i w:val="0"/>
          <w:smallCaps w:val="0"/>
          <w:strike w:val="0"/>
          <w:sz w:val="22"/>
          <w:u w:val="single"/>
        </w:rPr>
        <w:t xml:space="preserve"> thanks to </w:t>
      </w:r>
      <w:r>
        <w:rPr>
          <w:b/>
          <w:i w:val="0"/>
          <w:smallCaps w:val="0"/>
          <w:strike w:val="0"/>
          <w:sz w:val="22"/>
          <w:u w:val="single"/>
        </w:rPr>
        <w:t>innovative technologies</w:t>
      </w:r>
      <w:r>
        <w:rPr>
          <w:b w:val="0"/>
          <w:i w:val="0"/>
          <w:smallCaps w:val="0"/>
          <w:strike w:val="0"/>
          <w:sz w:val="22"/>
          <w:u w:val="single"/>
        </w:rPr>
        <w:t xml:space="preserve">, </w:t>
      </w:r>
      <w:r>
        <w:rPr>
          <w:b/>
          <w:i w:val="0"/>
          <w:smallCaps w:val="0"/>
          <w:strike w:val="0"/>
          <w:sz w:val="22"/>
          <w:u w:val="single"/>
        </w:rPr>
        <w:t>ever-increasing output</w:t>
      </w:r>
      <w:r>
        <w:rPr>
          <w:b w:val="0"/>
          <w:i w:val="0"/>
          <w:smallCaps w:val="0"/>
          <w:strike w:val="0"/>
          <w:sz w:val="22"/>
          <w:u w:val="single"/>
        </w:rPr>
        <w:t xml:space="preserve"> with </w:t>
      </w:r>
      <w:r>
        <w:rPr>
          <w:b/>
          <w:i w:val="0"/>
          <w:smallCaps w:val="0"/>
          <w:strike w:val="0"/>
          <w:sz w:val="22"/>
          <w:u w:val="single"/>
        </w:rPr>
        <w:t>lower consumption</w:t>
      </w:r>
      <w:r>
        <w:rPr>
          <w:b w:val="0"/>
          <w:i w:val="0"/>
          <w:smallCaps w:val="0"/>
          <w:strike w:val="0"/>
          <w:sz w:val="22"/>
          <w:u w:val="single"/>
        </w:rPr>
        <w:t xml:space="preserve"> of resources </w:t>
      </w:r>
      <w:r>
        <w:rPr>
          <w:b/>
          <w:i w:val="0"/>
          <w:smallCaps w:val="0"/>
          <w:strike w:val="0"/>
          <w:sz w:val="22"/>
          <w:u w:val="single"/>
        </w:rPr>
        <w:t>less harmful</w:t>
      </w:r>
      <w:r>
        <w:rPr>
          <w:b w:val="0"/>
          <w:i w:val="0"/>
          <w:smallCaps w:val="0"/>
          <w:strike w:val="0"/>
          <w:sz w:val="22"/>
          <w:u w:val="single"/>
        </w:rPr>
        <w:t xml:space="preserve"> to the environment</w:t>
      </w:r>
      <w:r>
        <w:rPr>
          <w:b w:val="0"/>
          <w:i w:val="0"/>
          <w:smallCaps w:val="0"/>
          <w:strike w:val="0"/>
          <w:sz w:val="16"/>
          <w:u w:val="none"/>
        </w:rPr>
        <w:t xml:space="preserve"> – e.g. </w:t>
      </w:r>
      <w:r>
        <w:rPr>
          <w:b/>
          <w:i w:val="0"/>
          <w:smallCaps w:val="0"/>
          <w:strike w:val="0"/>
          <w:sz w:val="22"/>
          <w:u w:val="single"/>
        </w:rPr>
        <w:t>less arable land</w:t>
      </w:r>
      <w:r>
        <w:rPr>
          <w:b w:val="0"/>
          <w:i w:val="0"/>
          <w:smallCaps w:val="0"/>
          <w:strike w:val="0"/>
          <w:sz w:val="22"/>
          <w:u w:val="single"/>
        </w:rPr>
        <w:t xml:space="preserve"> in agriculture, or </w:t>
      </w:r>
      <w:r>
        <w:rPr>
          <w:b/>
          <w:i w:val="0"/>
          <w:smallCaps w:val="0"/>
          <w:strike w:val="0"/>
          <w:sz w:val="22"/>
          <w:u w:val="single"/>
        </w:rPr>
        <w:t>oil</w:t>
      </w:r>
      <w:r>
        <w:rPr>
          <w:b w:val="0"/>
          <w:i w:val="0"/>
          <w:smallCaps w:val="0"/>
          <w:strike w:val="0"/>
          <w:sz w:val="22"/>
          <w:u w:val="single"/>
        </w:rPr>
        <w:t xml:space="preserve"> and </w:t>
      </w:r>
      <w:r>
        <w:rPr>
          <w:b/>
          <w:i w:val="0"/>
          <w:smallCaps w:val="0"/>
          <w:strike w:val="0"/>
          <w:sz w:val="22"/>
          <w:u w:val="single"/>
        </w:rPr>
        <w:t>electricity</w:t>
      </w:r>
      <w:r>
        <w:rPr>
          <w:b w:val="0"/>
          <w:i w:val="0"/>
          <w:smallCaps w:val="0"/>
          <w:strike w:val="0"/>
          <w:sz w:val="22"/>
          <w:u w:val="single"/>
        </w:rPr>
        <w:t xml:space="preserve"> instead of </w:t>
      </w:r>
      <w:r>
        <w:rPr>
          <w:b/>
          <w:i w:val="0"/>
          <w:smallCaps w:val="0"/>
          <w:strike w:val="0"/>
          <w:sz w:val="22"/>
          <w:u w:val="single"/>
        </w:rPr>
        <w:t>coal</w:t>
      </w:r>
      <w:r>
        <w:rPr>
          <w:b w:val="0"/>
          <w:i w:val="0"/>
          <w:smallCaps w:val="0"/>
          <w:strike w:val="0"/>
          <w:sz w:val="16"/>
          <w:u w:val="none"/>
        </w:rPr>
        <w:t xml:space="preserve"> for rapidly increasing mobility. </w:t>
      </w:r>
      <w:r>
        <w:rPr>
          <w:b w:val="0"/>
          <w:i w:val="0"/>
          <w:smallCaps w:val="0"/>
          <w:strike w:val="0"/>
          <w:sz w:val="22"/>
          <w:u w:val="single"/>
        </w:rPr>
        <w:t>More recent disaster scenarios</w:t>
      </w:r>
      <w:r>
        <w:rPr>
          <w:b w:val="0"/>
          <w:i w:val="0"/>
          <w:smallCaps w:val="0"/>
          <w:strike w:val="0"/>
          <w:sz w:val="16"/>
          <w:u w:val="none"/>
        </w:rPr>
        <w:t xml:space="preserve">, such as those </w:t>
      </w:r>
      <w:r>
        <w:rPr>
          <w:b w:val="0"/>
          <w:i w:val="0"/>
          <w:smallCaps w:val="0"/>
          <w:strike w:val="0"/>
          <w:sz w:val="22"/>
          <w:u w:val="single"/>
        </w:rPr>
        <w:t xml:space="preserve">spread by </w:t>
      </w:r>
      <w:r>
        <w:rPr>
          <w:b/>
          <w:i w:val="0"/>
          <w:smallCaps w:val="0"/>
          <w:strike w:val="0"/>
          <w:sz w:val="22"/>
          <w:u w:val="single"/>
        </w:rPr>
        <w:t>reputable scientists</w:t>
      </w:r>
      <w:r>
        <w:rPr>
          <w:b w:val="0"/>
          <w:i w:val="0"/>
          <w:smallCaps w:val="0"/>
          <w:strike w:val="0"/>
          <w:sz w:val="16"/>
          <w:u w:val="none"/>
        </w:rPr>
        <w:t xml:space="preserve"> since the late 1960s and in the 1970s, </w:t>
      </w:r>
      <w:r>
        <w:rPr>
          <w:b w:val="0"/>
          <w:i w:val="0"/>
          <w:smallCaps w:val="0"/>
          <w:strike w:val="0"/>
          <w:sz w:val="22"/>
          <w:u w:val="single"/>
        </w:rPr>
        <w:t xml:space="preserve">have also proved to be </w:t>
      </w:r>
      <w:r>
        <w:rPr>
          <w:b/>
          <w:i w:val="0"/>
          <w:smallCaps w:val="0"/>
          <w:strike w:val="0"/>
          <w:sz w:val="22"/>
          <w:u w:val="single"/>
        </w:rPr>
        <w:t>inaccurate</w:t>
      </w:r>
      <w:r>
        <w:rPr>
          <w:b w:val="0"/>
          <w:i w:val="0"/>
          <w:smallCaps w:val="0"/>
          <w:strike w:val="0"/>
          <w:sz w:val="16"/>
          <w:u w:val="none"/>
        </w:rPr>
        <w:t>.</w:t>
      </w:r>
    </w:p>
    <w:p>
      <w:pPr>
        <w:spacing w:after="60"/>
      </w:pPr>
      <w:r>
        <w:rPr>
          <w:b w:val="0"/>
          <w:i w:val="0"/>
          <w:smallCaps w:val="0"/>
          <w:strike w:val="0"/>
          <w:sz w:val="22"/>
          <w:u w:val="single"/>
        </w:rPr>
        <w:t xml:space="preserve">The </w:t>
      </w:r>
      <w:r>
        <w:rPr>
          <w:b/>
          <w:i w:val="0"/>
          <w:smallCaps w:val="0"/>
          <w:strike w:val="0"/>
          <w:sz w:val="22"/>
          <w:u w:val="single"/>
        </w:rPr>
        <w:t>reason</w:t>
      </w:r>
      <w:r>
        <w:rPr>
          <w:b w:val="0"/>
          <w:i w:val="0"/>
          <w:smallCaps w:val="0"/>
          <w:strike w:val="0"/>
          <w:sz w:val="22"/>
          <w:u w:val="single"/>
        </w:rPr>
        <w:t xml:space="preserve"> things developed differently was the </w:t>
      </w:r>
      <w:r>
        <w:rPr>
          <w:b/>
          <w:i w:val="0"/>
          <w:smallCaps w:val="0"/>
          <w:strike w:val="0"/>
          <w:sz w:val="22"/>
          <w:u w:val="single"/>
        </w:rPr>
        <w:t>always underestimated innovative dynamism</w:t>
      </w:r>
      <w:r>
        <w:rPr>
          <w:b w:val="0"/>
          <w:i w:val="0"/>
          <w:smallCaps w:val="0"/>
          <w:strike w:val="0"/>
          <w:sz w:val="22"/>
          <w:u w:val="single"/>
        </w:rPr>
        <w:t xml:space="preserve"> of the </w:t>
      </w:r>
      <w:r>
        <w:rPr>
          <w:b/>
          <w:i w:val="0"/>
          <w:smallCaps w:val="0"/>
          <w:strike w:val="0"/>
          <w:sz w:val="22"/>
          <w:u w:val="single"/>
        </w:rPr>
        <w:t>capitalist market economy</w:t>
      </w:r>
      <w:r>
        <w:rPr>
          <w:b w:val="0"/>
          <w:i w:val="0"/>
          <w:smallCaps w:val="0"/>
          <w:strike w:val="0"/>
          <w:sz w:val="22"/>
          <w:u w:val="single"/>
        </w:rPr>
        <w:t xml:space="preserve">, a </w:t>
      </w:r>
      <w:r>
        <w:rPr>
          <w:b/>
          <w:i w:val="0"/>
          <w:smallCaps w:val="0"/>
          <w:strike w:val="0"/>
          <w:sz w:val="22"/>
          <w:u w:val="single"/>
        </w:rPr>
        <w:t>growing ecological awareness</w:t>
      </w:r>
      <w:r>
        <w:rPr>
          <w:b w:val="0"/>
          <w:i w:val="0"/>
          <w:smallCaps w:val="0"/>
          <w:strike w:val="0"/>
          <w:sz w:val="22"/>
          <w:u w:val="single"/>
        </w:rPr>
        <w:t xml:space="preserve"> and</w:t>
      </w:r>
      <w:r>
        <w:rPr>
          <w:b w:val="0"/>
          <w:i w:val="0"/>
          <w:smallCaps w:val="0"/>
          <w:strike w:val="0"/>
          <w:sz w:val="16"/>
          <w:u w:val="none"/>
        </w:rPr>
        <w:t xml:space="preserve">, as a result, </w:t>
      </w:r>
      <w:r>
        <w:rPr>
          <w:b w:val="0"/>
          <w:i w:val="0"/>
          <w:smallCaps w:val="0"/>
          <w:strike w:val="0"/>
          <w:sz w:val="22"/>
          <w:u w:val="single"/>
        </w:rPr>
        <w:t xml:space="preserve">legislative intervention that </w:t>
      </w:r>
      <w:r>
        <w:rPr>
          <w:b/>
          <w:i w:val="0"/>
          <w:smallCaps w:val="0"/>
          <w:strike w:val="0"/>
          <w:sz w:val="22"/>
          <w:u w:val="single"/>
        </w:rPr>
        <w:t>took advantage</w:t>
      </w:r>
      <w:r>
        <w:rPr>
          <w:b w:val="0"/>
          <w:i w:val="0"/>
          <w:smallCaps w:val="0"/>
          <w:strike w:val="0"/>
          <w:sz w:val="22"/>
          <w:u w:val="single"/>
        </w:rPr>
        <w:t xml:space="preserve"> of the logic of market capitalism</w:t>
      </w:r>
      <w:r>
        <w:rPr>
          <w:b w:val="0"/>
          <w:i w:val="0"/>
          <w:smallCaps w:val="0"/>
          <w:strike w:val="0"/>
          <w:sz w:val="16"/>
          <w:u w:val="none"/>
        </w:rPr>
        <w:t xml:space="preserve">: As a result of the ecological movement that had come out of the United States since 1970, wise legislation began to use the price mechanism to apply market incentives to internalize negative externalities. </w:t>
      </w:r>
      <w:r>
        <w:rPr>
          <w:b w:val="0"/>
          <w:i w:val="0"/>
          <w:smallCaps w:val="0"/>
          <w:strike w:val="0"/>
          <w:sz w:val="22"/>
          <w:u w:val="single"/>
        </w:rPr>
        <w:t xml:space="preserve">Environmental pollution was </w:t>
      </w:r>
      <w:r>
        <w:rPr>
          <w:b/>
          <w:i w:val="0"/>
          <w:smallCaps w:val="0"/>
          <w:strike w:val="0"/>
          <w:sz w:val="22"/>
          <w:u w:val="single"/>
        </w:rPr>
        <w:t>given a price-tag</w:t>
      </w:r>
      <w:r>
        <w:rPr>
          <w:b w:val="0"/>
          <w:i w:val="0"/>
          <w:smallCaps w:val="0"/>
          <w:strike w:val="0"/>
          <w:sz w:val="16"/>
          <w:u w:val="none"/>
        </w:rPr>
        <w:t>.</w:t>
      </w:r>
    </w:p>
    <w:p>
      <w:pPr>
        <w:spacing w:after="60"/>
      </w:pPr>
      <w:r>
        <w:rPr>
          <w:b w:val="0"/>
          <w:i w:val="0"/>
          <w:smallCaps w:val="0"/>
          <w:strike w:val="0"/>
          <w:sz w:val="22"/>
          <w:u w:val="single"/>
        </w:rPr>
        <w:t xml:space="preserve">This led to an </w:t>
      </w:r>
      <w:r>
        <w:rPr>
          <w:b/>
          <w:i w:val="0"/>
          <w:smallCaps w:val="0"/>
          <w:strike w:val="0"/>
          <w:sz w:val="22"/>
          <w:u w:val="single"/>
        </w:rPr>
        <w:t>enormous decrease in air pollution</w:t>
      </w:r>
      <w:r>
        <w:rPr>
          <w:b w:val="0"/>
          <w:i w:val="0"/>
          <w:smallCaps w:val="0"/>
          <w:strike w:val="0"/>
          <w:sz w:val="22"/>
          <w:u w:val="single"/>
        </w:rPr>
        <w:t xml:space="preserve"> and </w:t>
      </w:r>
      <w:r>
        <w:rPr>
          <w:b/>
          <w:i w:val="0"/>
          <w:smallCaps w:val="0"/>
          <w:strike w:val="0"/>
          <w:sz w:val="22"/>
          <w:u w:val="single"/>
        </w:rPr>
        <w:t>other ecological consequences</w:t>
      </w:r>
      <w:r>
        <w:rPr>
          <w:b w:val="0"/>
          <w:i w:val="0"/>
          <w:smallCaps w:val="0"/>
          <w:strike w:val="0"/>
          <w:sz w:val="22"/>
          <w:u w:val="single"/>
        </w:rPr>
        <w:t xml:space="preserve"> of growth, which is </w:t>
      </w:r>
      <w:r>
        <w:rPr>
          <w:b/>
          <w:i w:val="0"/>
          <w:smallCaps w:val="0"/>
          <w:strike w:val="0"/>
          <w:sz w:val="22"/>
          <w:u w:val="single"/>
        </w:rPr>
        <w:t>only possible in free</w:t>
      </w:r>
      <w:r>
        <w:rPr>
          <w:b w:val="0"/>
          <w:i w:val="0"/>
          <w:smallCaps w:val="0"/>
          <w:strike w:val="0"/>
          <w:sz w:val="22"/>
          <w:u w:val="single"/>
        </w:rPr>
        <w:t xml:space="preserve">, </w:t>
      </w:r>
      <w:r>
        <w:rPr>
          <w:b/>
          <w:i w:val="0"/>
          <w:smallCaps w:val="0"/>
          <w:strike w:val="0"/>
          <w:sz w:val="22"/>
          <w:u w:val="single"/>
        </w:rPr>
        <w:t>market-based societies</w:t>
      </w:r>
      <w:r>
        <w:rPr>
          <w:b w:val="0"/>
          <w:i w:val="0"/>
          <w:smallCaps w:val="0"/>
          <w:strike w:val="0"/>
          <w:sz w:val="22"/>
          <w:u w:val="single"/>
        </w:rPr>
        <w:t xml:space="preserve">, because the production process here is characterized by </w:t>
      </w:r>
      <w:r>
        <w:rPr>
          <w:b/>
          <w:i w:val="0"/>
          <w:smallCaps w:val="0"/>
          <w:strike w:val="0"/>
          <w:sz w:val="22"/>
          <w:u w:val="single"/>
        </w:rPr>
        <w:t>competition</w:t>
      </w:r>
      <w:r>
        <w:rPr>
          <w:b w:val="0"/>
          <w:i w:val="0"/>
          <w:smallCaps w:val="0"/>
          <w:strike w:val="0"/>
          <w:sz w:val="22"/>
          <w:u w:val="single"/>
        </w:rPr>
        <w:t xml:space="preserve"> and </w:t>
      </w:r>
      <w:r>
        <w:rPr>
          <w:b/>
          <w:i w:val="0"/>
          <w:smallCaps w:val="0"/>
          <w:strike w:val="0"/>
          <w:sz w:val="22"/>
          <w:u w:val="single"/>
        </w:rPr>
        <w:t>constant pressure to reduce costs</w:t>
      </w:r>
      <w:r>
        <w:rPr>
          <w:b w:val="0"/>
          <w:i w:val="0"/>
          <w:smallCaps w:val="0"/>
          <w:strike w:val="0"/>
          <w:sz w:val="16"/>
          <w:u w:val="none"/>
        </w:rPr>
        <w:t xml:space="preserve">, i.e. </w:t>
      </w:r>
      <w:r>
        <w:rPr>
          <w:b w:val="0"/>
          <w:i w:val="0"/>
          <w:smallCaps w:val="0"/>
          <w:strike w:val="0"/>
          <w:sz w:val="22"/>
          <w:u w:val="single"/>
        </w:rPr>
        <w:t xml:space="preserve">to the </w:t>
      </w:r>
      <w:r>
        <w:rPr>
          <w:b/>
          <w:i w:val="0"/>
          <w:smallCaps w:val="0"/>
          <w:strike w:val="0"/>
          <w:sz w:val="22"/>
          <w:u w:val="single"/>
        </w:rPr>
        <w:t>most profitable use</w:t>
      </w:r>
      <w:r>
        <w:rPr>
          <w:b w:val="0"/>
          <w:i w:val="0"/>
          <w:smallCaps w:val="0"/>
          <w:strike w:val="0"/>
          <w:sz w:val="22"/>
          <w:u w:val="single"/>
        </w:rPr>
        <w:t xml:space="preserve"> of resources</w:t>
      </w:r>
      <w:r>
        <w:rPr>
          <w:b w:val="0"/>
          <w:i w:val="0"/>
          <w:smallCaps w:val="0"/>
          <w:strike w:val="0"/>
          <w:sz w:val="16"/>
          <w:u w:val="none"/>
        </w:rPr>
        <w:t xml:space="preserve">. On the other hand, </w:t>
      </w:r>
      <w:r>
        <w:rPr>
          <w:b/>
          <w:i w:val="0"/>
          <w:smallCaps w:val="0"/>
          <w:strike w:val="0"/>
          <w:sz w:val="22"/>
          <w:u w:val="single"/>
        </w:rPr>
        <w:t>all forms of socialism</w:t>
      </w:r>
      <w:r>
        <w:rPr>
          <w:b w:val="0"/>
          <w:i w:val="0"/>
          <w:smallCaps w:val="0"/>
          <w:strike w:val="0"/>
          <w:sz w:val="16"/>
          <w:u w:val="none"/>
        </w:rPr>
        <w:t xml:space="preserve">, i.e. a state-controlled economy, </w:t>
      </w:r>
      <w:r>
        <w:rPr>
          <w:b w:val="0"/>
          <w:i w:val="0"/>
          <w:smallCaps w:val="0"/>
          <w:strike w:val="0"/>
          <w:sz w:val="22"/>
          <w:u w:val="single"/>
        </w:rPr>
        <w:t xml:space="preserve">have proved to be </w:t>
      </w:r>
      <w:r>
        <w:rPr>
          <w:b/>
          <w:i w:val="0"/>
          <w:smallCaps w:val="0"/>
          <w:strike w:val="0"/>
          <w:sz w:val="22"/>
          <w:u w:val="single"/>
        </w:rPr>
        <w:t>ecological disasters</w:t>
      </w:r>
      <w:r>
        <w:rPr>
          <w:b w:val="0"/>
          <w:i w:val="0"/>
          <w:smallCaps w:val="0"/>
          <w:strike w:val="0"/>
          <w:sz w:val="22"/>
          <w:u w:val="single"/>
        </w:rPr>
        <w:t xml:space="preserve"> and have left behind </w:t>
      </w:r>
      <w:r>
        <w:rPr>
          <w:b/>
          <w:i w:val="0"/>
          <w:smallCaps w:val="0"/>
          <w:strike w:val="0"/>
          <w:sz w:val="22"/>
          <w:u w:val="single"/>
        </w:rPr>
        <w:t>destruction of gigantic proportions</w:t>
      </w:r>
      <w:r>
        <w:rPr>
          <w:b w:val="0"/>
          <w:i w:val="0"/>
          <w:smallCaps w:val="0"/>
          <w:strike w:val="0"/>
          <w:sz w:val="22"/>
          <w:u w:val="single"/>
        </w:rPr>
        <w:t xml:space="preserve">, without providing the population with </w:t>
      </w:r>
      <w:r>
        <w:rPr>
          <w:b/>
          <w:i w:val="0"/>
          <w:smallCaps w:val="0"/>
          <w:strike w:val="0"/>
          <w:sz w:val="22"/>
          <w:u w:val="single"/>
        </w:rPr>
        <w:t>anything</w:t>
      </w:r>
      <w:r>
        <w:rPr>
          <w:b w:val="0"/>
          <w:i w:val="0"/>
          <w:smallCaps w:val="0"/>
          <w:strike w:val="0"/>
          <w:sz w:val="22"/>
          <w:u w:val="single"/>
        </w:rPr>
        <w:t xml:space="preserve"> that is </w:t>
      </w:r>
      <w:r>
        <w:rPr>
          <w:b/>
          <w:i w:val="0"/>
          <w:smallCaps w:val="0"/>
          <w:strike w:val="0"/>
          <w:sz w:val="22"/>
          <w:u w:val="single"/>
        </w:rPr>
        <w:t>near comparable in prosperity</w:t>
      </w:r>
      <w:r>
        <w:rPr>
          <w:b w:val="0"/>
          <w:i w:val="0"/>
          <w:smallCaps w:val="0"/>
          <w:strike w:val="0"/>
          <w:sz w:val="22"/>
          <w:u w:val="single"/>
        </w:rPr>
        <w:t xml:space="preserve">, often even by </w:t>
      </w:r>
      <w:r>
        <w:rPr>
          <w:b/>
          <w:i w:val="0"/>
          <w:smallCaps w:val="0"/>
          <w:strike w:val="0"/>
          <w:sz w:val="22"/>
          <w:u w:val="single"/>
        </w:rPr>
        <w:t>destroying existing prosperity</w:t>
      </w:r>
      <w:r>
        <w:rPr>
          <w:b w:val="0"/>
          <w:i w:val="0"/>
          <w:smallCaps w:val="0"/>
          <w:strike w:val="0"/>
          <w:sz w:val="22"/>
          <w:u w:val="single"/>
        </w:rPr>
        <w:t xml:space="preserve">, such as happened in </w:t>
      </w:r>
      <w:r>
        <w:rPr>
          <w:b/>
          <w:i w:val="0"/>
          <w:smallCaps w:val="0"/>
          <w:strike w:val="0"/>
          <w:sz w:val="22"/>
          <w:u w:val="single"/>
        </w:rPr>
        <w:t>Venezuela</w:t>
      </w:r>
      <w:r>
        <w:rPr>
          <w:b w:val="0"/>
          <w:i w:val="0"/>
          <w:smallCaps w:val="0"/>
          <w:strike w:val="0"/>
          <w:sz w:val="16"/>
          <w:u w:val="none"/>
        </w:rPr>
        <w:t>.</w:t>
      </w:r>
    </w:p>
    <w:p>
      <w:pPr>
        <w:spacing w:after="60"/>
      </w:pPr>
      <w:r>
        <w:rPr>
          <w:b w:val="0"/>
          <w:i w:val="0"/>
          <w:smallCaps w:val="0"/>
          <w:strike w:val="0"/>
          <w:sz w:val="16"/>
          <w:u w:val="none"/>
        </w:rPr>
        <w:t>Capitalist profit motive combined with digitalization as a solution: Increasing decoupling of growth and resource consumption</w:t>
      </w:r>
    </w:p>
    <w:p>
      <w:pPr>
        <w:spacing w:after="60"/>
      </w:pPr>
      <w:r>
        <w:rPr>
          <w:b w:val="0"/>
          <w:i w:val="0"/>
          <w:smallCaps w:val="0"/>
          <w:strike w:val="0"/>
          <w:sz w:val="16"/>
          <w:u w:val="none"/>
        </w:rPr>
        <w:t xml:space="preserve">Moreover, </w:t>
      </w:r>
      <w:r>
        <w:rPr>
          <w:b/>
          <w:i w:val="0"/>
          <w:smallCaps w:val="0"/>
          <w:strike w:val="0"/>
          <w:sz w:val="22"/>
          <w:u w:val="single"/>
        </w:rPr>
        <w:t>technological innovations</w:t>
      </w:r>
      <w:r>
        <w:rPr>
          <w:b w:val="0"/>
          <w:i w:val="0"/>
          <w:smallCaps w:val="0"/>
          <w:strike w:val="0"/>
          <w:sz w:val="22"/>
          <w:u w:val="single"/>
        </w:rPr>
        <w:t xml:space="preserve"> combined with </w:t>
      </w:r>
      <w:r>
        <w:rPr>
          <w:b/>
          <w:i w:val="0"/>
          <w:smallCaps w:val="0"/>
          <w:strike w:val="0"/>
          <w:sz w:val="22"/>
          <w:u w:val="single"/>
        </w:rPr>
        <w:t>capitalist profit-seeking</w:t>
      </w:r>
      <w:r>
        <w:rPr>
          <w:b w:val="0"/>
          <w:i w:val="0"/>
          <w:smallCaps w:val="0"/>
          <w:strike w:val="0"/>
          <w:sz w:val="22"/>
          <w:u w:val="single"/>
        </w:rPr>
        <w:t xml:space="preserve"> and </w:t>
      </w:r>
      <w:r>
        <w:rPr>
          <w:b/>
          <w:i w:val="0"/>
          <w:smallCaps w:val="0"/>
          <w:strike w:val="0"/>
          <w:sz w:val="22"/>
          <w:u w:val="single"/>
        </w:rPr>
        <w:t>market competition</w:t>
      </w:r>
      <w:r>
        <w:rPr>
          <w:b w:val="0"/>
          <w:i w:val="0"/>
          <w:smallCaps w:val="0"/>
          <w:strike w:val="0"/>
          <w:sz w:val="22"/>
          <w:u w:val="single"/>
        </w:rPr>
        <w:t xml:space="preserve"> have led to a new and surprising phenomenon</w:t>
      </w:r>
      <w:r>
        <w:rPr>
          <w:b w:val="0"/>
          <w:i w:val="0"/>
          <w:smallCaps w:val="0"/>
          <w:strike w:val="0"/>
          <w:sz w:val="16"/>
          <w:u w:val="none"/>
        </w:rPr>
        <w:t xml:space="preserve"> over the past decades, </w:t>
      </w:r>
      <w:r>
        <w:rPr>
          <w:b w:val="0"/>
          <w:i w:val="0"/>
          <w:smallCaps w:val="0"/>
          <w:strike w:val="0"/>
          <w:sz w:val="22"/>
          <w:u w:val="single"/>
        </w:rPr>
        <w:t xml:space="preserve">which is still </w:t>
      </w:r>
      <w:r>
        <w:rPr>
          <w:b/>
          <w:i w:val="0"/>
          <w:smallCaps w:val="0"/>
          <w:strike w:val="0"/>
          <w:sz w:val="22"/>
          <w:u w:val="single"/>
        </w:rPr>
        <w:t>hardly noticed</w:t>
      </w:r>
      <w:r>
        <w:rPr>
          <w:b w:val="0"/>
          <w:i w:val="0"/>
          <w:smallCaps w:val="0"/>
          <w:strike w:val="0"/>
          <w:sz w:val="16"/>
          <w:u w:val="none"/>
        </w:rPr>
        <w:t xml:space="preserve"> in the public debate: </w:t>
      </w:r>
      <w:r>
        <w:rPr>
          <w:b w:val="0"/>
          <w:i w:val="0"/>
          <w:smallCaps w:val="0"/>
          <w:strike w:val="0"/>
          <w:sz w:val="22"/>
          <w:u w:val="single"/>
        </w:rPr>
        <w:t xml:space="preserve">the </w:t>
      </w:r>
      <w:r>
        <w:rPr>
          <w:b/>
          <w:i w:val="0"/>
          <w:smallCaps w:val="0"/>
          <w:strike w:val="0"/>
          <w:sz w:val="22"/>
          <w:u w:val="single"/>
        </w:rPr>
        <w:t>decoupling</w:t>
      </w:r>
      <w:r>
        <w:rPr>
          <w:b w:val="0"/>
          <w:i w:val="0"/>
          <w:smallCaps w:val="0"/>
          <w:strike w:val="0"/>
          <w:sz w:val="22"/>
          <w:u w:val="single"/>
        </w:rPr>
        <w:t xml:space="preserve"> of growth and resource consumption</w:t>
      </w:r>
      <w:r>
        <w:rPr>
          <w:b w:val="0"/>
          <w:i w:val="0"/>
          <w:smallCaps w:val="0"/>
          <w:strike w:val="0"/>
          <w:sz w:val="16"/>
          <w:u w:val="none"/>
        </w:rPr>
        <w:t xml:space="preserve"> (“</w:t>
      </w:r>
      <w:r>
        <w:rPr>
          <w:b/>
          <w:i w:val="0"/>
          <w:smallCaps w:val="0"/>
          <w:strike w:val="0"/>
          <w:sz w:val="22"/>
          <w:u w:val="single"/>
        </w:rPr>
        <w:t>dematerialization</w:t>
      </w:r>
      <w:r>
        <w:rPr>
          <w:b w:val="0"/>
          <w:i w:val="0"/>
          <w:smallCaps w:val="0"/>
          <w:strike w:val="0"/>
          <w:sz w:val="16"/>
          <w:u w:val="none"/>
        </w:rPr>
        <w:t xml:space="preserve">”). </w:t>
      </w:r>
      <w:r>
        <w:rPr>
          <w:b w:val="0"/>
          <w:i w:val="0"/>
          <w:smallCaps w:val="0"/>
          <w:strike w:val="0"/>
          <w:sz w:val="22"/>
          <w:u w:val="single"/>
        </w:rPr>
        <w:t xml:space="preserve">In a </w:t>
      </w:r>
      <w:r>
        <w:rPr>
          <w:b/>
          <w:i w:val="0"/>
          <w:smallCaps w:val="0"/>
          <w:strike w:val="0"/>
          <w:sz w:val="22"/>
          <w:u w:val="single"/>
        </w:rPr>
        <w:t>wide variety</w:t>
      </w:r>
      <w:r>
        <w:rPr>
          <w:b w:val="0"/>
          <w:i w:val="0"/>
          <w:smallCaps w:val="0"/>
          <w:strike w:val="0"/>
          <w:sz w:val="22"/>
          <w:u w:val="single"/>
        </w:rPr>
        <w:t xml:space="preserve"> of industrial sectors, the developed countries</w:t>
      </w:r>
      <w:r>
        <w:rPr>
          <w:b w:val="0"/>
          <w:i w:val="0"/>
          <w:smallCaps w:val="0"/>
          <w:strike w:val="0"/>
          <w:sz w:val="16"/>
          <w:u w:val="none"/>
        </w:rPr>
        <w:t xml:space="preserve">, above all the U.S., </w:t>
      </w:r>
      <w:r>
        <w:rPr>
          <w:b w:val="0"/>
          <w:i w:val="0"/>
          <w:smallCaps w:val="0"/>
          <w:strike w:val="0"/>
          <w:sz w:val="22"/>
          <w:u w:val="single"/>
        </w:rPr>
        <w:t xml:space="preserve">are now achieving </w:t>
      </w:r>
      <w:r>
        <w:rPr>
          <w:b/>
          <w:i w:val="0"/>
          <w:smallCaps w:val="0"/>
          <w:strike w:val="0"/>
          <w:sz w:val="22"/>
          <w:u w:val="single"/>
        </w:rPr>
        <w:t>ever greater productive output</w:t>
      </w:r>
      <w:r>
        <w:rPr>
          <w:b w:val="0"/>
          <w:i w:val="0"/>
          <w:smallCaps w:val="0"/>
          <w:strike w:val="0"/>
          <w:sz w:val="22"/>
          <w:u w:val="single"/>
        </w:rPr>
        <w:t xml:space="preserve"> with </w:t>
      </w:r>
      <w:r>
        <w:rPr>
          <w:b/>
          <w:i w:val="0"/>
          <w:smallCaps w:val="0"/>
          <w:strike w:val="0"/>
          <w:sz w:val="22"/>
          <w:u w:val="single"/>
        </w:rPr>
        <w:t>increasingly fewer resources</w:t>
      </w:r>
      <w:r>
        <w:rPr>
          <w:b w:val="0"/>
          <w:i w:val="0"/>
          <w:smallCaps w:val="0"/>
          <w:strike w:val="0"/>
          <w:sz w:val="16"/>
          <w:u w:val="none"/>
        </w:rPr>
        <w:t>. This has a lot to do with technology, especially the digitalization of the economy and of our entire lives.</w:t>
      </w:r>
    </w:p>
    <w:p>
      <w:pPr>
        <w:spacing w:after="60"/>
      </w:pPr>
      <w:r>
        <w:rPr>
          <w:b w:val="0"/>
          <w:i w:val="0"/>
          <w:smallCaps w:val="0"/>
          <w:strike w:val="0"/>
          <w:sz w:val="16"/>
          <w:u w:val="none"/>
        </w:rPr>
        <w:t xml:space="preserve">As the well-known MIT professor Andrew McAfee shows in his book More from Less, published in October 2019, </w:t>
      </w:r>
      <w:r>
        <w:rPr>
          <w:b w:val="0"/>
          <w:i w:val="0"/>
          <w:smallCaps w:val="0"/>
          <w:strike w:val="0"/>
          <w:sz w:val="22"/>
          <w:u w:val="single"/>
        </w:rPr>
        <w:t>this</w:t>
      </w:r>
      <w:r>
        <w:rPr>
          <w:b w:val="0"/>
          <w:i w:val="0"/>
          <w:smallCaps w:val="0"/>
          <w:strike w:val="0"/>
          <w:sz w:val="16"/>
          <w:u w:val="none"/>
        </w:rPr>
        <w:t xml:space="preserve"> process also </w:t>
      </w:r>
      <w:r>
        <w:rPr>
          <w:b w:val="0"/>
          <w:i w:val="0"/>
          <w:smallCaps w:val="0"/>
          <w:strike w:val="0"/>
          <w:sz w:val="22"/>
          <w:u w:val="single"/>
        </w:rPr>
        <w:t xml:space="preserve">follows the logic of </w:t>
      </w:r>
      <w:r>
        <w:rPr>
          <w:b/>
          <w:i w:val="0"/>
          <w:smallCaps w:val="0"/>
          <w:strike w:val="0"/>
          <w:sz w:val="22"/>
          <w:u w:val="single"/>
        </w:rPr>
        <w:t>capitalist profit maximization</w:t>
      </w:r>
      <w:r>
        <w:rPr>
          <w:b w:val="0"/>
          <w:i w:val="0"/>
          <w:smallCaps w:val="0"/>
          <w:strike w:val="0"/>
          <w:sz w:val="16"/>
          <w:u w:val="none"/>
        </w:rPr>
        <w:t xml:space="preserve">. To get it going, we do not need politics, even though wise, properly incentivizing legislation can be helpful and sometimes necessary. Above all, however, it is </w:t>
      </w:r>
      <w:r>
        <w:rPr>
          <w:b w:val="0"/>
          <w:i w:val="0"/>
          <w:smallCaps w:val="0"/>
          <w:strike w:val="0"/>
          <w:sz w:val="22"/>
          <w:u w:val="single"/>
        </w:rPr>
        <w:t xml:space="preserve">the </w:t>
      </w:r>
      <w:r>
        <w:rPr>
          <w:b/>
          <w:i w:val="0"/>
          <w:smallCaps w:val="0"/>
          <w:strike w:val="0"/>
          <w:sz w:val="22"/>
          <w:u w:val="single"/>
        </w:rPr>
        <w:t>combination of technological innovation</w:t>
      </w:r>
      <w:r>
        <w:rPr>
          <w:b w:val="0"/>
          <w:i w:val="0"/>
          <w:smallCaps w:val="0"/>
          <w:strike w:val="0"/>
          <w:sz w:val="22"/>
          <w:u w:val="single"/>
        </w:rPr>
        <w:t xml:space="preserve">, </w:t>
      </w:r>
      <w:r>
        <w:rPr>
          <w:b/>
          <w:i w:val="0"/>
          <w:smallCaps w:val="0"/>
          <w:strike w:val="0"/>
          <w:sz w:val="22"/>
          <w:u w:val="single"/>
        </w:rPr>
        <w:t>capitalist profit-seeking</w:t>
      </w:r>
      <w:r>
        <w:rPr>
          <w:b w:val="0"/>
          <w:i w:val="0"/>
          <w:smallCaps w:val="0"/>
          <w:strike w:val="0"/>
          <w:sz w:val="22"/>
          <w:u w:val="single"/>
        </w:rPr>
        <w:t xml:space="preserve">, and </w:t>
      </w:r>
      <w:r>
        <w:rPr>
          <w:b/>
          <w:i w:val="0"/>
          <w:smallCaps w:val="0"/>
          <w:strike w:val="0"/>
          <w:sz w:val="22"/>
          <w:u w:val="single"/>
        </w:rPr>
        <w:t>market-based entrepreneurial competition</w:t>
      </w:r>
      <w:r>
        <w:rPr>
          <w:b w:val="0"/>
          <w:i w:val="0"/>
          <w:smallCaps w:val="0"/>
          <w:strike w:val="0"/>
          <w:sz w:val="16"/>
          <w:u w:val="none"/>
        </w:rPr>
        <w:t xml:space="preserve"> that </w:t>
      </w:r>
      <w:r>
        <w:rPr>
          <w:b w:val="0"/>
          <w:i w:val="0"/>
          <w:smallCaps w:val="0"/>
          <w:strike w:val="0"/>
          <w:sz w:val="22"/>
          <w:u w:val="single"/>
        </w:rPr>
        <w:t>will</w:t>
      </w:r>
      <w:r>
        <w:rPr>
          <w:b w:val="0"/>
          <w:i w:val="0"/>
          <w:smallCaps w:val="0"/>
          <w:strike w:val="0"/>
          <w:sz w:val="16"/>
          <w:u w:val="none"/>
        </w:rPr>
        <w:t xml:space="preserve"> also </w:t>
      </w:r>
      <w:r>
        <w:rPr>
          <w:b/>
          <w:i w:val="0"/>
          <w:smallCaps w:val="0"/>
          <w:strike w:val="0"/>
          <w:sz w:val="22"/>
          <w:u w:val="single"/>
        </w:rPr>
        <w:t>solve</w:t>
      </w:r>
      <w:r>
        <w:rPr>
          <w:b w:val="0"/>
          <w:i w:val="0"/>
          <w:smallCaps w:val="0"/>
          <w:strike w:val="0"/>
          <w:sz w:val="16"/>
          <w:u w:val="none"/>
        </w:rPr>
        <w:t xml:space="preserve"> the problem of man-made </w:t>
      </w:r>
      <w:r>
        <w:rPr>
          <w:b/>
          <w:i w:val="0"/>
          <w:smallCaps w:val="0"/>
          <w:strike w:val="0"/>
          <w:sz w:val="22"/>
          <w:u w:val="single"/>
        </w:rPr>
        <w:t>global warming</w:t>
      </w:r>
      <w:r>
        <w:rPr>
          <w:b w:val="0"/>
          <w:i w:val="0"/>
          <w:smallCaps w:val="0"/>
          <w:strike w:val="0"/>
          <w:sz w:val="16"/>
          <w:u w:val="none"/>
        </w:rPr>
        <w:t>.</w:t>
      </w:r>
    </w:p>
    <w:p>
      <w:pPr>
        <w:spacing w:after="60"/>
      </w:pPr>
      <w:r>
        <w:rPr>
          <w:b w:val="0"/>
          <w:i w:val="0"/>
          <w:smallCaps w:val="0"/>
          <w:strike w:val="0"/>
          <w:sz w:val="16"/>
          <w:u w:val="none"/>
        </w:rPr>
        <w:t xml:space="preserve">In addition, </w:t>
      </w:r>
      <w:r>
        <w:rPr>
          <w:b/>
          <w:i w:val="0"/>
          <w:smallCaps w:val="0"/>
          <w:strike w:val="0"/>
          <w:sz w:val="22"/>
          <w:u w:val="single"/>
        </w:rPr>
        <w:t>property rights</w:t>
      </w:r>
      <w:r>
        <w:rPr>
          <w:b w:val="0"/>
          <w:i w:val="0"/>
          <w:smallCaps w:val="0"/>
          <w:strike w:val="0"/>
          <w:sz w:val="22"/>
          <w:u w:val="single"/>
        </w:rPr>
        <w:t xml:space="preserve"> and their protection are </w:t>
      </w:r>
      <w:r>
        <w:rPr>
          <w:b/>
          <w:i w:val="0"/>
          <w:smallCaps w:val="0"/>
          <w:strike w:val="0"/>
          <w:sz w:val="22"/>
          <w:u w:val="single"/>
        </w:rPr>
        <w:t>decisive</w:t>
      </w:r>
      <w:r>
        <w:rPr>
          <w:b w:val="0"/>
          <w:i w:val="0"/>
          <w:smallCaps w:val="0"/>
          <w:strike w:val="0"/>
          <w:sz w:val="22"/>
          <w:u w:val="single"/>
        </w:rPr>
        <w:t xml:space="preserve"> for the </w:t>
      </w:r>
      <w:r>
        <w:rPr>
          <w:b/>
          <w:i w:val="0"/>
          <w:smallCaps w:val="0"/>
          <w:strike w:val="0"/>
          <w:sz w:val="22"/>
          <w:u w:val="single"/>
        </w:rPr>
        <w:t>careful use of natural resources</w:t>
      </w:r>
      <w:r>
        <w:rPr>
          <w:b w:val="0"/>
          <w:i w:val="0"/>
          <w:smallCaps w:val="0"/>
          <w:strike w:val="0"/>
          <w:sz w:val="16"/>
          <w:u w:val="none"/>
        </w:rPr>
        <w:t xml:space="preserve">. And where this is not possible, legal support for collective self-governing structures, in accordance with the principle of subsidiarity, are important—as is </w:t>
      </w:r>
      <w:r>
        <w:rPr>
          <w:b w:val="0"/>
          <w:i w:val="0"/>
          <w:smallCaps w:val="0"/>
          <w:strike w:val="0"/>
          <w:sz w:val="16"/>
          <w:u w:val="none"/>
        </w:rPr>
        <w:t>analysed</w:t>
      </w:r>
      <w:r>
        <w:rPr>
          <w:b w:val="0"/>
          <w:i w:val="0"/>
          <w:smallCaps w:val="0"/>
          <w:strike w:val="0"/>
          <w:sz w:val="16"/>
          <w:u w:val="none"/>
        </w:rPr>
        <w:t xml:space="preserve"> by Nobel Economic Prize winner Elinor Ostrom. By contrast, the growing ideologically motivated </w:t>
      </w:r>
      <w:r>
        <w:rPr>
          <w:b/>
          <w:i w:val="0"/>
          <w:smallCaps w:val="0"/>
          <w:strike w:val="0"/>
          <w:sz w:val="22"/>
          <w:u w:val="single"/>
        </w:rPr>
        <w:t>anti-capitalist eco-activism</w:t>
      </w:r>
      <w:r>
        <w:rPr>
          <w:b w:val="0"/>
          <w:i w:val="0"/>
          <w:smallCaps w:val="0"/>
          <w:strike w:val="0"/>
          <w:sz w:val="22"/>
          <w:u w:val="single"/>
        </w:rPr>
        <w:t xml:space="preserve">, and the policies influenced by it, are leading in the </w:t>
      </w:r>
      <w:r>
        <w:rPr>
          <w:b/>
          <w:i w:val="0"/>
          <w:smallCaps w:val="0"/>
          <w:strike w:val="0"/>
          <w:sz w:val="22"/>
          <w:u w:val="single"/>
        </w:rPr>
        <w:t>wrong direction</w:t>
      </w:r>
      <w:r>
        <w:rPr>
          <w:b w:val="0"/>
          <w:i w:val="0"/>
          <w:smallCaps w:val="0"/>
          <w:strike w:val="0"/>
          <w:sz w:val="22"/>
          <w:u w:val="single"/>
        </w:rPr>
        <w:t xml:space="preserve">, </w:t>
      </w:r>
      <w:r>
        <w:rPr>
          <w:b/>
          <w:i w:val="0"/>
          <w:smallCaps w:val="0"/>
          <w:strike w:val="0"/>
          <w:sz w:val="22"/>
          <w:u w:val="single"/>
        </w:rPr>
        <w:t>distracting precisely</w:t>
      </w:r>
      <w:r>
        <w:rPr>
          <w:b w:val="0"/>
          <w:i w:val="0"/>
          <w:smallCaps w:val="0"/>
          <w:strike w:val="0"/>
          <w:sz w:val="22"/>
          <w:u w:val="single"/>
        </w:rPr>
        <w:t xml:space="preserve"> from what would be </w:t>
      </w:r>
      <w:r>
        <w:rPr>
          <w:b/>
          <w:i w:val="0"/>
          <w:smallCaps w:val="0"/>
          <w:strike w:val="0"/>
          <w:sz w:val="22"/>
          <w:u w:val="single"/>
        </w:rPr>
        <w:t>best for the climate</w:t>
      </w:r>
      <w:r>
        <w:rPr>
          <w:b w:val="0"/>
          <w:i w:val="0"/>
          <w:smallCaps w:val="0"/>
          <w:strike w:val="0"/>
          <w:sz w:val="22"/>
          <w:u w:val="single"/>
        </w:rPr>
        <w:t xml:space="preserve"> and the </w:t>
      </w:r>
      <w:r>
        <w:rPr>
          <w:b/>
          <w:i w:val="0"/>
          <w:smallCaps w:val="0"/>
          <w:strike w:val="0"/>
          <w:sz w:val="22"/>
          <w:u w:val="single"/>
        </w:rPr>
        <w:t>environment</w:t>
      </w:r>
      <w:r>
        <w:rPr>
          <w:b w:val="0"/>
          <w:i w:val="0"/>
          <w:smallCaps w:val="0"/>
          <w:strike w:val="0"/>
          <w:sz w:val="22"/>
          <w:u w:val="single"/>
        </w:rPr>
        <w:t xml:space="preserve">—and </w:t>
      </w:r>
      <w:r>
        <w:rPr>
          <w:b/>
          <w:i w:val="0"/>
          <w:smallCaps w:val="0"/>
          <w:strike w:val="0"/>
          <w:sz w:val="22"/>
          <w:u w:val="single"/>
        </w:rPr>
        <w:t>distracting us</w:t>
      </w:r>
      <w:r>
        <w:rPr>
          <w:b w:val="0"/>
          <w:i w:val="0"/>
          <w:smallCaps w:val="0"/>
          <w:strike w:val="0"/>
          <w:sz w:val="22"/>
          <w:u w:val="single"/>
        </w:rPr>
        <w:t xml:space="preserve"> from what could </w:t>
      </w:r>
      <w:r>
        <w:rPr>
          <w:b/>
          <w:i w:val="0"/>
          <w:smallCaps w:val="0"/>
          <w:strike w:val="0"/>
          <w:sz w:val="22"/>
          <w:u w:val="single"/>
        </w:rPr>
        <w:t>help protect us</w:t>
      </w:r>
      <w:r>
        <w:rPr>
          <w:b w:val="0"/>
          <w:i w:val="0"/>
          <w:smallCaps w:val="0"/>
          <w:strike w:val="0"/>
          <w:sz w:val="22"/>
          <w:u w:val="single"/>
        </w:rPr>
        <w:t xml:space="preserve"> against the </w:t>
      </w:r>
      <w:r>
        <w:rPr>
          <w:b/>
          <w:i w:val="0"/>
          <w:smallCaps w:val="0"/>
          <w:strike w:val="0"/>
          <w:sz w:val="22"/>
          <w:u w:val="single"/>
        </w:rPr>
        <w:t>inevitable consequences of global warming</w:t>
      </w:r>
      <w:r>
        <w:rPr>
          <w:b w:val="0"/>
          <w:i w:val="0"/>
          <w:smallCaps w:val="0"/>
          <w:strike w:val="0"/>
          <w:sz w:val="16"/>
          <w:u w:val="none"/>
        </w:rPr>
        <w:t>.</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