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 </w:t>
      </w:r>
      <w:r>
        <w:rPr>
          <w:b/>
          <w:i w:val="0"/>
          <w:smallCaps w:val="0"/>
          <w:strike w:val="0"/>
          <w:sz w:val="26"/>
          <w:u w:val="single"/>
        </w:rPr>
        <w:t>locks in extinction</w:t>
      </w:r>
      <w:r>
        <w:rPr>
          <w:b/>
          <w:i w:val="0"/>
          <w:smallCaps w:val="0"/>
          <w:strike w:val="0"/>
          <w:sz w:val="26"/>
          <w:u w:val="none"/>
        </w:rPr>
        <w:t xml:space="preserve"> if they’re right about </w:t>
      </w:r>
      <w:r>
        <w:rPr>
          <w:b/>
          <w:i w:val="0"/>
          <w:smallCaps w:val="0"/>
          <w:strike w:val="0"/>
          <w:sz w:val="26"/>
          <w:u w:val="single"/>
        </w:rPr>
        <w:t>environmental sustainability</w:t>
      </w:r>
      <w:r>
        <w:rPr>
          <w:b/>
          <w:i w:val="0"/>
          <w:smallCaps w:val="0"/>
          <w:strike w:val="0"/>
          <w:sz w:val="26"/>
          <w:u w:val="none"/>
        </w:rPr>
        <w:t xml:space="preserve">---there </w:t>
      </w:r>
      <w:r>
        <w:rPr>
          <w:b/>
          <w:i w:val="0"/>
          <w:smallCaps w:val="0"/>
          <w:strike w:val="0"/>
          <w:sz w:val="26"/>
          <w:u w:val="single"/>
        </w:rPr>
        <w:t>isn’t time</w:t>
      </w:r>
      <w:r>
        <w:rPr>
          <w:b/>
          <w:i w:val="0"/>
          <w:smallCaps w:val="0"/>
          <w:strike w:val="0"/>
          <w:sz w:val="26"/>
          <w:u w:val="none"/>
        </w:rPr>
        <w:t xml:space="preserve"> for a </w:t>
      </w:r>
      <w:r>
        <w:rPr>
          <w:b/>
          <w:i w:val="0"/>
          <w:smallCaps w:val="0"/>
          <w:strike w:val="0"/>
          <w:sz w:val="26"/>
          <w:u w:val="single"/>
        </w:rPr>
        <w:t>global transition</w:t>
      </w:r>
      <w:r>
        <w:rPr>
          <w:b/>
          <w:i w:val="0"/>
          <w:smallCaps w:val="0"/>
          <w:strike w:val="0"/>
          <w:sz w:val="26"/>
          <w:u w:val="none"/>
        </w:rPr>
        <w:t xml:space="preserve"> from capitalism and </w:t>
      </w:r>
      <w:r>
        <w:rPr>
          <w:b/>
          <w:i w:val="0"/>
          <w:smallCaps w:val="0"/>
          <w:strike w:val="0"/>
          <w:sz w:val="26"/>
          <w:u w:val="single"/>
        </w:rPr>
        <w:t>no certainty</w:t>
      </w:r>
      <w:r>
        <w:rPr>
          <w:b/>
          <w:i w:val="0"/>
          <w:smallCaps w:val="0"/>
          <w:strike w:val="0"/>
          <w:sz w:val="26"/>
          <w:u w:val="none"/>
        </w:rPr>
        <w:t xml:space="preserve"> it </w:t>
      </w:r>
      <w:r>
        <w:rPr>
          <w:b/>
          <w:i w:val="0"/>
          <w:smallCaps w:val="0"/>
          <w:strike w:val="0"/>
          <w:sz w:val="26"/>
          <w:u w:val="single"/>
        </w:rPr>
        <w:t>ends emissions</w:t>
      </w:r>
      <w:r>
        <w:rPr>
          <w:b/>
          <w:i w:val="0"/>
          <w:smallCaps w:val="0"/>
          <w:strike w:val="0"/>
          <w:sz w:val="26"/>
          <w:u w:val="none"/>
        </w:rPr>
        <w:t>.</w:t>
      </w:r>
    </w:p>
    <w:p>
      <w:pPr>
        <w:spacing w:after="80"/>
      </w:pPr>
      <w:r>
        <w:rPr>
          <w:b/>
          <w:i w:val="0"/>
          <w:smallCaps w:val="0"/>
          <w:strike w:val="0"/>
          <w:sz w:val="26"/>
          <w:u w:val="none"/>
        </w:rPr>
        <w:t>Polychroniou</w:t>
      </w:r>
      <w:r>
        <w:rPr>
          <w:b/>
          <w:i w:val="0"/>
          <w:smallCaps w:val="0"/>
          <w:strike w:val="0"/>
          <w:sz w:val="26"/>
          <w:u w:val="none"/>
        </w:rPr>
        <w:t xml:space="preserve"> </w:t>
      </w:r>
      <w:r>
        <w:rPr>
          <w:b/>
          <w:i w:val="0"/>
          <w:smallCaps w:val="0"/>
          <w:strike w:val="0"/>
          <w:sz w:val="26"/>
          <w:u w:val="none"/>
        </w:rPr>
        <w:t xml:space="preserve">et al. </w:t>
      </w:r>
      <w:r>
        <w:rPr>
          <w:b/>
          <w:i w:val="0"/>
          <w:smallCaps w:val="0"/>
          <w:strike w:val="0"/>
          <w:sz w:val="26"/>
          <w:u w:val="none"/>
        </w:rPr>
        <w:t>'</w:t>
      </w:r>
      <w:r>
        <w:rPr>
          <w:b/>
          <w:i w:val="0"/>
          <w:smallCaps w:val="0"/>
          <w:strike w:val="0"/>
          <w:sz w:val="26"/>
          <w:u w:val="none"/>
        </w:rPr>
        <w:t>20</w:t>
      </w:r>
      <w:r>
        <w:rPr>
          <w:b/>
          <w:i w:val="0"/>
          <w:smallCaps w:val="0"/>
          <w:strike w:val="0"/>
          <w:sz w:val="26"/>
          <w:u w:val="none"/>
        </w:rPr>
        <w:t xml:space="preserve"> </w:t>
      </w:r>
      <w:r>
        <w:rPr>
          <w:b w:val="0"/>
          <w:i w:val="0"/>
          <w:smallCaps w:val="0"/>
          <w:strike w:val="0"/>
          <w:u w:val="none"/>
        </w:rPr>
        <w:t>[CJ; 9/16/20; PhD in Political Science from the University of Delaware; Noam Chomsky, Professor &amp; Professor of Linguistics emeritus at the Massachusetts Institute of Technology; Robert Pollin, Professor of Economics and Co-Director of the Political Economy Research Institute at the University of Massachusetts; "The Political Economy of Saving the Planet," https://bostonreview.net/science-nature-global-justice/noam-chomsky-robert-pollin-c-j-polychroniou-political-economy-saving]</w:t>
      </w:r>
    </w:p>
    <w:p>
      <w:pPr>
        <w:spacing w:after="60"/>
      </w:pPr>
      <w:r>
        <w:rPr>
          <w:b w:val="0"/>
          <w:i w:val="0"/>
          <w:smallCaps w:val="0"/>
          <w:strike w:val="0"/>
          <w:sz w:val="16"/>
          <w:u w:val="none"/>
        </w:rPr>
        <w:t xml:space="preserve">There are important elements of truth in such views, but we should also be careful to not push this point too far. </w:t>
      </w:r>
      <w:r>
        <w:rPr>
          <w:b w:val="0"/>
          <w:i w:val="0"/>
          <w:smallCaps w:val="0"/>
          <w:strike w:val="0"/>
          <w:sz w:val="22"/>
          <w:u w:val="single"/>
        </w:rPr>
        <w:t xml:space="preserve">Some commentators have argued that one </w:t>
      </w:r>
      <w:r>
        <w:rPr>
          <w:b/>
          <w:i w:val="0"/>
          <w:smallCaps w:val="0"/>
          <w:strike w:val="0"/>
          <w:sz w:val="22"/>
          <w:u w:val="single"/>
        </w:rPr>
        <w:t>silver lining</w:t>
      </w:r>
      <w:r>
        <w:rPr>
          <w:b w:val="0"/>
          <w:i w:val="0"/>
          <w:smallCaps w:val="0"/>
          <w:strike w:val="0"/>
          <w:sz w:val="22"/>
          <w:u w:val="single"/>
        </w:rPr>
        <w:t xml:space="preserve"> outcome of the </w:t>
      </w:r>
      <w:r>
        <w:rPr>
          <w:b/>
          <w:i w:val="0"/>
          <w:smallCaps w:val="0"/>
          <w:strike w:val="0"/>
          <w:sz w:val="22"/>
          <w:u w:val="single"/>
        </w:rPr>
        <w:t>pandemic</w:t>
      </w:r>
      <w:r>
        <w:rPr>
          <w:b w:val="0"/>
          <w:i w:val="0"/>
          <w:smallCaps w:val="0"/>
          <w:strike w:val="0"/>
          <w:sz w:val="22"/>
          <w:u w:val="single"/>
        </w:rPr>
        <w:t xml:space="preserve"> was that, because of the </w:t>
      </w:r>
      <w:r>
        <w:rPr>
          <w:b/>
          <w:i w:val="0"/>
          <w:smallCaps w:val="0"/>
          <w:strike w:val="0"/>
          <w:sz w:val="22"/>
          <w:u w:val="single"/>
        </w:rPr>
        <w:t>economic lockdown</w:t>
      </w:r>
      <w:r>
        <w:rPr>
          <w:b w:val="0"/>
          <w:i w:val="0"/>
          <w:smallCaps w:val="0"/>
          <w:strike w:val="0"/>
          <w:sz w:val="22"/>
          <w:u w:val="single"/>
        </w:rPr>
        <w:t xml:space="preserve">, </w:t>
      </w:r>
      <w:r>
        <w:rPr>
          <w:b/>
          <w:i w:val="0"/>
          <w:smallCaps w:val="0"/>
          <w:strike w:val="0"/>
          <w:sz w:val="22"/>
          <w:u w:val="single"/>
        </w:rPr>
        <w:t>fossil fuel</w:t>
      </w:r>
      <w:r>
        <w:rPr>
          <w:b w:val="0"/>
          <w:i w:val="0"/>
          <w:smallCaps w:val="0"/>
          <w:strike w:val="0"/>
          <w:sz w:val="22"/>
          <w:u w:val="single"/>
        </w:rPr>
        <w:t xml:space="preserve"> consumption and </w:t>
      </w:r>
      <w:r>
        <w:rPr>
          <w:b/>
          <w:i w:val="0"/>
          <w:smallCaps w:val="0"/>
          <w:strike w:val="0"/>
          <w:sz w:val="22"/>
          <w:u w:val="single"/>
        </w:rPr>
        <w:t>CO2 emissions</w:t>
      </w:r>
      <w:r>
        <w:rPr>
          <w:b w:val="0"/>
          <w:i w:val="0"/>
          <w:smallCaps w:val="0"/>
          <w:strike w:val="0"/>
          <w:sz w:val="22"/>
          <w:u w:val="single"/>
        </w:rPr>
        <w:t xml:space="preserve"> plunged alongside overall </w:t>
      </w:r>
      <w:r>
        <w:rPr>
          <w:b/>
          <w:i w:val="0"/>
          <w:smallCaps w:val="0"/>
          <w:strike w:val="0"/>
          <w:sz w:val="22"/>
          <w:u w:val="single"/>
        </w:rPr>
        <w:t>economic activity</w:t>
      </w:r>
      <w:r>
        <w:rPr>
          <w:b w:val="0"/>
          <w:i w:val="0"/>
          <w:smallCaps w:val="0"/>
          <w:strike w:val="0"/>
          <w:sz w:val="16"/>
          <w:u w:val="none"/>
        </w:rPr>
        <w:t xml:space="preserve"> during the recession. While this is true, </w:t>
      </w:r>
      <w:r>
        <w:rPr>
          <w:b w:val="0"/>
          <w:i w:val="0"/>
          <w:smallCaps w:val="0"/>
          <w:strike w:val="0"/>
          <w:sz w:val="22"/>
          <w:u w:val="single"/>
        </w:rPr>
        <w:t xml:space="preserve">I do not see any positive lessons here with respect to advancing a </w:t>
      </w:r>
      <w:r>
        <w:rPr>
          <w:b/>
          <w:i w:val="0"/>
          <w:smallCaps w:val="0"/>
          <w:strike w:val="0"/>
          <w:sz w:val="22"/>
          <w:u w:val="single"/>
        </w:rPr>
        <w:t>viable emissions program</w:t>
      </w:r>
      <w:r>
        <w:rPr>
          <w:b w:val="0"/>
          <w:i w:val="0"/>
          <w:smallCaps w:val="0"/>
          <w:strike w:val="0"/>
          <w:sz w:val="22"/>
          <w:u w:val="single"/>
        </w:rPr>
        <w:t xml:space="preserve"> that can get us to </w:t>
      </w:r>
      <w:r>
        <w:rPr>
          <w:b/>
          <w:i w:val="0"/>
          <w:smallCaps w:val="0"/>
          <w:strike w:val="0"/>
          <w:sz w:val="22"/>
          <w:u w:val="single"/>
        </w:rPr>
        <w:t>net zero</w:t>
      </w:r>
      <w:r>
        <w:rPr>
          <w:b w:val="0"/>
          <w:i w:val="0"/>
          <w:smallCaps w:val="0"/>
          <w:strike w:val="0"/>
          <w:sz w:val="22"/>
          <w:u w:val="single"/>
        </w:rPr>
        <w:t xml:space="preserve"> emissions by </w:t>
      </w:r>
      <w:r>
        <w:rPr>
          <w:b/>
          <w:i w:val="0"/>
          <w:smallCaps w:val="0"/>
          <w:strike w:val="0"/>
          <w:sz w:val="22"/>
          <w:u w:val="single"/>
        </w:rPr>
        <w:t>2050</w:t>
      </w:r>
      <w:r>
        <w:rPr>
          <w:b w:val="0"/>
          <w:i w:val="0"/>
          <w:smallCaps w:val="0"/>
          <w:strike w:val="0"/>
          <w:sz w:val="16"/>
          <w:u w:val="none"/>
        </w:rPr>
        <w:t xml:space="preserve">. Rather, </w:t>
      </w:r>
      <w:r>
        <w:rPr>
          <w:b w:val="0"/>
          <w:i w:val="0"/>
          <w:smallCaps w:val="0"/>
          <w:strike w:val="0"/>
          <w:sz w:val="22"/>
          <w:u w:val="single"/>
        </w:rPr>
        <w:t xml:space="preserve">the experience demonstrates why a </w:t>
      </w:r>
      <w:r>
        <w:rPr>
          <w:b/>
          <w:i w:val="0"/>
          <w:smallCaps w:val="0"/>
          <w:strike w:val="0"/>
          <w:sz w:val="22"/>
          <w:highlight w:val="cyan"/>
          <w:u w:val="single"/>
        </w:rPr>
        <w:t>degrowth approach</w:t>
      </w:r>
      <w:r>
        <w:rPr>
          <w:b w:val="0"/>
          <w:i w:val="0"/>
          <w:smallCaps w:val="0"/>
          <w:strike w:val="0"/>
          <w:sz w:val="22"/>
          <w:u w:val="single"/>
        </w:rPr>
        <w:t xml:space="preserve"> to </w:t>
      </w:r>
      <w:r>
        <w:rPr>
          <w:b/>
          <w:i w:val="0"/>
          <w:smallCaps w:val="0"/>
          <w:strike w:val="0"/>
          <w:sz w:val="22"/>
          <w:u w:val="single"/>
        </w:rPr>
        <w:t>emissions reduction</w:t>
      </w:r>
      <w:r>
        <w:rPr>
          <w:b w:val="0"/>
          <w:i w:val="0"/>
          <w:smallCaps w:val="0"/>
          <w:strike w:val="0"/>
          <w:sz w:val="22"/>
          <w:u w:val="single"/>
        </w:rPr>
        <w:t xml:space="preserve"> </w:t>
      </w:r>
      <w:r>
        <w:rPr>
          <w:b w:val="0"/>
          <w:i w:val="0"/>
          <w:smallCaps w:val="0"/>
          <w:strike w:val="0"/>
          <w:sz w:val="22"/>
          <w:highlight w:val="cyan"/>
          <w:u w:val="single"/>
        </w:rPr>
        <w:t xml:space="preserve">is </w:t>
      </w:r>
      <w:r>
        <w:rPr>
          <w:b/>
          <w:i w:val="0"/>
          <w:smallCaps w:val="0"/>
          <w:strike w:val="0"/>
          <w:sz w:val="22"/>
          <w:highlight w:val="cyan"/>
          <w:u w:val="single"/>
        </w:rPr>
        <w:t>unworkable</w:t>
      </w:r>
      <w:r>
        <w:rPr>
          <w:b w:val="0"/>
          <w:i w:val="0"/>
          <w:smallCaps w:val="0"/>
          <w:strike w:val="0"/>
          <w:sz w:val="22"/>
          <w:u w:val="single"/>
        </w:rPr>
        <w:t>. Emissions did indeed fall sharply because of</w:t>
      </w:r>
      <w:r>
        <w:rPr>
          <w:b w:val="0"/>
          <w:i w:val="0"/>
          <w:smallCaps w:val="0"/>
          <w:strike w:val="0"/>
          <w:sz w:val="16"/>
          <w:u w:val="none"/>
        </w:rPr>
        <w:t xml:space="preserve"> the pandemic and the </w:t>
      </w:r>
      <w:r>
        <w:rPr>
          <w:b w:val="0"/>
          <w:i w:val="0"/>
          <w:smallCaps w:val="0"/>
          <w:strike w:val="0"/>
          <w:sz w:val="22"/>
          <w:u w:val="single"/>
        </w:rPr>
        <w:t xml:space="preserve">recession. But that is only because </w:t>
      </w:r>
      <w:r>
        <w:rPr>
          <w:b/>
          <w:i w:val="0"/>
          <w:smallCaps w:val="0"/>
          <w:strike w:val="0"/>
          <w:sz w:val="22"/>
          <w:u w:val="single"/>
        </w:rPr>
        <w:t>incomes collapsed</w:t>
      </w:r>
      <w:r>
        <w:rPr>
          <w:b w:val="0"/>
          <w:i w:val="0"/>
          <w:smallCaps w:val="0"/>
          <w:strike w:val="0"/>
          <w:sz w:val="22"/>
          <w:u w:val="single"/>
        </w:rPr>
        <w:t xml:space="preserve"> and </w:t>
      </w:r>
      <w:r>
        <w:rPr>
          <w:b/>
          <w:i w:val="0"/>
          <w:smallCaps w:val="0"/>
          <w:strike w:val="0"/>
          <w:sz w:val="22"/>
          <w:u w:val="single"/>
        </w:rPr>
        <w:t>unemployment spiked</w:t>
      </w:r>
      <w:r>
        <w:rPr>
          <w:b w:val="0"/>
          <w:i w:val="0"/>
          <w:smallCaps w:val="0"/>
          <w:strike w:val="0"/>
          <w:sz w:val="22"/>
          <w:u w:val="single"/>
        </w:rPr>
        <w:t xml:space="preserve"> over this same period. This only </w:t>
      </w:r>
      <w:r>
        <w:rPr>
          <w:b/>
          <w:i w:val="0"/>
          <w:smallCaps w:val="0"/>
          <w:strike w:val="0"/>
          <w:sz w:val="22"/>
          <w:u w:val="single"/>
        </w:rPr>
        <w:t>reinforces the conclusion</w:t>
      </w:r>
      <w:r>
        <w:rPr>
          <w:b w:val="0"/>
          <w:i w:val="0"/>
          <w:smallCaps w:val="0"/>
          <w:strike w:val="0"/>
          <w:sz w:val="22"/>
          <w:u w:val="single"/>
        </w:rPr>
        <w:t xml:space="preserve"> that </w:t>
      </w:r>
      <w:r>
        <w:rPr>
          <w:b w:val="0"/>
          <w:i w:val="0"/>
          <w:smallCaps w:val="0"/>
          <w:strike w:val="0"/>
          <w:sz w:val="22"/>
          <w:highlight w:val="cyan"/>
          <w:u w:val="single"/>
        </w:rPr>
        <w:t xml:space="preserve">the </w:t>
      </w:r>
      <w:r>
        <w:rPr>
          <w:b/>
          <w:i w:val="0"/>
          <w:smallCaps w:val="0"/>
          <w:strike w:val="0"/>
          <w:sz w:val="22"/>
          <w:highlight w:val="cyan"/>
          <w:u w:val="single"/>
        </w:rPr>
        <w:t>only effective</w:t>
      </w:r>
      <w:r>
        <w:rPr>
          <w:b w:val="0"/>
          <w:i w:val="0"/>
          <w:smallCaps w:val="0"/>
          <w:strike w:val="0"/>
          <w:sz w:val="22"/>
          <w:u w:val="single"/>
        </w:rPr>
        <w:t xml:space="preserve"> climate stabilization </w:t>
      </w:r>
      <w:r>
        <w:rPr>
          <w:b/>
          <w:i w:val="0"/>
          <w:smallCaps w:val="0"/>
          <w:strike w:val="0"/>
          <w:sz w:val="22"/>
          <w:highlight w:val="cyan"/>
          <w:u w:val="single"/>
        </w:rPr>
        <w:t>path</w:t>
      </w:r>
      <w:r>
        <w:rPr>
          <w:b w:val="0"/>
          <w:i w:val="0"/>
          <w:smallCaps w:val="0"/>
          <w:strike w:val="0"/>
          <w:sz w:val="22"/>
          <w:highlight w:val="cyan"/>
          <w:u w:val="single"/>
        </w:rPr>
        <w:t xml:space="preserve"> is the </w:t>
      </w:r>
      <w:r>
        <w:rPr>
          <w:b/>
          <w:i w:val="0"/>
          <w:smallCaps w:val="0"/>
          <w:strike w:val="0"/>
          <w:sz w:val="22"/>
          <w:highlight w:val="cyan"/>
          <w:u w:val="single"/>
        </w:rPr>
        <w:t>Green New Deal</w:t>
      </w:r>
      <w:r>
        <w:rPr>
          <w:b w:val="0"/>
          <w:i w:val="0"/>
          <w:smallCaps w:val="0"/>
          <w:strike w:val="0"/>
          <w:sz w:val="22"/>
          <w:u w:val="single"/>
        </w:rPr>
        <w:t xml:space="preserve">, as it is the only one that does not require a </w:t>
      </w:r>
      <w:r>
        <w:rPr>
          <w:b/>
          <w:i w:val="0"/>
          <w:smallCaps w:val="0"/>
          <w:strike w:val="0"/>
          <w:sz w:val="22"/>
          <w:u w:val="single"/>
        </w:rPr>
        <w:t>drastic contraction</w:t>
      </w:r>
      <w:r>
        <w:rPr>
          <w:b w:val="0"/>
          <w:i w:val="0"/>
          <w:smallCaps w:val="0"/>
          <w:strike w:val="0"/>
          <w:sz w:val="16"/>
          <w:u w:val="none"/>
        </w:rPr>
        <w:t xml:space="preserve"> (or “degrowth”) </w:t>
      </w:r>
      <w:r>
        <w:rPr>
          <w:b w:val="0"/>
          <w:i w:val="0"/>
          <w:smallCaps w:val="0"/>
          <w:strike w:val="0"/>
          <w:sz w:val="22"/>
          <w:u w:val="single"/>
        </w:rPr>
        <w:t>of jobs and incomes to drive down emissions</w:t>
      </w:r>
      <w:r>
        <w:rPr>
          <w:b w:val="0"/>
          <w:i w:val="0"/>
          <w:smallCaps w:val="0"/>
          <w:strike w:val="0"/>
          <w:sz w:val="16"/>
          <w:u w:val="none"/>
        </w:rPr>
        <w:t>.</w:t>
      </w:r>
    </w:p>
    <w:p>
      <w:pPr>
        <w:spacing w:after="60"/>
      </w:pPr>
      <w:r>
        <w:rPr>
          <w:b w:val="0"/>
          <w:i w:val="0"/>
          <w:smallCaps w:val="0"/>
          <w:strike w:val="0"/>
          <w:sz w:val="22"/>
          <w:highlight w:val="cyan"/>
          <w:u w:val="single"/>
        </w:rPr>
        <w:t>A</w:t>
      </w:r>
      <w:r>
        <w:rPr>
          <w:b w:val="0"/>
          <w:i w:val="0"/>
          <w:smallCaps w:val="0"/>
          <w:strike w:val="0"/>
          <w:sz w:val="22"/>
          <w:u w:val="single"/>
        </w:rPr>
        <w:t xml:space="preserve"> genuinely </w:t>
      </w:r>
      <w:r>
        <w:rPr>
          <w:b/>
          <w:i w:val="0"/>
          <w:smallCaps w:val="0"/>
          <w:strike w:val="0"/>
          <w:sz w:val="22"/>
          <w:highlight w:val="cyan"/>
          <w:u w:val="single"/>
        </w:rPr>
        <w:t>positive development</w:t>
      </w:r>
      <w:r>
        <w:rPr>
          <w:b w:val="0"/>
          <w:i w:val="0"/>
          <w:smallCaps w:val="0"/>
          <w:strike w:val="0"/>
          <w:sz w:val="22"/>
          <w:u w:val="single"/>
        </w:rPr>
        <w:t xml:space="preserve"> of</w:t>
      </w:r>
      <w:r>
        <w:rPr>
          <w:b w:val="0"/>
          <w:i w:val="0"/>
          <w:smallCaps w:val="0"/>
          <w:strike w:val="0"/>
          <w:sz w:val="16"/>
          <w:u w:val="none"/>
        </w:rPr>
        <w:t xml:space="preserve"> the pandemic and </w:t>
      </w:r>
      <w:r>
        <w:rPr>
          <w:b w:val="0"/>
          <w:i w:val="0"/>
          <w:smallCaps w:val="0"/>
          <w:strike w:val="0"/>
          <w:sz w:val="22"/>
          <w:u w:val="single"/>
        </w:rPr>
        <w:t xml:space="preserve">recession </w:t>
      </w:r>
      <w:r>
        <w:rPr>
          <w:b w:val="0"/>
          <w:i w:val="0"/>
          <w:smallCaps w:val="0"/>
          <w:strike w:val="0"/>
          <w:sz w:val="22"/>
          <w:highlight w:val="cyan"/>
          <w:u w:val="single"/>
        </w:rPr>
        <w:t xml:space="preserve">is that </w:t>
      </w:r>
      <w:r>
        <w:rPr>
          <w:b/>
          <w:i w:val="0"/>
          <w:smallCaps w:val="0"/>
          <w:strike w:val="0"/>
          <w:sz w:val="22"/>
          <w:highlight w:val="cyan"/>
          <w:u w:val="single"/>
        </w:rPr>
        <w:t>progressive activists</w:t>
      </w:r>
      <w:r>
        <w:rPr>
          <w:b w:val="0"/>
          <w:i w:val="0"/>
          <w:smallCaps w:val="0"/>
          <w:strike w:val="0"/>
          <w:sz w:val="22"/>
          <w:u w:val="single"/>
        </w:rPr>
        <w:t xml:space="preserve"> around the world </w:t>
      </w:r>
      <w:r>
        <w:rPr>
          <w:b w:val="0"/>
          <w:i w:val="0"/>
          <w:smallCaps w:val="0"/>
          <w:strike w:val="0"/>
          <w:sz w:val="22"/>
          <w:highlight w:val="cyan"/>
          <w:u w:val="single"/>
        </w:rPr>
        <w:t>have fought to include</w:t>
      </w:r>
      <w:r>
        <w:rPr>
          <w:b w:val="0"/>
          <w:i w:val="0"/>
          <w:smallCaps w:val="0"/>
          <w:strike w:val="0"/>
          <w:sz w:val="22"/>
          <w:u w:val="single"/>
        </w:rPr>
        <w:t xml:space="preserve"> </w:t>
      </w:r>
      <w:r>
        <w:rPr>
          <w:b/>
          <w:i w:val="0"/>
          <w:smallCaps w:val="0"/>
          <w:strike w:val="0"/>
          <w:sz w:val="22"/>
          <w:highlight w:val="cyan"/>
          <w:u w:val="single"/>
        </w:rPr>
        <w:t>Green New Deal investments</w:t>
      </w:r>
      <w:r>
        <w:rPr>
          <w:b w:val="0"/>
          <w:i w:val="0"/>
          <w:smallCaps w:val="0"/>
          <w:strike w:val="0"/>
          <w:sz w:val="22"/>
          <w:highlight w:val="cyan"/>
          <w:u w:val="single"/>
        </w:rPr>
        <w:t xml:space="preserve"> in</w:t>
      </w:r>
      <w:r>
        <w:rPr>
          <w:b w:val="0"/>
          <w:i w:val="0"/>
          <w:smallCaps w:val="0"/>
          <w:strike w:val="0"/>
          <w:sz w:val="22"/>
          <w:u w:val="single"/>
        </w:rPr>
        <w:t xml:space="preserve"> their countries’ </w:t>
      </w:r>
      <w:r>
        <w:rPr>
          <w:b/>
          <w:i w:val="0"/>
          <w:smallCaps w:val="0"/>
          <w:strike w:val="0"/>
          <w:sz w:val="22"/>
          <w:highlight w:val="cyan"/>
          <w:u w:val="single"/>
        </w:rPr>
        <w:t>economic stimulus</w:t>
      </w:r>
      <w:r>
        <w:rPr>
          <w:b w:val="0"/>
          <w:i w:val="0"/>
          <w:smallCaps w:val="0"/>
          <w:strike w:val="0"/>
          <w:sz w:val="16"/>
          <w:u w:val="none"/>
        </w:rPr>
        <w:t xml:space="preserve"> programs. </w:t>
      </w:r>
      <w:r>
        <w:rPr>
          <w:b w:val="0"/>
          <w:i w:val="0"/>
          <w:smallCaps w:val="0"/>
          <w:strike w:val="0"/>
          <w:sz w:val="22"/>
          <w:u w:val="single"/>
        </w:rPr>
        <w:t xml:space="preserve">It is </w:t>
      </w:r>
      <w:r>
        <w:rPr>
          <w:b/>
          <w:i w:val="0"/>
          <w:smallCaps w:val="0"/>
          <w:strike w:val="0"/>
          <w:sz w:val="22"/>
          <w:u w:val="single"/>
        </w:rPr>
        <w:t>critical</w:t>
      </w:r>
      <w:r>
        <w:rPr>
          <w:b w:val="0"/>
          <w:i w:val="0"/>
          <w:smallCaps w:val="0"/>
          <w:strike w:val="0"/>
          <w:sz w:val="22"/>
          <w:u w:val="single"/>
        </w:rPr>
        <w:t xml:space="preserve"> to </w:t>
      </w:r>
      <w:r>
        <w:rPr>
          <w:b/>
          <w:i w:val="0"/>
          <w:smallCaps w:val="0"/>
          <w:strike w:val="0"/>
          <w:sz w:val="22"/>
          <w:u w:val="single"/>
        </w:rPr>
        <w:t>keep pushing</w:t>
      </w:r>
      <w:r>
        <w:rPr>
          <w:b w:val="0"/>
          <w:i w:val="0"/>
          <w:smallCaps w:val="0"/>
          <w:strike w:val="0"/>
          <w:sz w:val="22"/>
          <w:u w:val="single"/>
        </w:rPr>
        <w:t xml:space="preserve"> 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success</w:t>
      </w:r>
      <w:r>
        <w:rPr>
          <w:b w:val="0"/>
          <w:i w:val="0"/>
          <w:smallCaps w:val="0"/>
          <w:strike w:val="0"/>
          <w:sz w:val="22"/>
          <w:u w:val="single"/>
        </w:rPr>
        <w:t xml:space="preserve"> of these initiatives</w:t>
      </w:r>
      <w:r>
        <w:rPr>
          <w:b w:val="0"/>
          <w:i w:val="0"/>
          <w:smallCaps w:val="0"/>
          <w:strike w:val="0"/>
          <w:sz w:val="16"/>
          <w:u w:val="none"/>
        </w:rPr>
        <w:t>.</w:t>
      </w:r>
    </w:p>
    <w:p>
      <w:pPr>
        <w:spacing w:after="60"/>
      </w:pPr>
      <w:r>
        <w:rPr>
          <w:b w:val="0"/>
          <w:i w:val="0"/>
          <w:smallCaps w:val="0"/>
          <w:strike w:val="0"/>
          <w:sz w:val="22"/>
          <w:u w:val="single"/>
        </w:rPr>
        <w:t xml:space="preserve">In support of that end, we must </w:t>
      </w:r>
      <w:r>
        <w:rPr>
          <w:b/>
          <w:i w:val="0"/>
          <w:smallCaps w:val="0"/>
          <w:strike w:val="0"/>
          <w:sz w:val="22"/>
          <w:u w:val="single"/>
        </w:rPr>
        <w:t>seriously consider</w:t>
      </w:r>
      <w:r>
        <w:rPr>
          <w:b w:val="0"/>
          <w:i w:val="0"/>
          <w:smallCaps w:val="0"/>
          <w:strike w:val="0"/>
          <w:sz w:val="22"/>
          <w:u w:val="single"/>
        </w:rPr>
        <w:t xml:space="preserve"> how to </w:t>
      </w:r>
      <w:r>
        <w:rPr>
          <w:b/>
          <w:i w:val="0"/>
          <w:smallCaps w:val="0"/>
          <w:strike w:val="0"/>
          <w:sz w:val="22"/>
          <w:u w:val="single"/>
        </w:rPr>
        <w:t>best maximize</w:t>
      </w:r>
      <w:r>
        <w:rPr>
          <w:b w:val="0"/>
          <w:i w:val="0"/>
          <w:smallCaps w:val="0"/>
          <w:strike w:val="0"/>
          <w:sz w:val="22"/>
          <w:u w:val="single"/>
        </w:rPr>
        <w:t xml:space="preserve"> both the </w:t>
      </w:r>
      <w:r>
        <w:rPr>
          <w:b/>
          <w:i w:val="0"/>
          <w:smallCaps w:val="0"/>
          <w:strike w:val="0"/>
          <w:sz w:val="22"/>
          <w:u w:val="single"/>
        </w:rPr>
        <w:t>short-term stimulus</w:t>
      </w:r>
      <w:r>
        <w:rPr>
          <w:b w:val="0"/>
          <w:i w:val="0"/>
          <w:smallCaps w:val="0"/>
          <w:strike w:val="0"/>
          <w:sz w:val="16"/>
          <w:u w:val="none"/>
        </w:rPr>
        <w:t xml:space="preserve"> benefits </w:t>
      </w:r>
      <w:r>
        <w:rPr>
          <w:b w:val="0"/>
          <w:i w:val="0"/>
          <w:smallCaps w:val="0"/>
          <w:strike w:val="0"/>
          <w:sz w:val="22"/>
          <w:u w:val="single"/>
        </w:rPr>
        <w:t>and long-term impacts of Green New Deal programs</w:t>
      </w:r>
      <w:r>
        <w:rPr>
          <w:b w:val="0"/>
          <w:i w:val="0"/>
          <w:smallCaps w:val="0"/>
          <w:strike w:val="0"/>
          <w:sz w:val="16"/>
          <w:u w:val="none"/>
        </w:rPr>
        <w:t>. I know the importance of such considerations from personal experience working on the green investment components of the 2009 Obama American Recovery and Reinvestment Act, in which $90 billion of the $800 billion total was allocated to clean energy investments in the United States. The principles underlying these investment components were sound, but the people who worked on the program in its various stages, including myself, did not adequately calculate the time necessary to execute many of the projects. We knew that it was critical to identify “shovel-ready” projects—ones that could be quickly implemented on a large scale and provide an immediate economic boost. But relatively few green investment projects were truly shovel-ready at that time, as the green energy industry was still a newly emerging enterprise. Therefore, the backlog of significant new projects was thin. It is only moderately less thin today.</w:t>
      </w:r>
    </w:p>
    <w:p>
      <w:pPr>
        <w:spacing w:after="60"/>
      </w:pPr>
      <w:r>
        <w:rPr>
          <w:b w:val="0"/>
          <w:i w:val="0"/>
          <w:smallCaps w:val="0"/>
          <w:strike w:val="0"/>
          <w:sz w:val="16"/>
          <w:u w:val="none"/>
        </w:rPr>
        <w:t>This means that people designing Green New Deal stimulus programs must identify the subgroup of green investment projects that can realistically roll into action at scale within a matter of months. One example that should be applicable in almost every country would be energy efficiency retrofits of all public and commercial buildings. This would entail improving insulation, sealing window frames and doors, switching over all lightbulbs to LEDs, and replacing aging heating and air conditioning systems with efficient ones (preferably heat pumps). These programs could quickly generate large numbers of jobs for secretaries, truck drivers, accountants, construction workers, and climate engineers. They could also save energy and reduce emissions quickly and relatively cheaply. Building off of such truly shovel-ready projects, the rest of the clean energy investment program could then accelerate and provide a strong foundation for economies moving out of recession and onto a sustainable recovery path.</w:t>
      </w:r>
    </w:p>
    <w:p>
      <w:pPr>
        <w:spacing w:after="60"/>
      </w:pPr>
      <w:r>
        <w:rPr>
          <w:b w:val="0"/>
          <w:i w:val="0"/>
          <w:smallCaps w:val="0"/>
          <w:strike w:val="0"/>
          <w:sz w:val="16"/>
          <w:u w:val="none"/>
        </w:rPr>
        <w:t xml:space="preserve">CP: </w:t>
      </w:r>
      <w:r>
        <w:rPr>
          <w:b w:val="0"/>
          <w:i w:val="0"/>
          <w:smallCaps w:val="0"/>
          <w:strike w:val="0"/>
          <w:sz w:val="22"/>
          <w:u w:val="single"/>
        </w:rPr>
        <w:t xml:space="preserve">Eco-socialism is becoming a major tenet of the </w:t>
      </w:r>
      <w:r>
        <w:rPr>
          <w:b/>
          <w:i w:val="0"/>
          <w:smallCaps w:val="0"/>
          <w:strike w:val="0"/>
          <w:sz w:val="22"/>
          <w:u w:val="single"/>
        </w:rPr>
        <w:t>ideological repertoire</w:t>
      </w:r>
      <w:r>
        <w:rPr>
          <w:b w:val="0"/>
          <w:i w:val="0"/>
          <w:smallCaps w:val="0"/>
          <w:strike w:val="0"/>
          <w:sz w:val="16"/>
          <w:u w:val="none"/>
        </w:rPr>
        <w:t xml:space="preserve"> of green parties in European countries and elsewhere, which may be the reason for their increasing appeal with voters and especially the youth. Is eco-socialism a cohesive enough political project to be taken seriously as an alternative for the future?</w:t>
      </w:r>
    </w:p>
    <w:p>
      <w:pPr>
        <w:spacing w:after="60"/>
      </w:pPr>
      <w:r>
        <w:rPr>
          <w:b w:val="0"/>
          <w:i w:val="0"/>
          <w:smallCaps w:val="0"/>
          <w:strike w:val="0"/>
          <w:sz w:val="16"/>
          <w:u w:val="none"/>
        </w:rPr>
        <w:t xml:space="preserve">NC: Insofar as I understand eco-socialism—not in great depth—it overlaps greatly with other left socialist currents. That being said, </w:t>
      </w:r>
      <w:r>
        <w:rPr>
          <w:b w:val="0"/>
          <w:i w:val="0"/>
          <w:smallCaps w:val="0"/>
          <w:strike w:val="0"/>
          <w:sz w:val="22"/>
          <w:highlight w:val="cyan"/>
          <w:u w:val="single"/>
        </w:rPr>
        <w:t>I don’t think we’re at</w:t>
      </w:r>
      <w:r>
        <w:rPr>
          <w:b w:val="0"/>
          <w:i w:val="0"/>
          <w:smallCaps w:val="0"/>
          <w:strike w:val="0"/>
          <w:sz w:val="22"/>
          <w:u w:val="single"/>
        </w:rPr>
        <w:t xml:space="preserve"> a </w:t>
      </w:r>
      <w:r>
        <w:rPr>
          <w:b w:val="0"/>
          <w:i w:val="0"/>
          <w:smallCaps w:val="0"/>
          <w:strike w:val="0"/>
          <w:sz w:val="22"/>
          <w:highlight w:val="cyan"/>
          <w:u w:val="single"/>
        </w:rPr>
        <w:t xml:space="preserve">stage </w:t>
      </w:r>
      <w:r>
        <w:rPr>
          <w:b w:val="0"/>
          <w:i w:val="0"/>
          <w:smallCaps w:val="0"/>
          <w:strike w:val="0"/>
          <w:sz w:val="22"/>
          <w:highlight w:val="cyan"/>
          <w:u w:val="single"/>
        </w:rPr>
        <w:t>where</w:t>
      </w:r>
      <w:r>
        <w:rPr>
          <w:b w:val="0"/>
          <w:i w:val="0"/>
          <w:smallCaps w:val="0"/>
          <w:strike w:val="0"/>
          <w:sz w:val="22"/>
          <w:highlight w:val="cyan"/>
          <w:u w:val="single"/>
        </w:rPr>
        <w:t xml:space="preserve"> </w:t>
      </w:r>
      <w:r>
        <w:rPr>
          <w:b/>
          <w:i w:val="0"/>
          <w:smallCaps w:val="0"/>
          <w:strike w:val="0"/>
          <w:sz w:val="22"/>
          <w:highlight w:val="cyan"/>
          <w:u w:val="single"/>
        </w:rPr>
        <w:t>adopting</w:t>
      </w:r>
      <w:r>
        <w:rPr>
          <w:b w:val="0"/>
          <w:i w:val="0"/>
          <w:smallCaps w:val="0"/>
          <w:strike w:val="0"/>
          <w:sz w:val="22"/>
          <w:highlight w:val="cyan"/>
          <w:u w:val="single"/>
        </w:rPr>
        <w:t xml:space="preserve"> a </w:t>
      </w:r>
      <w:r>
        <w:rPr>
          <w:b/>
          <w:i w:val="0"/>
          <w:smallCaps w:val="0"/>
          <w:strike w:val="0"/>
          <w:sz w:val="22"/>
          <w:highlight w:val="cyan"/>
          <w:u w:val="single"/>
        </w:rPr>
        <w:t>specific “political project”</w:t>
      </w:r>
      <w:r>
        <w:rPr>
          <w:b w:val="0"/>
          <w:i w:val="0"/>
          <w:smallCaps w:val="0"/>
          <w:strike w:val="0"/>
          <w:sz w:val="22"/>
          <w:highlight w:val="cyan"/>
          <w:u w:val="single"/>
        </w:rPr>
        <w:t xml:space="preserve"> is</w:t>
      </w:r>
      <w:r>
        <w:rPr>
          <w:b w:val="0"/>
          <w:i w:val="0"/>
          <w:smallCaps w:val="0"/>
          <w:strike w:val="0"/>
          <w:sz w:val="22"/>
          <w:u w:val="single"/>
        </w:rPr>
        <w:t xml:space="preserve"> very </w:t>
      </w:r>
      <w:r>
        <w:rPr>
          <w:b w:val="0"/>
          <w:i w:val="0"/>
          <w:smallCaps w:val="0"/>
          <w:strike w:val="0"/>
          <w:sz w:val="22"/>
          <w:highlight w:val="cyan"/>
          <w:u w:val="single"/>
        </w:rPr>
        <w:t xml:space="preserve">helpful. There are </w:t>
      </w:r>
      <w:r>
        <w:rPr>
          <w:b/>
          <w:i w:val="0"/>
          <w:smallCaps w:val="0"/>
          <w:strike w:val="0"/>
          <w:sz w:val="22"/>
          <w:highlight w:val="cyan"/>
          <w:u w:val="single"/>
        </w:rPr>
        <w:t>crucial issues</w:t>
      </w:r>
      <w:r>
        <w:rPr>
          <w:b w:val="0"/>
          <w:i w:val="0"/>
          <w:smallCaps w:val="0"/>
          <w:strike w:val="0"/>
          <w:sz w:val="22"/>
          <w:highlight w:val="cyan"/>
          <w:u w:val="single"/>
        </w:rPr>
        <w:t xml:space="preserve"> that </w:t>
      </w:r>
      <w:r>
        <w:rPr>
          <w:b/>
          <w:i w:val="0"/>
          <w:smallCaps w:val="0"/>
          <w:strike w:val="0"/>
          <w:sz w:val="22"/>
          <w:highlight w:val="cyan"/>
          <w:u w:val="single"/>
        </w:rPr>
        <w:t>have</w:t>
      </w:r>
      <w:r>
        <w:rPr>
          <w:b w:val="0"/>
          <w:i w:val="0"/>
          <w:smallCaps w:val="0"/>
          <w:strike w:val="0"/>
          <w:sz w:val="22"/>
          <w:highlight w:val="cyan"/>
          <w:u w:val="single"/>
        </w:rPr>
        <w:t xml:space="preserve"> to be </w:t>
      </w:r>
      <w:r>
        <w:rPr>
          <w:b/>
          <w:i w:val="0"/>
          <w:smallCaps w:val="0"/>
          <w:strike w:val="0"/>
          <w:sz w:val="22"/>
          <w:highlight w:val="cyan"/>
          <w:u w:val="single"/>
        </w:rPr>
        <w:t>addressed</w:t>
      </w:r>
      <w:r>
        <w:rPr>
          <w:b w:val="0"/>
          <w:i w:val="0"/>
          <w:smallCaps w:val="0"/>
          <w:strike w:val="0"/>
          <w:sz w:val="22"/>
          <w:u w:val="single"/>
        </w:rPr>
        <w:t xml:space="preserve">, </w:t>
      </w:r>
      <w:r>
        <w:rPr>
          <w:b/>
          <w:i w:val="0"/>
          <w:smallCaps w:val="0"/>
          <w:strike w:val="0"/>
          <w:sz w:val="22"/>
          <w:u w:val="single"/>
        </w:rPr>
        <w:t xml:space="preserve">right </w:t>
      </w:r>
      <w:r>
        <w:rPr>
          <w:b/>
          <w:i w:val="0"/>
          <w:smallCaps w:val="0"/>
          <w:strike w:val="0"/>
          <w:sz w:val="22"/>
          <w:highlight w:val="cyan"/>
          <w:u w:val="single"/>
        </w:rPr>
        <w:t>now</w:t>
      </w:r>
      <w:r>
        <w:rPr>
          <w:b w:val="0"/>
          <w:i w:val="0"/>
          <w:smallCaps w:val="0"/>
          <w:strike w:val="0"/>
          <w:sz w:val="22"/>
          <w:u w:val="single"/>
        </w:rPr>
        <w:t xml:space="preserve">. Our efforts should be </w:t>
      </w:r>
      <w:r>
        <w:rPr>
          <w:b/>
          <w:i w:val="0"/>
          <w:smallCaps w:val="0"/>
          <w:strike w:val="0"/>
          <w:sz w:val="22"/>
          <w:u w:val="single"/>
        </w:rPr>
        <w:t>informed</w:t>
      </w:r>
      <w:r>
        <w:rPr>
          <w:b w:val="0"/>
          <w:i w:val="0"/>
          <w:smallCaps w:val="0"/>
          <w:strike w:val="0"/>
          <w:sz w:val="22"/>
          <w:u w:val="single"/>
        </w:rPr>
        <w:t xml:space="preserve"> by the kind of </w:t>
      </w:r>
      <w:r>
        <w:rPr>
          <w:b/>
          <w:i w:val="0"/>
          <w:smallCaps w:val="0"/>
          <w:strike w:val="0"/>
          <w:sz w:val="22"/>
          <w:u w:val="single"/>
        </w:rPr>
        <w:t>future society</w:t>
      </w:r>
      <w:r>
        <w:rPr>
          <w:b w:val="0"/>
          <w:i w:val="0"/>
          <w:smallCaps w:val="0"/>
          <w:strike w:val="0"/>
          <w:sz w:val="22"/>
          <w:u w:val="single"/>
        </w:rPr>
        <w:t xml:space="preserve"> that we want, and the kind that </w:t>
      </w:r>
      <w:r>
        <w:rPr>
          <w:b/>
          <w:i w:val="0"/>
          <w:smallCaps w:val="0"/>
          <w:strike w:val="0"/>
          <w:sz w:val="22"/>
          <w:u w:val="single"/>
        </w:rPr>
        <w:t>can be constructed</w:t>
      </w:r>
      <w:r>
        <w:rPr>
          <w:b w:val="0"/>
          <w:i w:val="0"/>
          <w:smallCaps w:val="0"/>
          <w:strike w:val="0"/>
          <w:sz w:val="22"/>
          <w:u w:val="single"/>
        </w:rPr>
        <w:t xml:space="preserve"> within our existing society</w:t>
      </w:r>
      <w:r>
        <w:rPr>
          <w:b w:val="0"/>
          <w:i w:val="0"/>
          <w:smallCaps w:val="0"/>
          <w:strike w:val="0"/>
          <w:sz w:val="16"/>
          <w:u w:val="none"/>
        </w:rPr>
        <w:t>. It’s fine to stake out specific positions about the future in more or less detail, but for now these seem to me at best ways of sharpening ideas rather that platforms to latch on to.</w:t>
      </w:r>
    </w:p>
    <w:p>
      <w:pPr>
        <w:spacing w:after="60"/>
      </w:pPr>
      <w:r>
        <w:rPr>
          <w:b w:val="0"/>
          <w:i w:val="0"/>
          <w:smallCaps w:val="0"/>
          <w:strike w:val="0"/>
          <w:sz w:val="22"/>
          <w:highlight w:val="cyan"/>
          <w:u w:val="single"/>
        </w:rPr>
        <w:t xml:space="preserve">A </w:t>
      </w:r>
      <w:r>
        <w:rPr>
          <w:b/>
          <w:i w:val="0"/>
          <w:smallCaps w:val="0"/>
          <w:strike w:val="0"/>
          <w:sz w:val="22"/>
          <w:highlight w:val="cyan"/>
          <w:u w:val="single"/>
        </w:rPr>
        <w:t>good argument</w:t>
      </w:r>
      <w:r>
        <w:rPr>
          <w:b w:val="0"/>
          <w:i w:val="0"/>
          <w:smallCaps w:val="0"/>
          <w:strike w:val="0"/>
          <w:sz w:val="22"/>
          <w:highlight w:val="cyan"/>
          <w:u w:val="single"/>
        </w:rPr>
        <w:t xml:space="preserve"> can be made that</w:t>
      </w:r>
      <w:r>
        <w:rPr>
          <w:b w:val="0"/>
          <w:i w:val="0"/>
          <w:smallCaps w:val="0"/>
          <w:strike w:val="0"/>
          <w:sz w:val="22"/>
          <w:u w:val="single"/>
        </w:rPr>
        <w:t xml:space="preserve"> </w:t>
      </w:r>
      <w:r>
        <w:rPr>
          <w:b/>
          <w:i w:val="0"/>
          <w:smallCaps w:val="0"/>
          <w:strike w:val="0"/>
          <w:sz w:val="22"/>
          <w:u w:val="single"/>
        </w:rPr>
        <w:t xml:space="preserve">inherent </w:t>
      </w:r>
      <w:r>
        <w:rPr>
          <w:b/>
          <w:i w:val="0"/>
          <w:smallCaps w:val="0"/>
          <w:strike w:val="0"/>
          <w:sz w:val="22"/>
          <w:highlight w:val="cyan"/>
          <w:u w:val="single"/>
        </w:rPr>
        <w:t>features</w:t>
      </w:r>
      <w:r>
        <w:rPr>
          <w:b w:val="0"/>
          <w:i w:val="0"/>
          <w:smallCaps w:val="0"/>
          <w:strike w:val="0"/>
          <w:sz w:val="22"/>
          <w:highlight w:val="cyan"/>
          <w:u w:val="single"/>
        </w:rPr>
        <w:t xml:space="preserve"> of capitalism lead</w:t>
      </w:r>
      <w:r>
        <w:rPr>
          <w:b w:val="0"/>
          <w:i w:val="0"/>
          <w:smallCaps w:val="0"/>
          <w:strike w:val="0"/>
          <w:sz w:val="16"/>
          <w:u w:val="none"/>
        </w:rPr>
        <w:t xml:space="preserve"> inexorably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ruin of the environment, and</w:t>
      </w:r>
      <w:r>
        <w:rPr>
          <w:b w:val="0"/>
          <w:i w:val="0"/>
          <w:smallCaps w:val="0"/>
          <w:strike w:val="0"/>
          <w:sz w:val="22"/>
          <w:u w:val="single"/>
        </w:rPr>
        <w:t xml:space="preserve"> that </w:t>
      </w:r>
      <w:r>
        <w:rPr>
          <w:b/>
          <w:i w:val="0"/>
          <w:smallCaps w:val="0"/>
          <w:strike w:val="0"/>
          <w:sz w:val="22"/>
          <w:highlight w:val="cyan"/>
          <w:u w:val="single"/>
        </w:rPr>
        <w:t>ending capitalism</w:t>
      </w:r>
      <w:r>
        <w:rPr>
          <w:b w:val="0"/>
          <w:i w:val="0"/>
          <w:smallCaps w:val="0"/>
          <w:strike w:val="0"/>
          <w:sz w:val="22"/>
          <w:highlight w:val="cyan"/>
          <w:u w:val="single"/>
        </w:rPr>
        <w:t xml:space="preserve"> must be a </w:t>
      </w:r>
      <w:r>
        <w:rPr>
          <w:b/>
          <w:i w:val="0"/>
          <w:smallCaps w:val="0"/>
          <w:strike w:val="0"/>
          <w:sz w:val="22"/>
          <w:highlight w:val="cyan"/>
          <w:u w:val="single"/>
        </w:rPr>
        <w:t>priority</w:t>
      </w:r>
      <w:r>
        <w:rPr>
          <w:b w:val="0"/>
          <w:i w:val="0"/>
          <w:smallCaps w:val="0"/>
          <w:strike w:val="0"/>
          <w:sz w:val="22"/>
          <w:u w:val="single"/>
        </w:rPr>
        <w:t xml:space="preserve"> of the environmental movement. But </w:t>
      </w:r>
      <w:r>
        <w:rPr>
          <w:b w:val="0"/>
          <w:i w:val="0"/>
          <w:smallCaps w:val="0"/>
          <w:strike w:val="0"/>
          <w:sz w:val="22"/>
          <w:highlight w:val="cyan"/>
          <w:u w:val="single"/>
        </w:rPr>
        <w:t xml:space="preserve">there’s one </w:t>
      </w:r>
      <w:r>
        <w:rPr>
          <w:b/>
          <w:i w:val="0"/>
          <w:smallCaps w:val="0"/>
          <w:strike w:val="0"/>
          <w:sz w:val="22"/>
          <w:highlight w:val="cyan"/>
          <w:u w:val="single"/>
        </w:rPr>
        <w:t>fundamental problem</w:t>
      </w:r>
      <w:r>
        <w:rPr>
          <w:b w:val="0"/>
          <w:i w:val="0"/>
          <w:smallCaps w:val="0"/>
          <w:strike w:val="0"/>
          <w:sz w:val="22"/>
          <w:u w:val="single"/>
        </w:rPr>
        <w:t xml:space="preserve"> with this argument:</w:t>
      </w:r>
      <w:r>
        <w:rPr>
          <w:b w:val="0"/>
          <w:i w:val="0"/>
          <w:smallCaps w:val="0"/>
          <w:strike w:val="0"/>
          <w:sz w:val="16"/>
          <w:u w:val="none"/>
        </w:rPr>
        <w:t xml:space="preserve"> </w:t>
      </w:r>
      <w:r>
        <w:rPr>
          <w:b/>
          <w:i w:val="0"/>
          <w:smallCaps w:val="0"/>
          <w:strike w:val="0"/>
          <w:sz w:val="22"/>
          <w:highlight w:val="cyan"/>
          <w:u w:val="single"/>
        </w:rPr>
        <w:t>time scales</w:t>
      </w:r>
      <w:r>
        <w:rPr>
          <w:b w:val="0"/>
          <w:i w:val="0"/>
          <w:smallCaps w:val="0"/>
          <w:strike w:val="0"/>
          <w:sz w:val="22"/>
          <w:highlight w:val="cyan"/>
          <w:u w:val="single"/>
        </w:rPr>
        <w:t xml:space="preserve">. Dismantling capitalism is </w:t>
      </w:r>
      <w:r>
        <w:rPr>
          <w:b/>
          <w:i w:val="0"/>
          <w:smallCaps w:val="0"/>
          <w:strike w:val="0"/>
          <w:sz w:val="22"/>
          <w:highlight w:val="cyan"/>
          <w:u w:val="single"/>
        </w:rPr>
        <w:t>impossible in the time</w:t>
      </w:r>
      <w:r>
        <w:rPr>
          <w:b/>
          <w:i w:val="0"/>
          <w:smallCaps w:val="0"/>
          <w:strike w:val="0"/>
          <w:sz w:val="22"/>
          <w:u w:val="single"/>
        </w:rPr>
        <w:t xml:space="preserve"> frame </w:t>
      </w:r>
      <w:r>
        <w:rPr>
          <w:b/>
          <w:i w:val="0"/>
          <w:smallCaps w:val="0"/>
          <w:strike w:val="0"/>
          <w:sz w:val="22"/>
          <w:highlight w:val="cyan"/>
          <w:u w:val="single"/>
        </w:rPr>
        <w:t>that we have</w:t>
      </w:r>
      <w:r>
        <w:rPr>
          <w:b w:val="0"/>
          <w:i w:val="0"/>
          <w:smallCaps w:val="0"/>
          <w:strike w:val="0"/>
          <w:sz w:val="22"/>
          <w:u w:val="single"/>
        </w:rPr>
        <w:t xml:space="preserve"> for taking urgent action, </w:t>
      </w:r>
      <w:r>
        <w:rPr>
          <w:b w:val="0"/>
          <w:i w:val="0"/>
          <w:smallCaps w:val="0"/>
          <w:strike w:val="0"/>
          <w:sz w:val="22"/>
          <w:highlight w:val="cyan"/>
          <w:u w:val="single"/>
        </w:rPr>
        <w:t>which requires</w:t>
      </w:r>
      <w:r>
        <w:rPr>
          <w:b w:val="0"/>
          <w:i w:val="0"/>
          <w:smallCaps w:val="0"/>
          <w:strike w:val="0"/>
          <w:sz w:val="22"/>
          <w:u w:val="single"/>
        </w:rPr>
        <w:t xml:space="preserve"> </w:t>
      </w:r>
      <w:r>
        <w:rPr>
          <w:b/>
          <w:i w:val="0"/>
          <w:smallCaps w:val="0"/>
          <w:strike w:val="0"/>
          <w:sz w:val="22"/>
          <w:u w:val="single"/>
        </w:rPr>
        <w:t>national</w:t>
      </w:r>
      <w:r>
        <w:rPr>
          <w:b w:val="0"/>
          <w:i w:val="0"/>
          <w:smallCaps w:val="0"/>
          <w:strike w:val="0"/>
          <w:sz w:val="22"/>
          <w:u w:val="single"/>
        </w:rPr>
        <w:t xml:space="preserve"> and </w:t>
      </w:r>
      <w:r>
        <w:rPr>
          <w:b/>
          <w:i w:val="0"/>
          <w:smallCaps w:val="0"/>
          <w:strike w:val="0"/>
          <w:sz w:val="22"/>
          <w:highlight w:val="cyan"/>
          <w:u w:val="single"/>
        </w:rPr>
        <w:t>international</w:t>
      </w:r>
      <w:r>
        <w:rPr>
          <w:b w:val="0"/>
          <w:i w:val="0"/>
          <w:smallCaps w:val="0"/>
          <w:strike w:val="0"/>
          <w:sz w:val="22"/>
          <w:highlight w:val="cyan"/>
          <w:u w:val="single"/>
        </w:rPr>
        <w:t xml:space="preserve"> mobilization</w:t>
      </w:r>
      <w:r>
        <w:rPr>
          <w:b w:val="0"/>
          <w:i w:val="0"/>
          <w:smallCaps w:val="0"/>
          <w:strike w:val="0"/>
          <w:sz w:val="22"/>
          <w:u w:val="single"/>
        </w:rPr>
        <w:t xml:space="preserve"> if </w:t>
      </w:r>
      <w:r>
        <w:rPr>
          <w:b/>
          <w:i w:val="0"/>
          <w:smallCaps w:val="0"/>
          <w:strike w:val="0"/>
          <w:sz w:val="22"/>
          <w:u w:val="single"/>
        </w:rPr>
        <w:t>severe crisis</w:t>
      </w:r>
      <w:r>
        <w:rPr>
          <w:b w:val="0"/>
          <w:i w:val="0"/>
          <w:smallCaps w:val="0"/>
          <w:strike w:val="0"/>
          <w:sz w:val="22"/>
          <w:u w:val="single"/>
        </w:rPr>
        <w:t xml:space="preserve"> is to be averted</w:t>
      </w:r>
      <w:r>
        <w:rPr>
          <w:b w:val="0"/>
          <w:i w:val="0"/>
          <w:smallCaps w:val="0"/>
          <w:strike w:val="0"/>
          <w:sz w:val="16"/>
          <w:u w:val="none"/>
        </w:rPr>
        <w:t>.</w:t>
      </w:r>
    </w:p>
    <w:p>
      <w:pPr>
        <w:spacing w:after="60"/>
      </w:pPr>
      <w:r>
        <w:rPr>
          <w:b w:val="0"/>
          <w:i w:val="0"/>
          <w:smallCaps w:val="0"/>
          <w:strike w:val="0"/>
          <w:sz w:val="22"/>
          <w:u w:val="single"/>
        </w:rPr>
        <w:t xml:space="preserve">Furthermore, </w:t>
      </w:r>
      <w:r>
        <w:rPr>
          <w:b w:val="0"/>
          <w:i w:val="0"/>
          <w:smallCaps w:val="0"/>
          <w:strike w:val="0"/>
          <w:sz w:val="22"/>
          <w:highlight w:val="cyan"/>
          <w:u w:val="single"/>
        </w:rPr>
        <w:t>the whole discussion</w:t>
      </w:r>
      <w:r>
        <w:rPr>
          <w:b w:val="0"/>
          <w:i w:val="0"/>
          <w:smallCaps w:val="0"/>
          <w:strike w:val="0"/>
          <w:sz w:val="16"/>
          <w:u w:val="none"/>
        </w:rPr>
        <w:t xml:space="preserve"> around eco-socialism </w:t>
      </w:r>
      <w:r>
        <w:rPr>
          <w:b w:val="0"/>
          <w:i w:val="0"/>
          <w:smallCaps w:val="0"/>
          <w:strike w:val="0"/>
          <w:sz w:val="22"/>
          <w:highlight w:val="cyan"/>
          <w:u w:val="single"/>
        </w:rPr>
        <w:t xml:space="preserve">is </w:t>
      </w:r>
      <w:r>
        <w:rPr>
          <w:b/>
          <w:i w:val="0"/>
          <w:smallCaps w:val="0"/>
          <w:strike w:val="0"/>
          <w:sz w:val="22"/>
          <w:highlight w:val="cyan"/>
          <w:u w:val="single"/>
        </w:rPr>
        <w:t>misleading</w:t>
      </w:r>
      <w:r>
        <w:rPr>
          <w:b w:val="0"/>
          <w:i w:val="0"/>
          <w:smallCaps w:val="0"/>
          <w:strike w:val="0"/>
          <w:sz w:val="22"/>
          <w:u w:val="single"/>
        </w:rPr>
        <w:t xml:space="preserve">. The </w:t>
      </w:r>
      <w:r>
        <w:rPr>
          <w:b/>
          <w:i w:val="0"/>
          <w:smallCaps w:val="0"/>
          <w:strike w:val="0"/>
          <w:sz w:val="22"/>
          <w:u w:val="single"/>
        </w:rPr>
        <w:t>two efforts</w:t>
      </w:r>
      <w:r>
        <w:rPr>
          <w:b w:val="0"/>
          <w:i w:val="0"/>
          <w:smallCaps w:val="0"/>
          <w:strike w:val="0"/>
          <w:sz w:val="16"/>
          <w:u w:val="none"/>
        </w:rPr>
        <w:t>—</w:t>
      </w:r>
      <w:r>
        <w:rPr>
          <w:b w:val="0"/>
          <w:i w:val="0"/>
          <w:smallCaps w:val="0"/>
          <w:strike w:val="0"/>
          <w:sz w:val="22"/>
          <w:highlight w:val="cyan"/>
          <w:u w:val="single"/>
        </w:rPr>
        <w:t xml:space="preserve">averting </w:t>
      </w:r>
      <w:r>
        <w:rPr>
          <w:b/>
          <w:i w:val="0"/>
          <w:smallCaps w:val="0"/>
          <w:strike w:val="0"/>
          <w:sz w:val="22"/>
          <w:highlight w:val="cyan"/>
          <w:u w:val="single"/>
        </w:rPr>
        <w:t>environmental disaster</w:t>
      </w:r>
      <w:r>
        <w:rPr>
          <w:b w:val="0"/>
          <w:i w:val="0"/>
          <w:smallCaps w:val="0"/>
          <w:strike w:val="0"/>
          <w:sz w:val="22"/>
          <w:highlight w:val="cyan"/>
          <w:u w:val="single"/>
        </w:rPr>
        <w:t xml:space="preserve">, and </w:t>
      </w:r>
      <w:r>
        <w:rPr>
          <w:b/>
          <w:i w:val="0"/>
          <w:smallCaps w:val="0"/>
          <w:strike w:val="0"/>
          <w:sz w:val="22"/>
          <w:highlight w:val="cyan"/>
          <w:u w:val="single"/>
        </w:rPr>
        <w:t>dismantling capitalism</w:t>
      </w:r>
      <w:r>
        <w:rPr>
          <w:b w:val="0"/>
          <w:i w:val="0"/>
          <w:smallCaps w:val="0"/>
          <w:strike w:val="0"/>
          <w:sz w:val="22"/>
          <w:u w:val="single"/>
        </w:rPr>
        <w:t xml:space="preserve"> in favor of a </w:t>
      </w:r>
      <w:r>
        <w:rPr>
          <w:b/>
          <w:i w:val="0"/>
          <w:smallCaps w:val="0"/>
          <w:strike w:val="0"/>
          <w:sz w:val="22"/>
          <w:u w:val="single"/>
        </w:rPr>
        <w:t>freer</w:t>
      </w:r>
      <w:r>
        <w:rPr>
          <w:b w:val="0"/>
          <w:i w:val="0"/>
          <w:smallCaps w:val="0"/>
          <w:strike w:val="0"/>
          <w:sz w:val="22"/>
          <w:u w:val="single"/>
        </w:rPr>
        <w:t xml:space="preserve"> and more </w:t>
      </w:r>
      <w:r>
        <w:rPr>
          <w:b/>
          <w:i w:val="0"/>
          <w:smallCaps w:val="0"/>
          <w:strike w:val="0"/>
          <w:sz w:val="22"/>
          <w:u w:val="single"/>
        </w:rPr>
        <w:t>just society</w:t>
      </w:r>
      <w:r>
        <w:rPr>
          <w:b w:val="0"/>
          <w:i w:val="0"/>
          <w:smallCaps w:val="0"/>
          <w:strike w:val="0"/>
          <w:sz w:val="16"/>
          <w:u w:val="none"/>
        </w:rPr>
        <w:t>—</w:t>
      </w:r>
      <w:r>
        <w:rPr>
          <w:b w:val="0"/>
          <w:i w:val="0"/>
          <w:smallCaps w:val="0"/>
          <w:strike w:val="0"/>
          <w:sz w:val="22"/>
          <w:highlight w:val="cyan"/>
          <w:u w:val="single"/>
        </w:rPr>
        <w:t>should</w:t>
      </w:r>
      <w:r>
        <w:rPr>
          <w:b w:val="0"/>
          <w:i w:val="0"/>
          <w:smallCaps w:val="0"/>
          <w:strike w:val="0"/>
          <w:sz w:val="22"/>
          <w:u w:val="single"/>
        </w:rPr>
        <w:t xml:space="preserve"> and can </w:t>
      </w:r>
      <w:r>
        <w:rPr>
          <w:b/>
          <w:i w:val="0"/>
          <w:smallCaps w:val="0"/>
          <w:strike w:val="0"/>
          <w:sz w:val="22"/>
          <w:highlight w:val="cyan"/>
          <w:u w:val="single"/>
        </w:rPr>
        <w:t>proceed in parallel</w:t>
      </w:r>
      <w:r>
        <w:rPr>
          <w:b w:val="0"/>
          <w:i w:val="0"/>
          <w:smallCaps w:val="0"/>
          <w:strike w:val="0"/>
          <w:sz w:val="16"/>
          <w:u w:val="none"/>
        </w:rPr>
        <w:t xml:space="preserve">. One </w:t>
      </w:r>
      <w:r>
        <w:rPr>
          <w:b w:val="0"/>
          <w:i w:val="0"/>
          <w:smallCaps w:val="0"/>
          <w:strike w:val="0"/>
          <w:sz w:val="22"/>
          <w:u w:val="single"/>
        </w:rPr>
        <w:t xml:space="preserve">example is Tony Mazzocchi’s efforts to </w:t>
      </w:r>
      <w:r>
        <w:rPr>
          <w:b/>
          <w:i w:val="0"/>
          <w:smallCaps w:val="0"/>
          <w:strike w:val="0"/>
          <w:sz w:val="22"/>
          <w:u w:val="single"/>
        </w:rPr>
        <w:t>forge a labor coalition</w:t>
      </w:r>
      <w:r>
        <w:rPr>
          <w:b w:val="0"/>
          <w:i w:val="0"/>
          <w:smallCaps w:val="0"/>
          <w:strike w:val="0"/>
          <w:sz w:val="22"/>
          <w:u w:val="single"/>
        </w:rPr>
        <w:t xml:space="preserve"> that would not only </w:t>
      </w:r>
      <w:r>
        <w:rPr>
          <w:b/>
          <w:i w:val="0"/>
          <w:smallCaps w:val="0"/>
          <w:strike w:val="0"/>
          <w:sz w:val="22"/>
          <w:u w:val="single"/>
        </w:rPr>
        <w:t>challenge</w:t>
      </w:r>
      <w:r>
        <w:rPr>
          <w:b w:val="0"/>
          <w:i w:val="0"/>
          <w:smallCaps w:val="0"/>
          <w:strike w:val="0"/>
          <w:sz w:val="22"/>
          <w:u w:val="single"/>
        </w:rPr>
        <w:t xml:space="preserve"> owner-</w:t>
      </w:r>
      <w:r>
        <w:rPr>
          <w:b/>
          <w:i w:val="0"/>
          <w:smallCaps w:val="0"/>
          <w:strike w:val="0"/>
          <w:sz w:val="22"/>
          <w:u w:val="single"/>
        </w:rPr>
        <w:t>management control</w:t>
      </w:r>
      <w:r>
        <w:rPr>
          <w:b w:val="0"/>
          <w:i w:val="0"/>
          <w:smallCaps w:val="0"/>
          <w:strike w:val="0"/>
          <w:sz w:val="22"/>
          <w:u w:val="single"/>
        </w:rPr>
        <w:t xml:space="preserve"> of the workplace, but also be at the </w:t>
      </w:r>
      <w:r>
        <w:rPr>
          <w:b/>
          <w:i w:val="0"/>
          <w:smallCaps w:val="0"/>
          <w:strike w:val="0"/>
          <w:sz w:val="22"/>
          <w:u w:val="single"/>
        </w:rPr>
        <w:t>forefront</w:t>
      </w:r>
      <w:r>
        <w:rPr>
          <w:b w:val="0"/>
          <w:i w:val="0"/>
          <w:smallCaps w:val="0"/>
          <w:strike w:val="0"/>
          <w:sz w:val="22"/>
          <w:u w:val="single"/>
        </w:rPr>
        <w:t xml:space="preserve"> of the </w:t>
      </w:r>
      <w:r>
        <w:rPr>
          <w:b/>
          <w:i w:val="0"/>
          <w:smallCaps w:val="0"/>
          <w:strike w:val="0"/>
          <w:sz w:val="22"/>
          <w:u w:val="single"/>
        </w:rPr>
        <w:t>environmental movement</w:t>
      </w:r>
      <w:r>
        <w:rPr>
          <w:b w:val="0"/>
          <w:i w:val="0"/>
          <w:smallCaps w:val="0"/>
          <w:strike w:val="0"/>
          <w:sz w:val="22"/>
          <w:u w:val="single"/>
        </w:rPr>
        <w:t xml:space="preserve"> while attempting to </w:t>
      </w:r>
      <w:r>
        <w:rPr>
          <w:b/>
          <w:i w:val="0"/>
          <w:smallCaps w:val="0"/>
          <w:strike w:val="0"/>
          <w:sz w:val="22"/>
          <w:u w:val="single"/>
        </w:rPr>
        <w:t>socialize major sectors</w:t>
      </w:r>
      <w:r>
        <w:rPr>
          <w:b w:val="0"/>
          <w:i w:val="0"/>
          <w:smallCaps w:val="0"/>
          <w:strike w:val="0"/>
          <w:sz w:val="22"/>
          <w:u w:val="single"/>
        </w:rPr>
        <w:t xml:space="preserve"> of U.S. industry. There’s </w:t>
      </w:r>
      <w:r>
        <w:rPr>
          <w:b/>
          <w:i w:val="0"/>
          <w:smallCaps w:val="0"/>
          <w:strike w:val="0"/>
          <w:sz w:val="22"/>
          <w:u w:val="single"/>
        </w:rPr>
        <w:t>no time to waste</w:t>
      </w:r>
      <w:r>
        <w:rPr>
          <w:b w:val="0"/>
          <w:i w:val="0"/>
          <w:smallCaps w:val="0"/>
          <w:strike w:val="0"/>
          <w:sz w:val="22"/>
          <w:u w:val="single"/>
        </w:rPr>
        <w:t>. The struggle must be</w:t>
      </w:r>
      <w:r>
        <w:rPr>
          <w:b w:val="0"/>
          <w:i w:val="0"/>
          <w:smallCaps w:val="0"/>
          <w:strike w:val="0"/>
          <w:sz w:val="16"/>
          <w:u w:val="none"/>
        </w:rPr>
        <w:t xml:space="preserve">, and can be, </w:t>
      </w:r>
      <w:r>
        <w:rPr>
          <w:b w:val="0"/>
          <w:i w:val="0"/>
          <w:smallCaps w:val="0"/>
          <w:strike w:val="0"/>
          <w:sz w:val="22"/>
          <w:u w:val="single"/>
        </w:rPr>
        <w:t>undertaken on all fronts.</w:t>
      </w:r>
    </w:p>
    <w:p>
      <w:pPr>
        <w:spacing w:after="60"/>
      </w:pPr>
      <w:r>
        <w:rPr>
          <w:b w:val="0"/>
          <w:i w:val="0"/>
          <w:smallCaps w:val="0"/>
          <w:strike w:val="0"/>
          <w:sz w:val="16"/>
          <w:u w:val="none"/>
        </w:rPr>
        <w:t>CP: Bob, in your view, can eco-socialism coexist with the Green New Deal project? And, if not, what type of a politico-ideological agenda might be needed to generate broad political participation in the struggle to create a green future?</w:t>
      </w:r>
    </w:p>
    <w:p>
      <w:pPr>
        <w:spacing w:after="60"/>
      </w:pPr>
      <w:r>
        <w:rPr>
          <w:b w:val="0"/>
          <w:i w:val="0"/>
          <w:smallCaps w:val="0"/>
          <w:strike w:val="0"/>
          <w:sz w:val="16"/>
          <w:u w:val="none"/>
        </w:rPr>
        <w:t xml:space="preserve">RP: In my view, </w:t>
      </w:r>
      <w:r>
        <w:rPr>
          <w:b w:val="0"/>
          <w:i w:val="0"/>
          <w:smallCaps w:val="0"/>
          <w:strike w:val="0"/>
          <w:sz w:val="22"/>
          <w:u w:val="single"/>
        </w:rPr>
        <w:t>details of rhetoric and emphasis aside, eco-socialism and the Green New Deal are fundamentally the same project.</w:t>
      </w:r>
      <w:r>
        <w:rPr>
          <w:b w:val="0"/>
          <w:i w:val="0"/>
          <w:smallCaps w:val="0"/>
          <w:strike w:val="0"/>
          <w:sz w:val="16"/>
          <w:u w:val="none"/>
        </w:rPr>
        <w:t xml:space="preserve"> </w:t>
      </w:r>
      <w:r>
        <w:rPr>
          <w:b w:val="0"/>
          <w:i w:val="0"/>
          <w:smallCaps w:val="0"/>
          <w:strike w:val="0"/>
          <w:sz w:val="22"/>
          <w:u w:val="single"/>
        </w:rPr>
        <w:t xml:space="preserve">The Green New Deal, as we have discussed the term, offers the </w:t>
      </w:r>
      <w:r>
        <w:rPr>
          <w:b/>
          <w:i w:val="0"/>
          <w:smallCaps w:val="0"/>
          <w:strike w:val="0"/>
          <w:sz w:val="22"/>
          <w:u w:val="single"/>
        </w:rPr>
        <w:t>only path to climate stabilization</w:t>
      </w:r>
      <w:r>
        <w:rPr>
          <w:b w:val="0"/>
          <w:i w:val="0"/>
          <w:smallCaps w:val="0"/>
          <w:strike w:val="0"/>
          <w:sz w:val="22"/>
          <w:u w:val="single"/>
        </w:rPr>
        <w:t xml:space="preserve"> that can also expand </w:t>
      </w:r>
      <w:r>
        <w:rPr>
          <w:b/>
          <w:i w:val="0"/>
          <w:smallCaps w:val="0"/>
          <w:strike w:val="0"/>
          <w:sz w:val="22"/>
          <w:u w:val="single"/>
        </w:rPr>
        <w:t>good job opportunities</w:t>
      </w:r>
      <w:r>
        <w:rPr>
          <w:b w:val="0"/>
          <w:i w:val="0"/>
          <w:smallCaps w:val="0"/>
          <w:strike w:val="0"/>
          <w:sz w:val="22"/>
          <w:u w:val="single"/>
        </w:rPr>
        <w:t xml:space="preserve"> and </w:t>
      </w:r>
      <w:r>
        <w:rPr>
          <w:b/>
          <w:i w:val="0"/>
          <w:smallCaps w:val="0"/>
          <w:strike w:val="0"/>
          <w:sz w:val="22"/>
          <w:u w:val="single"/>
        </w:rPr>
        <w:t>raise living standards</w:t>
      </w:r>
      <w:r>
        <w:rPr>
          <w:b w:val="0"/>
          <w:i w:val="0"/>
          <w:smallCaps w:val="0"/>
          <w:strike w:val="0"/>
          <w:sz w:val="22"/>
          <w:u w:val="single"/>
        </w:rPr>
        <w:t xml:space="preserve"> in </w:t>
      </w:r>
      <w:r>
        <w:rPr>
          <w:b/>
          <w:i w:val="0"/>
          <w:smallCaps w:val="0"/>
          <w:strike w:val="0"/>
          <w:sz w:val="22"/>
          <w:u w:val="single"/>
        </w:rPr>
        <w:t>all regions</w:t>
      </w:r>
      <w:r>
        <w:rPr>
          <w:b w:val="0"/>
          <w:i w:val="0"/>
          <w:smallCaps w:val="0"/>
          <w:strike w:val="0"/>
          <w:sz w:val="22"/>
          <w:u w:val="single"/>
        </w:rPr>
        <w:t xml:space="preserve"> of the world. It defines an </w:t>
      </w:r>
      <w:r>
        <w:rPr>
          <w:b/>
          <w:i w:val="0"/>
          <w:smallCaps w:val="0"/>
          <w:strike w:val="0"/>
          <w:sz w:val="22"/>
          <w:u w:val="single"/>
        </w:rPr>
        <w:t>explicit</w:t>
      </w:r>
      <w:r>
        <w:rPr>
          <w:b w:val="0"/>
          <w:i w:val="0"/>
          <w:smallCaps w:val="0"/>
          <w:strike w:val="0"/>
          <w:sz w:val="22"/>
          <w:u w:val="single"/>
        </w:rPr>
        <w:t xml:space="preserve"> and </w:t>
      </w:r>
      <w:r>
        <w:rPr>
          <w:b/>
          <w:i w:val="0"/>
          <w:smallCaps w:val="0"/>
          <w:strike w:val="0"/>
          <w:sz w:val="22"/>
          <w:u w:val="single"/>
        </w:rPr>
        <w:t>viable alternative</w:t>
      </w:r>
      <w:r>
        <w:rPr>
          <w:b w:val="0"/>
          <w:i w:val="0"/>
          <w:smallCaps w:val="0"/>
          <w:strike w:val="0"/>
          <w:sz w:val="22"/>
          <w:u w:val="single"/>
        </w:rPr>
        <w:t xml:space="preserve"> to austerity economics on a </w:t>
      </w:r>
      <w:r>
        <w:rPr>
          <w:b/>
          <w:i w:val="0"/>
          <w:smallCaps w:val="0"/>
          <w:strike w:val="0"/>
          <w:sz w:val="22"/>
          <w:u w:val="single"/>
        </w:rPr>
        <w:t>global scale</w:t>
      </w:r>
      <w:r>
        <w:rPr>
          <w:b w:val="0"/>
          <w:i w:val="0"/>
          <w:smallCaps w:val="0"/>
          <w:strike w:val="0"/>
          <w:sz w:val="16"/>
          <w:u w:val="none"/>
        </w:rPr>
        <w:t xml:space="preserve">. My coworkers and I have worked on this issue—advancing the Green New Deal as an alternative to austerity economics—in different country settings over the past few years, including in Spain, Puerto Rico, and Greece. </w:t>
      </w:r>
      <w:r>
        <w:rPr>
          <w:b w:val="0"/>
          <w:i w:val="0"/>
          <w:smallCaps w:val="0"/>
          <w:strike w:val="0"/>
          <w:sz w:val="22"/>
          <w:u w:val="single"/>
        </w:rPr>
        <w:t xml:space="preserve">In my view, the Green New Deal is the </w:t>
      </w:r>
      <w:r>
        <w:rPr>
          <w:b/>
          <w:i w:val="0"/>
          <w:smallCaps w:val="0"/>
          <w:strike w:val="0"/>
          <w:sz w:val="22"/>
          <w:u w:val="single"/>
        </w:rPr>
        <w:t>only approach to climate stabilization</w:t>
      </w:r>
      <w:r>
        <w:rPr>
          <w:b w:val="0"/>
          <w:i w:val="0"/>
          <w:smallCaps w:val="0"/>
          <w:strike w:val="0"/>
          <w:sz w:val="22"/>
          <w:u w:val="single"/>
        </w:rPr>
        <w:t xml:space="preserve"> also </w:t>
      </w:r>
      <w:r>
        <w:rPr>
          <w:b/>
          <w:i w:val="0"/>
          <w:smallCaps w:val="0"/>
          <w:strike w:val="0"/>
          <w:sz w:val="22"/>
          <w:u w:val="single"/>
        </w:rPr>
        <w:t>capable</w:t>
      </w:r>
      <w:r>
        <w:rPr>
          <w:b w:val="0"/>
          <w:i w:val="0"/>
          <w:smallCaps w:val="0"/>
          <w:strike w:val="0"/>
          <w:sz w:val="22"/>
          <w:u w:val="single"/>
        </w:rPr>
        <w:t xml:space="preserve"> of </w:t>
      </w:r>
      <w:r>
        <w:rPr>
          <w:b/>
          <w:i w:val="0"/>
          <w:smallCaps w:val="0"/>
          <w:strike w:val="0"/>
          <w:sz w:val="22"/>
          <w:u w:val="single"/>
        </w:rPr>
        <w:t>reversing rising inequality</w:t>
      </w:r>
      <w:r>
        <w:rPr>
          <w:b w:val="0"/>
          <w:i w:val="0"/>
          <w:smallCaps w:val="0"/>
          <w:strike w:val="0"/>
          <w:sz w:val="22"/>
          <w:u w:val="single"/>
        </w:rPr>
        <w:t xml:space="preserve"> and </w:t>
      </w:r>
      <w:r>
        <w:rPr>
          <w:b/>
          <w:i w:val="0"/>
          <w:smallCaps w:val="0"/>
          <w:strike w:val="0"/>
          <w:sz w:val="22"/>
          <w:u w:val="single"/>
        </w:rPr>
        <w:t>defeating</w:t>
      </w:r>
      <w:r>
        <w:rPr>
          <w:b w:val="0"/>
          <w:i w:val="0"/>
          <w:smallCaps w:val="0"/>
          <w:strike w:val="0"/>
          <w:sz w:val="22"/>
          <w:u w:val="single"/>
        </w:rPr>
        <w:t xml:space="preserve"> global </w:t>
      </w:r>
      <w:r>
        <w:rPr>
          <w:b/>
          <w:i w:val="0"/>
          <w:smallCaps w:val="0"/>
          <w:strike w:val="0"/>
          <w:sz w:val="22"/>
          <w:u w:val="single"/>
        </w:rPr>
        <w:t>neoliberalism</w:t>
      </w:r>
      <w:r>
        <w:rPr>
          <w:b w:val="0"/>
          <w:i w:val="0"/>
          <w:smallCaps w:val="0"/>
          <w:strike w:val="0"/>
          <w:sz w:val="22"/>
          <w:u w:val="single"/>
        </w:rPr>
        <w:t xml:space="preserve"> and</w:t>
      </w:r>
      <w:r>
        <w:rPr>
          <w:b w:val="0"/>
          <w:i w:val="0"/>
          <w:smallCaps w:val="0"/>
          <w:strike w:val="0"/>
          <w:sz w:val="16"/>
          <w:u w:val="none"/>
        </w:rPr>
        <w:t xml:space="preserve"> ascendant </w:t>
      </w:r>
      <w:r>
        <w:rPr>
          <w:b/>
          <w:i w:val="0"/>
          <w:smallCaps w:val="0"/>
          <w:strike w:val="0"/>
          <w:sz w:val="22"/>
          <w:u w:val="single"/>
        </w:rPr>
        <w:t>neofascism</w:t>
      </w:r>
      <w:r>
        <w:rPr>
          <w:b w:val="0"/>
          <w:i w:val="0"/>
          <w:smallCaps w:val="0"/>
          <w:strike w:val="0"/>
          <w:sz w:val="16"/>
          <w:u w:val="none"/>
        </w:rPr>
        <w:t>.</w:t>
      </w:r>
    </w:p>
    <w:p>
      <w:pPr>
        <w:spacing w:after="60"/>
      </w:pPr>
      <w:r>
        <w:rPr>
          <w:b w:val="0"/>
          <w:i w:val="0"/>
          <w:smallCaps w:val="0"/>
          <w:strike w:val="0"/>
          <w:sz w:val="22"/>
          <w:highlight w:val="cyan"/>
          <w:u w:val="single"/>
        </w:rPr>
        <w:t>Beyond the Green New Deal, I don’t know what</w:t>
      </w:r>
      <w:r>
        <w:rPr>
          <w:b w:val="0"/>
          <w:i w:val="0"/>
          <w:smallCaps w:val="0"/>
          <w:strike w:val="0"/>
          <w:sz w:val="22"/>
          <w:u w:val="single"/>
        </w:rPr>
        <w:t xml:space="preserve"> exactly “</w:t>
      </w:r>
      <w:r>
        <w:rPr>
          <w:b w:val="0"/>
          <w:i w:val="0"/>
          <w:smallCaps w:val="0"/>
          <w:strike w:val="0"/>
          <w:sz w:val="22"/>
          <w:highlight w:val="cyan"/>
          <w:u w:val="single"/>
        </w:rPr>
        <w:t>eco-socialism” could mean. Does it mean</w:t>
      </w:r>
      <w:r>
        <w:rPr>
          <w:b w:val="0"/>
          <w:i w:val="0"/>
          <w:smallCaps w:val="0"/>
          <w:strike w:val="0"/>
          <w:sz w:val="22"/>
          <w:u w:val="single"/>
        </w:rPr>
        <w:t xml:space="preserve"> the </w:t>
      </w:r>
      <w:r>
        <w:rPr>
          <w:b/>
          <w:i w:val="0"/>
          <w:smallCaps w:val="0"/>
          <w:strike w:val="0"/>
          <w:sz w:val="22"/>
          <w:highlight w:val="cyan"/>
          <w:u w:val="single"/>
        </w:rPr>
        <w:t>overthrow</w:t>
      </w:r>
      <w:r>
        <w:rPr>
          <w:b w:val="0"/>
          <w:i w:val="0"/>
          <w:smallCaps w:val="0"/>
          <w:strike w:val="0"/>
          <w:sz w:val="22"/>
          <w:u w:val="single"/>
        </w:rPr>
        <w:t xml:space="preserve"> of </w:t>
      </w:r>
      <w:r>
        <w:rPr>
          <w:b/>
          <w:i w:val="0"/>
          <w:smallCaps w:val="0"/>
          <w:strike w:val="0"/>
          <w:sz w:val="22"/>
          <w:highlight w:val="cyan"/>
          <w:u w:val="single"/>
        </w:rPr>
        <w:t>all private ownership</w:t>
      </w:r>
      <w:r>
        <w:rPr>
          <w:b w:val="0"/>
          <w:i w:val="0"/>
          <w:smallCaps w:val="0"/>
          <w:strike w:val="0"/>
          <w:sz w:val="22"/>
          <w:u w:val="single"/>
        </w:rPr>
        <w:t xml:space="preserve"> of productive assets for public ownership?</w:t>
      </w:r>
      <w:r>
        <w:rPr>
          <w:b w:val="0"/>
          <w:i w:val="0"/>
          <w:smallCaps w:val="0"/>
          <w:strike w:val="0"/>
          <w:sz w:val="16"/>
          <w:u w:val="none"/>
        </w:rPr>
        <w:t xml:space="preserve"> As Noam suggested, </w:t>
      </w:r>
      <w:r>
        <w:rPr>
          <w:b w:val="0"/>
          <w:i w:val="0"/>
          <w:smallCaps w:val="0"/>
          <w:strike w:val="0"/>
          <w:sz w:val="22"/>
          <w:highlight w:val="cyan"/>
          <w:u w:val="single"/>
        </w:rPr>
        <w:t xml:space="preserve">do people </w:t>
      </w:r>
      <w:r>
        <w:rPr>
          <w:b/>
          <w:i w:val="0"/>
          <w:smallCaps w:val="0"/>
          <w:strike w:val="0"/>
          <w:sz w:val="22"/>
          <w:highlight w:val="cyan"/>
          <w:u w:val="single"/>
        </w:rPr>
        <w:t>seriously think</w:t>
      </w:r>
      <w:r>
        <w:rPr>
          <w:b w:val="0"/>
          <w:i w:val="0"/>
          <w:smallCaps w:val="0"/>
          <w:strike w:val="0"/>
          <w:sz w:val="22"/>
          <w:u w:val="single"/>
        </w:rPr>
        <w:t xml:space="preserve"> that </w:t>
      </w:r>
      <w:r>
        <w:rPr>
          <w:b w:val="0"/>
          <w:i w:val="0"/>
          <w:smallCaps w:val="0"/>
          <w:strike w:val="0"/>
          <w:sz w:val="22"/>
          <w:highlight w:val="cyan"/>
          <w:u w:val="single"/>
        </w:rPr>
        <w:t>this could happen</w:t>
      </w:r>
      <w:r>
        <w:rPr>
          <w:b w:val="0"/>
          <w:i w:val="0"/>
          <w:smallCaps w:val="0"/>
          <w:strike w:val="0"/>
          <w:sz w:val="22"/>
          <w:u w:val="single"/>
        </w:rPr>
        <w:t xml:space="preserve"> with</w:t>
      </w:r>
      <w:r>
        <w:rPr>
          <w:b w:val="0"/>
          <w:i w:val="0"/>
          <w:smallCaps w:val="0"/>
          <w:strike w:val="0"/>
          <w:sz w:val="22"/>
          <w:highlight w:val="cyan"/>
          <w:u w:val="single"/>
        </w:rPr>
        <w:t>in</w:t>
      </w:r>
      <w:r>
        <w:rPr>
          <w:b w:val="0"/>
          <w:i w:val="0"/>
          <w:smallCaps w:val="0"/>
          <w:strike w:val="0"/>
          <w:sz w:val="22"/>
          <w:u w:val="single"/>
        </w:rPr>
        <w:t xml:space="preserve"> the </w:t>
      </w:r>
      <w:r>
        <w:rPr>
          <w:b/>
          <w:i w:val="0"/>
          <w:smallCaps w:val="0"/>
          <w:strike w:val="0"/>
          <w:sz w:val="22"/>
          <w:highlight w:val="cyan"/>
          <w:u w:val="single"/>
        </w:rPr>
        <w:t>time</w:t>
      </w:r>
      <w:r>
        <w:rPr>
          <w:b/>
          <w:i w:val="0"/>
          <w:smallCaps w:val="0"/>
          <w:strike w:val="0"/>
          <w:sz w:val="22"/>
          <w:u w:val="single"/>
        </w:rPr>
        <w:t xml:space="preserve"> frame we have</w:t>
      </w:r>
      <w:r>
        <w:rPr>
          <w:b w:val="0"/>
          <w:i w:val="0"/>
          <w:smallCaps w:val="0"/>
          <w:strike w:val="0"/>
          <w:sz w:val="22"/>
          <w:u w:val="single"/>
        </w:rPr>
        <w:t xml:space="preserve"> to stabilize the climate, that is</w:t>
      </w:r>
      <w:r>
        <w:rPr>
          <w:b w:val="0"/>
          <w:i w:val="0"/>
          <w:smallCaps w:val="0"/>
          <w:strike w:val="0"/>
          <w:sz w:val="16"/>
          <w:u w:val="none"/>
        </w:rPr>
        <w:t xml:space="preserve">, within </w:t>
      </w:r>
      <w:r>
        <w:rPr>
          <w:b w:val="0"/>
          <w:i w:val="0"/>
          <w:smallCaps w:val="0"/>
          <w:strike w:val="0"/>
          <w:sz w:val="22"/>
          <w:highlight w:val="cyan"/>
          <w:u w:val="single"/>
        </w:rPr>
        <w:t xml:space="preserve">less than </w:t>
      </w:r>
      <w:r>
        <w:rPr>
          <w:b/>
          <w:i w:val="0"/>
          <w:smallCaps w:val="0"/>
          <w:strike w:val="0"/>
          <w:sz w:val="22"/>
          <w:highlight w:val="cyan"/>
          <w:u w:val="single"/>
        </w:rPr>
        <w:t>thirty years</w:t>
      </w:r>
      <w:r>
        <w:rPr>
          <w:b w:val="0"/>
          <w:i w:val="0"/>
          <w:smallCaps w:val="0"/>
          <w:strike w:val="0"/>
          <w:sz w:val="22"/>
          <w:u w:val="single"/>
        </w:rPr>
        <w:t xml:space="preserve">? And </w:t>
      </w:r>
      <w:r>
        <w:rPr>
          <w:b w:val="0"/>
          <w:i w:val="0"/>
          <w:smallCaps w:val="0"/>
          <w:strike w:val="0"/>
          <w:sz w:val="22"/>
          <w:highlight w:val="cyan"/>
          <w:u w:val="single"/>
        </w:rPr>
        <w:t>are we certain</w:t>
      </w:r>
      <w:r>
        <w:rPr>
          <w:b w:val="0"/>
          <w:i w:val="0"/>
          <w:smallCaps w:val="0"/>
          <w:strike w:val="0"/>
          <w:sz w:val="22"/>
          <w:u w:val="single"/>
        </w:rPr>
        <w:t xml:space="preserve"> that </w:t>
      </w:r>
      <w:r>
        <w:rPr>
          <w:b w:val="0"/>
          <w:i w:val="0"/>
          <w:smallCaps w:val="0"/>
          <w:strike w:val="0"/>
          <w:sz w:val="22"/>
          <w:highlight w:val="cyan"/>
          <w:u w:val="single"/>
        </w:rPr>
        <w:t>eliminating</w:t>
      </w:r>
      <w:r>
        <w:rPr>
          <w:b w:val="0"/>
          <w:i w:val="0"/>
          <w:smallCaps w:val="0"/>
          <w:strike w:val="0"/>
          <w:sz w:val="22"/>
          <w:u w:val="single"/>
        </w:rPr>
        <w:t xml:space="preserve"> all </w:t>
      </w:r>
      <w:r>
        <w:rPr>
          <w:b w:val="0"/>
          <w:i w:val="0"/>
          <w:smallCaps w:val="0"/>
          <w:strike w:val="0"/>
          <w:sz w:val="22"/>
          <w:highlight w:val="cyan"/>
          <w:u w:val="single"/>
        </w:rPr>
        <w:t>private ownership would be</w:t>
      </w:r>
      <w:r>
        <w:rPr>
          <w:b w:val="0"/>
          <w:i w:val="0"/>
          <w:smallCaps w:val="0"/>
          <w:strike w:val="0"/>
          <w:sz w:val="22"/>
          <w:u w:val="single"/>
        </w:rPr>
        <w:t xml:space="preserve"> workable or </w:t>
      </w:r>
      <w:r>
        <w:rPr>
          <w:b w:val="0"/>
          <w:i w:val="0"/>
          <w:smallCaps w:val="0"/>
          <w:strike w:val="0"/>
          <w:sz w:val="22"/>
          <w:highlight w:val="cyan"/>
          <w:u w:val="single"/>
        </w:rPr>
        <w:t xml:space="preserve">desirable from a </w:t>
      </w:r>
      <w:r>
        <w:rPr>
          <w:b/>
          <w:i w:val="0"/>
          <w:smallCaps w:val="0"/>
          <w:strike w:val="0"/>
          <w:sz w:val="22"/>
          <w:highlight w:val="cyan"/>
          <w:u w:val="single"/>
        </w:rPr>
        <w:t>social justice</w:t>
      </w:r>
      <w:r>
        <w:rPr>
          <w:b w:val="0"/>
          <w:i w:val="0"/>
          <w:smallCaps w:val="0"/>
          <w:strike w:val="0"/>
          <w:sz w:val="22"/>
          <w:highlight w:val="cyan"/>
          <w:u w:val="single"/>
        </w:rPr>
        <w:t xml:space="preserve"> standpoint</w:t>
      </w:r>
      <w:r>
        <w:rPr>
          <w:b w:val="0"/>
          <w:i w:val="0"/>
          <w:smallCaps w:val="0"/>
          <w:strike w:val="0"/>
          <w:sz w:val="16"/>
          <w:u w:val="none"/>
        </w:rPr>
        <w:t xml:space="preserve">—i.e. from the standpoint of advancing well-being for the global working class and poor? </w:t>
      </w:r>
      <w:r>
        <w:rPr>
          <w:b w:val="0"/>
          <w:i w:val="0"/>
          <w:smallCaps w:val="0"/>
          <w:strike w:val="0"/>
          <w:sz w:val="22"/>
          <w:u w:val="single"/>
        </w:rPr>
        <w:t xml:space="preserve">How do we deal with the fact that </w:t>
      </w:r>
      <w:r>
        <w:rPr>
          <w:b/>
          <w:i w:val="0"/>
          <w:smallCaps w:val="0"/>
          <w:strike w:val="0"/>
          <w:sz w:val="22"/>
          <w:highlight w:val="cyan"/>
          <w:u w:val="single"/>
        </w:rPr>
        <w:t>most</w:t>
      </w:r>
      <w:r>
        <w:rPr>
          <w:b w:val="0"/>
          <w:i w:val="0"/>
          <w:smallCaps w:val="0"/>
          <w:strike w:val="0"/>
          <w:sz w:val="22"/>
          <w:u w:val="single"/>
        </w:rPr>
        <w:t xml:space="preserve"> of the world’s </w:t>
      </w:r>
      <w:r>
        <w:rPr>
          <w:b/>
          <w:i w:val="0"/>
          <w:smallCaps w:val="0"/>
          <w:strike w:val="0"/>
          <w:sz w:val="22"/>
          <w:highlight w:val="cyan"/>
          <w:u w:val="single"/>
        </w:rPr>
        <w:t>energy assets</w:t>
      </w:r>
      <w:r>
        <w:rPr>
          <w:b w:val="0"/>
          <w:i w:val="0"/>
          <w:smallCaps w:val="0"/>
          <w:strike w:val="0"/>
          <w:sz w:val="22"/>
          <w:highlight w:val="cyan"/>
          <w:u w:val="single"/>
        </w:rPr>
        <w:t xml:space="preserve"> are </w:t>
      </w:r>
      <w:r>
        <w:rPr>
          <w:b/>
          <w:i w:val="0"/>
          <w:smallCaps w:val="0"/>
          <w:strike w:val="0"/>
          <w:sz w:val="22"/>
          <w:highlight w:val="cyan"/>
          <w:u w:val="single"/>
        </w:rPr>
        <w:t>already publicly owned</w:t>
      </w:r>
      <w:r>
        <w:rPr>
          <w:b w:val="0"/>
          <w:i w:val="0"/>
          <w:smallCaps w:val="0"/>
          <w:strike w:val="0"/>
          <w:sz w:val="16"/>
          <w:u w:val="none"/>
        </w:rPr>
        <w:t xml:space="preserve">? How, </w:t>
      </w:r>
      <w:r>
        <w:rPr>
          <w:b w:val="0"/>
          <w:i w:val="0"/>
          <w:smallCaps w:val="0"/>
          <w:strike w:val="0"/>
          <w:sz w:val="22"/>
          <w:u w:val="single"/>
        </w:rPr>
        <w:t xml:space="preserve">more specifically, </w:t>
      </w:r>
      <w:r>
        <w:rPr>
          <w:b w:val="0"/>
          <w:i w:val="0"/>
          <w:smallCaps w:val="0"/>
          <w:strike w:val="0"/>
          <w:sz w:val="22"/>
          <w:highlight w:val="cyan"/>
          <w:u w:val="single"/>
        </w:rPr>
        <w:t xml:space="preserve">can we be </w:t>
      </w:r>
      <w:r>
        <w:rPr>
          <w:b/>
          <w:i w:val="0"/>
          <w:smallCaps w:val="0"/>
          <w:strike w:val="0"/>
          <w:sz w:val="22"/>
          <w:highlight w:val="cyan"/>
          <w:u w:val="single"/>
        </w:rPr>
        <w:t>certain</w:t>
      </w:r>
      <w:r>
        <w:rPr>
          <w:b w:val="0"/>
          <w:i w:val="0"/>
          <w:smallCaps w:val="0"/>
          <w:strike w:val="0"/>
          <w:sz w:val="22"/>
          <w:u w:val="single"/>
        </w:rPr>
        <w:t xml:space="preserve"> that a </w:t>
      </w:r>
      <w:r>
        <w:rPr>
          <w:b w:val="0"/>
          <w:i w:val="0"/>
          <w:smallCaps w:val="0"/>
          <w:strike w:val="0"/>
          <w:sz w:val="22"/>
          <w:highlight w:val="cyan"/>
          <w:u w:val="single"/>
        </w:rPr>
        <w:t>transition to</w:t>
      </w:r>
      <w:r>
        <w:rPr>
          <w:b w:val="0"/>
          <w:i w:val="0"/>
          <w:smallCaps w:val="0"/>
          <w:strike w:val="0"/>
          <w:sz w:val="22"/>
          <w:u w:val="single"/>
        </w:rPr>
        <w:t xml:space="preserve"> </w:t>
      </w:r>
      <w:r>
        <w:rPr>
          <w:b/>
          <w:i w:val="0"/>
          <w:smallCaps w:val="0"/>
          <w:strike w:val="0"/>
          <w:sz w:val="22"/>
          <w:u w:val="single"/>
        </w:rPr>
        <w:t xml:space="preserve">complete </w:t>
      </w:r>
      <w:r>
        <w:rPr>
          <w:b/>
          <w:i w:val="0"/>
          <w:smallCaps w:val="0"/>
          <w:strike w:val="0"/>
          <w:sz w:val="22"/>
          <w:highlight w:val="cyan"/>
          <w:u w:val="single"/>
        </w:rPr>
        <w:t>public ownership</w:t>
      </w:r>
      <w:r>
        <w:rPr>
          <w:b w:val="0"/>
          <w:i w:val="0"/>
          <w:smallCaps w:val="0"/>
          <w:strike w:val="0"/>
          <w:sz w:val="22"/>
          <w:highlight w:val="cyan"/>
          <w:u w:val="single"/>
        </w:rPr>
        <w:t xml:space="preserve"> would</w:t>
      </w:r>
      <w:r>
        <w:rPr>
          <w:b w:val="0"/>
          <w:i w:val="0"/>
          <w:smallCaps w:val="0"/>
          <w:strike w:val="0"/>
          <w:sz w:val="22"/>
          <w:u w:val="single"/>
        </w:rPr>
        <w:t xml:space="preserve"> itself </w:t>
      </w:r>
      <w:r>
        <w:rPr>
          <w:b w:val="0"/>
          <w:i w:val="0"/>
          <w:smallCaps w:val="0"/>
          <w:strike w:val="0"/>
          <w:sz w:val="22"/>
          <w:highlight w:val="cyan"/>
          <w:u w:val="single"/>
        </w:rPr>
        <w:t>deliver zero</w:t>
      </w:r>
      <w:r>
        <w:rPr>
          <w:b w:val="0"/>
          <w:i w:val="0"/>
          <w:smallCaps w:val="0"/>
          <w:strike w:val="0"/>
          <w:sz w:val="22"/>
          <w:u w:val="single"/>
        </w:rPr>
        <w:t xml:space="preserve"> net </w:t>
      </w:r>
      <w:r>
        <w:rPr>
          <w:b w:val="0"/>
          <w:i w:val="0"/>
          <w:smallCaps w:val="0"/>
          <w:strike w:val="0"/>
          <w:sz w:val="22"/>
          <w:highlight w:val="cyan"/>
          <w:u w:val="single"/>
        </w:rPr>
        <w:t>emissions by 2050</w:t>
      </w:r>
      <w:r>
        <w:rPr>
          <w:b w:val="0"/>
          <w:i w:val="0"/>
          <w:smallCaps w:val="0"/>
          <w:strike w:val="0"/>
          <w:sz w:val="22"/>
          <w:u w:val="single"/>
        </w:rPr>
        <w:t xml:space="preserve">? To me, the </w:t>
      </w:r>
      <w:r>
        <w:rPr>
          <w:b/>
          <w:i w:val="0"/>
          <w:smallCaps w:val="0"/>
          <w:strike w:val="0"/>
          <w:sz w:val="22"/>
          <w:u w:val="single"/>
        </w:rPr>
        <w:t>overarching challenge</w:t>
      </w:r>
      <w:r>
        <w:rPr>
          <w:b w:val="0"/>
          <w:i w:val="0"/>
          <w:smallCaps w:val="0"/>
          <w:strike w:val="0"/>
          <w:sz w:val="22"/>
          <w:u w:val="single"/>
        </w:rPr>
        <w:t xml:space="preserve"> is trying to understand </w:t>
      </w:r>
      <w:r>
        <w:rPr>
          <w:b/>
          <w:i w:val="0"/>
          <w:smallCaps w:val="0"/>
          <w:strike w:val="0"/>
          <w:sz w:val="22"/>
          <w:u w:val="single"/>
        </w:rPr>
        <w:t>alternative pathways</w:t>
      </w:r>
      <w:r>
        <w:rPr>
          <w:b w:val="0"/>
          <w:i w:val="0"/>
          <w:smallCaps w:val="0"/>
          <w:strike w:val="0"/>
          <w:sz w:val="22"/>
          <w:u w:val="single"/>
        </w:rPr>
        <w:t xml:space="preserve"> to most </w:t>
      </w:r>
      <w:r>
        <w:rPr>
          <w:b/>
          <w:i w:val="0"/>
          <w:smallCaps w:val="0"/>
          <w:strike w:val="0"/>
          <w:sz w:val="22"/>
          <w:u w:val="single"/>
        </w:rPr>
        <w:t>effectively building</w:t>
      </w:r>
      <w:r>
        <w:rPr>
          <w:b w:val="0"/>
          <w:i w:val="0"/>
          <w:smallCaps w:val="0"/>
          <w:strike w:val="0"/>
          <w:sz w:val="22"/>
          <w:u w:val="single"/>
        </w:rPr>
        <w:t xml:space="preserve"> truly egalitarian, democratic, and ecologically sustainable societies</w:t>
      </w:r>
      <w:r>
        <w:rPr>
          <w:b w:val="0"/>
          <w:i w:val="0"/>
          <w:smallCaps w:val="0"/>
          <w:strike w:val="0"/>
          <w:sz w:val="16"/>
          <w:u w:val="none"/>
        </w:rPr>
        <w:t>—</w:t>
      </w:r>
      <w:r>
        <w:rPr>
          <w:b w:val="0"/>
          <w:i w:val="0"/>
          <w:smallCaps w:val="0"/>
          <w:strike w:val="0"/>
          <w:sz w:val="22"/>
          <w:u w:val="single"/>
        </w:rPr>
        <w:t xml:space="preserve">putting all labels aside and being willing, as </w:t>
      </w:r>
      <w:r>
        <w:rPr>
          <w:b/>
          <w:i w:val="0"/>
          <w:smallCaps w:val="0"/>
          <w:strike w:val="0"/>
          <w:sz w:val="22"/>
          <w:u w:val="single"/>
        </w:rPr>
        <w:t>Marx</w:t>
      </w:r>
      <w:r>
        <w:rPr>
          <w:b w:val="0"/>
          <w:i w:val="0"/>
          <w:smallCaps w:val="0"/>
          <w:strike w:val="0"/>
          <w:sz w:val="22"/>
          <w:u w:val="single"/>
        </w:rPr>
        <w:t xml:space="preserve"> himself insisted, to employ “ruthless criticism” toward all that exists, including all past experiences with Communism and Socialism.</w:t>
      </w:r>
      <w:r>
        <w:rPr>
          <w:b w:val="0"/>
          <w:i w:val="0"/>
          <w:smallCaps w:val="0"/>
          <w:strike w:val="0"/>
          <w:sz w:val="16"/>
          <w:u w:val="none"/>
        </w:rPr>
        <w:t xml:space="preserve"> And, for that matter, being open to criticizing all authors, including Marx himself. Indeed, my favorite quote from Marx is “I am not a Marxist.”</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