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Alt fails---</w:t>
      </w:r>
      <w:r>
        <w:rPr>
          <w:b/>
          <w:i w:val="0"/>
          <w:smallCaps w:val="0"/>
          <w:strike w:val="0"/>
          <w:sz w:val="26"/>
          <w:u w:val="single"/>
        </w:rPr>
        <w:t xml:space="preserve">transition wars </w:t>
      </w:r>
      <w:r>
        <w:rPr>
          <w:b/>
          <w:i w:val="0"/>
          <w:smallCaps w:val="0"/>
          <w:strike w:val="0"/>
          <w:sz w:val="26"/>
          <w:u w:val="none"/>
        </w:rPr>
        <w:t xml:space="preserve">and </w:t>
      </w:r>
      <w:r>
        <w:rPr>
          <w:b/>
          <w:i w:val="0"/>
          <w:smallCaps w:val="0"/>
          <w:strike w:val="0"/>
          <w:sz w:val="26"/>
          <w:u w:val="single"/>
        </w:rPr>
        <w:t>domestic pressure</w:t>
      </w:r>
      <w:r>
        <w:rPr>
          <w:b/>
          <w:i w:val="0"/>
          <w:smallCaps w:val="0"/>
          <w:strike w:val="0"/>
          <w:sz w:val="26"/>
          <w:u w:val="none"/>
        </w:rPr>
        <w:t xml:space="preserve"> means the alt </w:t>
      </w:r>
      <w:r>
        <w:rPr>
          <w:b/>
          <w:i w:val="0"/>
          <w:smallCaps w:val="0"/>
          <w:strike w:val="0"/>
          <w:sz w:val="26"/>
          <w:u w:val="single"/>
        </w:rPr>
        <w:t>abandons fidelity</w:t>
      </w:r>
      <w:r>
        <w:rPr>
          <w:b/>
          <w:i w:val="0"/>
          <w:smallCaps w:val="0"/>
          <w:strike w:val="0"/>
          <w:sz w:val="26"/>
          <w:u w:val="none"/>
        </w:rPr>
        <w:t xml:space="preserve"> to the environment.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Smith</w:t>
      </w:r>
      <w:r>
        <w:rPr>
          <w:b/>
          <w:i w:val="0"/>
          <w:smallCaps w:val="0"/>
          <w:strike w:val="0"/>
          <w:sz w:val="26"/>
          <w:u w:val="none"/>
        </w:rPr>
        <w:t xml:space="preserve"> '</w:t>
      </w:r>
      <w:r>
        <w:rPr>
          <w:b/>
          <w:i w:val="0"/>
          <w:smallCaps w:val="0"/>
          <w:strike w:val="0"/>
          <w:sz w:val="26"/>
          <w:u w:val="none"/>
        </w:rPr>
        <w:t>19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[Noah; 4/5/19; Bloomberg Opinion columnist, former assistant professor of finance at Stony Brook University; "Dumping Capitalism Won’t Save the Planet," https://www.bloomberg.com/opinion/articles/2019-04-05/capitalism-is-more-likely-to-limit-climate-change-than-socialism]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It has become </w:t>
      </w:r>
      <w:r>
        <w:rPr>
          <w:b/>
          <w:i w:val="0"/>
          <w:smallCaps w:val="0"/>
          <w:strike w:val="0"/>
          <w:sz w:val="22"/>
          <w:u w:val="single"/>
        </w:rPr>
        <w:t>fashionable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on social media and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 certain publications to argue that </w:t>
      </w:r>
      <w:r>
        <w:rPr>
          <w:b/>
          <w:i w:val="0"/>
          <w:smallCaps w:val="0"/>
          <w:strike w:val="0"/>
          <w:sz w:val="22"/>
          <w:u w:val="single"/>
        </w:rPr>
        <w:t>capitalism is killing the planet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Even renowned investor Jeremy Grantham, hardly a radical, made that assertion last year.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basic idea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is that the </w:t>
      </w:r>
      <w:r>
        <w:rPr>
          <w:b/>
          <w:i w:val="0"/>
          <w:smallCaps w:val="0"/>
          <w:strike w:val="0"/>
          <w:sz w:val="22"/>
          <w:u w:val="single"/>
        </w:rPr>
        <w:t>profit motive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drives the </w:t>
      </w:r>
      <w:r>
        <w:rPr>
          <w:b/>
          <w:i w:val="0"/>
          <w:smallCaps w:val="0"/>
          <w:strike w:val="0"/>
          <w:sz w:val="22"/>
          <w:u w:val="single"/>
        </w:rPr>
        <w:t>private sector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u w:val="single"/>
        </w:rPr>
        <w:t>spew carbon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into the air with reckless abandon. Though many economists and some climate activists believe that the problem is best addressed by modifying market incentives with a carbon tax,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many activists believe that the problem can’t be addressed </w:t>
      </w:r>
      <w:r>
        <w:rPr>
          <w:b/>
          <w:i w:val="0"/>
          <w:smallCaps w:val="0"/>
          <w:strike w:val="0"/>
          <w:sz w:val="22"/>
          <w:u w:val="single"/>
        </w:rPr>
        <w:t>without rebuilding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>economy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along centrally planned lines.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climate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threat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certainly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dire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and carbon taxes are unlikely to be enough to solve the problem.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But eco-socialism 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probably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not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going to be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effective</w:t>
      </w:r>
      <w:r>
        <w:rPr>
          <w:b/>
          <w:i w:val="0"/>
          <w:smallCaps w:val="0"/>
          <w:strike w:val="0"/>
          <w:sz w:val="22"/>
          <w:u w:val="single"/>
        </w:rPr>
        <w:t xml:space="preserve"> method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addressing that threat.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Dismantling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entire</w:t>
      </w:r>
      <w:r>
        <w:rPr>
          <w:b/>
          <w:i w:val="0"/>
          <w:smallCaps w:val="0"/>
          <w:strike w:val="0"/>
          <w:sz w:val="22"/>
          <w:u w:val="single"/>
        </w:rPr>
        <w:t xml:space="preserve"> economic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system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never easy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, 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probably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would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touch off armed conflict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major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asdasd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upheaval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. In the scramble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win those battles,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even the socialists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would almost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certainly abandon their limit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ation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on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fossil-fuel</w:t>
      </w:r>
      <w:r>
        <w:rPr>
          <w:b/>
          <w:i w:val="0"/>
          <w:smallCaps w:val="0"/>
          <w:strike w:val="0"/>
          <w:sz w:val="22"/>
          <w:u w:val="single"/>
        </w:rPr>
        <w:t xml:space="preserve"> use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—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either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to support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military efforts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, 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keep the population from turning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against them.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precedent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here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is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Soviet Union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whose multidecade effort to </w:t>
      </w:r>
      <w:r>
        <w:rPr>
          <w:b/>
          <w:i w:val="0"/>
          <w:smallCaps w:val="0"/>
          <w:strike w:val="0"/>
          <w:sz w:val="22"/>
          <w:u w:val="single"/>
        </w:rPr>
        <w:t>reshape its economy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</w:t>
      </w:r>
      <w:r>
        <w:rPr>
          <w:b/>
          <w:i w:val="0"/>
          <w:smallCaps w:val="0"/>
          <w:strike w:val="0"/>
          <w:sz w:val="22"/>
          <w:u w:val="single"/>
        </w:rPr>
        <w:t>force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amid </w:t>
      </w:r>
      <w:r>
        <w:rPr>
          <w:b/>
          <w:i w:val="0"/>
          <w:smallCaps w:val="0"/>
          <w:strike w:val="0"/>
          <w:sz w:val="22"/>
          <w:u w:val="single"/>
        </w:rPr>
        <w:t>confrontation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 the West led to profound </w:t>
      </w:r>
      <w:r>
        <w:rPr>
          <w:b/>
          <w:i w:val="0"/>
          <w:smallCaps w:val="0"/>
          <w:strike w:val="0"/>
          <w:sz w:val="22"/>
          <w:u w:val="single"/>
        </w:rPr>
        <w:t>environmental degradation</w:t>
      </w:r>
      <w:r>
        <w:rPr>
          <w:b w:val="0"/>
          <w:i w:val="0"/>
          <w:smallCaps w:val="0"/>
          <w:strike w:val="0"/>
          <w:sz w:val="22"/>
          <w:u w:val="single"/>
        </w:rPr>
        <w:t>. The world's climate does not have several decades to spare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Even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without</w:t>
      </w:r>
      <w:r>
        <w:rPr>
          <w:b/>
          <w:i w:val="0"/>
          <w:smallCaps w:val="0"/>
          <w:strike w:val="0"/>
          <w:sz w:val="22"/>
          <w:u w:val="single"/>
        </w:rPr>
        <w:t xml:space="preserve"> international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conflict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, there’s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little guarantee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moving away from capitalism would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mitigate</w:t>
      </w:r>
      <w:r>
        <w:rPr>
          <w:b/>
          <w:i w:val="0"/>
          <w:smallCaps w:val="0"/>
          <w:strike w:val="0"/>
          <w:sz w:val="22"/>
          <w:u w:val="single"/>
        </w:rPr>
        <w:t xml:space="preserve"> our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impact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the environment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Since socialist leader Evo Morales took power </w:t>
      </w:r>
      <w:r>
        <w:rPr>
          <w:b w:val="0"/>
          <w:i w:val="0"/>
          <w:smallCaps w:val="0"/>
          <w:strike w:val="0"/>
          <w:sz w:val="22"/>
          <w:u w:val="single"/>
        </w:rPr>
        <w:t>in Bolivia, living standards have improved substantially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the average Bolivian, which is great.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But this has come at the cost of higher emissions. Meanwhile, the capitalist U.S managed to </w:t>
      </w:r>
      <w:r>
        <w:rPr>
          <w:b/>
          <w:i w:val="0"/>
          <w:smallCaps w:val="0"/>
          <w:strike w:val="0"/>
          <w:sz w:val="22"/>
          <w:u w:val="single"/>
        </w:rPr>
        <w:t>decrease its per capita emissions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bit during this same period (though since the U.S. is a rich country, its absolute level of emissions is much higher).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other words,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 terms of </w:t>
      </w:r>
      <w:r>
        <w:rPr>
          <w:b/>
          <w:i w:val="0"/>
          <w:smallCaps w:val="0"/>
          <w:strike w:val="0"/>
          <w:sz w:val="22"/>
          <w:u w:val="single"/>
        </w:rPr>
        <w:t>economic growth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carbon emissions</w:t>
      </w:r>
      <w:r>
        <w:rPr>
          <w:b w:val="0"/>
          <w:i w:val="0"/>
          <w:smallCaps w:val="0"/>
          <w:strike w:val="0"/>
          <w:sz w:val="22"/>
          <w:u w:val="single"/>
        </w:rPr>
        <w:t>, Bolivia looks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similar to more </w:t>
      </w:r>
      <w:r>
        <w:rPr>
          <w:b w:val="0"/>
          <w:i w:val="0"/>
          <w:smallCaps w:val="0"/>
          <w:strike w:val="0"/>
          <w:sz w:val="22"/>
          <w:u w:val="single"/>
        </w:rPr>
        <w:t>capitalist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developing countries.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That suggests that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faced with a choice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 enriching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their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people or helping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save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climate, even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socialist leaders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will often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choose the former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And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same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political calculus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will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probably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hold in China and the U.S</w:t>
      </w:r>
      <w:r>
        <w:rPr>
          <w:b w:val="0"/>
          <w:i w:val="0"/>
          <w:smallCaps w:val="0"/>
          <w:strike w:val="0"/>
          <w:sz w:val="22"/>
          <w:u w:val="single"/>
        </w:rPr>
        <w:t>.,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world’s top carbon emitters —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leaders who demand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draconian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cuts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living standards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pursuit of environmental goals will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have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trouble staying in power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best hope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the climate therefore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lies in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reducing the tradeoff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between </w:t>
      </w:r>
      <w:r>
        <w:rPr>
          <w:b/>
          <w:i w:val="0"/>
          <w:smallCaps w:val="0"/>
          <w:strike w:val="0"/>
          <w:sz w:val="22"/>
          <w:u w:val="single"/>
        </w:rPr>
        <w:t>material prosperity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carbon emissions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That requires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tech</w:t>
      </w:r>
      <w:r>
        <w:rPr>
          <w:b/>
          <w:i w:val="0"/>
          <w:smallCaps w:val="0"/>
          <w:strike w:val="0"/>
          <w:sz w:val="22"/>
          <w:u w:val="single"/>
        </w:rPr>
        <w:t>nology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— </w:t>
      </w:r>
      <w:r>
        <w:rPr>
          <w:b/>
          <w:i w:val="0"/>
          <w:smallCaps w:val="0"/>
          <w:strike w:val="0"/>
          <w:sz w:val="22"/>
          <w:u w:val="single"/>
        </w:rPr>
        <w:t>solar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wind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nuclear power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energy storage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electric cars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other vehicles, carbon-free cement production and so on. The </w:t>
      </w:r>
      <w:r>
        <w:rPr>
          <w:b/>
          <w:i w:val="0"/>
          <w:smallCaps w:val="0"/>
          <w:strike w:val="0"/>
          <w:sz w:val="22"/>
          <w:u w:val="single"/>
        </w:rPr>
        <w:t>best climate policy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plans all involve </w:t>
      </w:r>
      <w:r>
        <w:rPr>
          <w:b/>
          <w:i w:val="0"/>
          <w:smallCaps w:val="0"/>
          <w:strike w:val="0"/>
          <w:sz w:val="22"/>
          <w:u w:val="single"/>
        </w:rPr>
        <w:t xml:space="preserve">technological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improvement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a </w:t>
      </w:r>
      <w:r>
        <w:rPr>
          <w:b/>
          <w:i w:val="0"/>
          <w:smallCaps w:val="0"/>
          <w:strike w:val="0"/>
          <w:sz w:val="22"/>
          <w:u w:val="single"/>
        </w:rPr>
        <w:t>key feature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Capitalism Kritik Answers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