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Inequality is decreasing at </w:t>
      </w:r>
      <w:r>
        <w:rPr>
          <w:b/>
          <w:i w:val="0"/>
          <w:smallCaps w:val="0"/>
          <w:strike w:val="0"/>
          <w:sz w:val="26"/>
          <w:u w:val="single"/>
        </w:rPr>
        <w:t>unprecedented rates</w:t>
      </w:r>
      <w:r>
        <w:rPr>
          <w:b/>
          <w:i w:val="0"/>
          <w:smallCaps w:val="0"/>
          <w:strike w:val="0"/>
          <w:sz w:val="26"/>
          <w:u w:val="none"/>
        </w:rPr>
        <w:t xml:space="preserve"> by </w:t>
      </w:r>
      <w:r>
        <w:rPr>
          <w:b/>
          <w:i w:val="0"/>
          <w:smallCaps w:val="0"/>
          <w:strike w:val="0"/>
          <w:sz w:val="26"/>
          <w:u w:val="single"/>
        </w:rPr>
        <w:t>every metric</w:t>
      </w:r>
      <w:r>
        <w:rPr>
          <w:b/>
          <w:i w:val="0"/>
          <w:smallCaps w:val="0"/>
          <w:strike w:val="0"/>
          <w:sz w:val="26"/>
          <w:u w:val="none"/>
        </w:rPr>
        <w:t>.</w:t>
      </w:r>
    </w:p>
    <w:p>
      <w:pPr>
        <w:spacing w:after="80"/>
      </w:pPr>
      <w:r>
        <w:rPr>
          <w:b/>
          <w:i w:val="0"/>
          <w:smallCaps w:val="0"/>
          <w:strike w:val="0"/>
          <w:sz w:val="26"/>
          <w:u w:val="none"/>
        </w:rPr>
        <w:t>McAfee, 19</w:t>
      </w:r>
      <w:r>
        <w:rPr>
          <w:b w:val="0"/>
          <w:i w:val="0"/>
          <w:smallCaps w:val="0"/>
          <w:strike w:val="0"/>
          <w:u w:val="none"/>
        </w:rPr>
        <w:t xml:space="preserve">—cofounder and codirector of the MIT Initiative on the Digital Economy at the MIT Sloan School of Management, former professor at Harvard Business School and fellow at Harvard’s Berkman Center for Internet and Society (Andrew, “The Global Gallop of the Four Horsemen,” </w:t>
      </w:r>
      <w:r>
        <w:rPr>
          <w:b w:val="0"/>
          <w:i/>
          <w:smallCaps w:val="0"/>
          <w:strike w:val="0"/>
          <w:u w:val="none"/>
        </w:rPr>
        <w:t>More from Less: The Surprising Story of How We Learned to Prosper Using Fewer Resources—and What Happens Next</w:t>
      </w:r>
      <w:r>
        <w:rPr>
          <w:b w:val="0"/>
          <w:i w:val="0"/>
          <w:smallCaps w:val="0"/>
          <w:strike w:val="0"/>
          <w:u w:val="none"/>
        </w:rPr>
        <w:t xml:space="preserve">, Chapter 10, </w:t>
      </w:r>
      <w:r>
        <w:rPr>
          <w:b w:val="0"/>
          <w:i w:val="0"/>
          <w:smallCaps w:val="0"/>
          <w:strike w:val="0"/>
          <w:u w:val="none"/>
        </w:rPr>
        <w:t>pg</w:t>
      </w:r>
      <w:r>
        <w:rPr>
          <w:b w:val="0"/>
          <w:i w:val="0"/>
          <w:smallCaps w:val="0"/>
          <w:strike w:val="0"/>
          <w:u w:val="none"/>
        </w:rPr>
        <w:t xml:space="preserve"> 235-240, Kindle, </w:t>
      </w:r>
      <w:r>
        <w:rPr>
          <w:b w:val="0"/>
          <w:i w:val="0"/>
          <w:smallCaps w:val="0"/>
          <w:strike w:val="0"/>
          <w:u w:val="none"/>
        </w:rPr>
        <w:t>dml</w:t>
      </w:r>
      <w:r>
        <w:rPr>
          <w:b w:val="0"/>
          <w:i w:val="0"/>
          <w:smallCaps w:val="0"/>
          <w:strike w:val="0"/>
          <w:u w:val="none"/>
        </w:rPr>
        <w:t>)</w:t>
      </w:r>
    </w:p>
    <w:p>
      <w:pPr>
        <w:spacing w:after="60"/>
      </w:pPr>
      <w:r>
        <w:rPr>
          <w:b w:val="0"/>
          <w:i w:val="0"/>
          <w:smallCaps w:val="0"/>
          <w:strike w:val="0"/>
          <w:sz w:val="16"/>
          <w:u w:val="none"/>
        </w:rPr>
        <w:t xml:space="preserve">In 2016 the economist and columnist Noah Smith reviewed </w:t>
      </w:r>
      <w:r>
        <w:rPr>
          <w:b w:val="0"/>
          <w:i w:val="0"/>
          <w:smallCaps w:val="0"/>
          <w:strike w:val="0"/>
          <w:sz w:val="22"/>
          <w:u w:val="single"/>
        </w:rPr>
        <w:t xml:space="preserve">the evidence on </w:t>
      </w:r>
      <w:r>
        <w:rPr>
          <w:b/>
          <w:i w:val="0"/>
          <w:smallCaps w:val="0"/>
          <w:strike w:val="0"/>
          <w:sz w:val="22"/>
          <w:u w:val="single"/>
        </w:rPr>
        <w:t>poverty around the world</w:t>
      </w:r>
      <w:r>
        <w:rPr>
          <w:b w:val="0"/>
          <w:i w:val="0"/>
          <w:smallCaps w:val="0"/>
          <w:strike w:val="0"/>
          <w:sz w:val="16"/>
          <w:u w:val="none"/>
        </w:rPr>
        <w:t xml:space="preserve">, and his conclusion was notably exuberant: "This </w:t>
      </w:r>
      <w:r>
        <w:rPr>
          <w:b w:val="0"/>
          <w:i w:val="0"/>
          <w:smallCaps w:val="0"/>
          <w:strike w:val="0"/>
          <w:sz w:val="22"/>
          <w:u w:val="single"/>
        </w:rPr>
        <w:t>is</w:t>
      </w:r>
      <w:r>
        <w:rPr>
          <w:b w:val="0"/>
          <w:i w:val="0"/>
          <w:smallCaps w:val="0"/>
          <w:strike w:val="0"/>
          <w:sz w:val="16"/>
          <w:u w:val="none"/>
        </w:rPr>
        <w:t xml:space="preserve"> incredible—</w:t>
      </w:r>
      <w:r>
        <w:rPr>
          <w:b/>
          <w:i w:val="0"/>
          <w:smallCaps w:val="0"/>
          <w:strike w:val="0"/>
          <w:sz w:val="22"/>
          <w:u w:val="single"/>
        </w:rPr>
        <w:t>nothing short of a miracle</w:t>
      </w:r>
      <w:r>
        <w:rPr>
          <w:b w:val="0"/>
          <w:i w:val="0"/>
          <w:smallCaps w:val="0"/>
          <w:strike w:val="0"/>
          <w:sz w:val="22"/>
          <w:u w:val="single"/>
        </w:rPr>
        <w:t xml:space="preserve">. Nothing like this has </w:t>
      </w:r>
      <w:r>
        <w:rPr>
          <w:b/>
          <w:i w:val="0"/>
          <w:smallCaps w:val="0"/>
          <w:strike w:val="0"/>
          <w:sz w:val="22"/>
          <w:u w:val="single"/>
        </w:rPr>
        <w:t>ever happened before</w:t>
      </w:r>
      <w:r>
        <w:rPr>
          <w:b w:val="0"/>
          <w:i w:val="0"/>
          <w:smallCaps w:val="0"/>
          <w:strike w:val="0"/>
          <w:sz w:val="22"/>
          <w:u w:val="single"/>
        </w:rPr>
        <w:t xml:space="preserve"> in recorded history</w:t>
      </w:r>
      <w:r>
        <w:rPr>
          <w:b w:val="0"/>
          <w:i w:val="0"/>
          <w:smallCaps w:val="0"/>
          <w:strike w:val="0"/>
          <w:sz w:val="16"/>
          <w:u w:val="none"/>
        </w:rPr>
        <w:t xml:space="preserve">." A graph created by Max Roser clearly reveals the "miracle" Smith was talking about, and how right he was that </w:t>
      </w:r>
      <w:r>
        <w:rPr>
          <w:b w:val="0"/>
          <w:i w:val="0"/>
          <w:smallCaps w:val="0"/>
          <w:strike w:val="0"/>
          <w:sz w:val="22"/>
          <w:u w:val="single"/>
        </w:rPr>
        <w:t xml:space="preserve">the improvement is </w:t>
      </w:r>
      <w:r>
        <w:rPr>
          <w:b/>
          <w:i w:val="0"/>
          <w:smallCaps w:val="0"/>
          <w:strike w:val="0"/>
          <w:sz w:val="22"/>
          <w:u w:val="single"/>
        </w:rPr>
        <w:t>without precedent</w:t>
      </w:r>
      <w:r>
        <w:rPr>
          <w:b w:val="0"/>
          <w:i w:val="0"/>
          <w:smallCaps w:val="0"/>
          <w:strike w:val="0"/>
          <w:sz w:val="16"/>
          <w:u w:val="none"/>
        </w:rPr>
        <w:t xml:space="preserve">. The graph doesn't show the percentage of people living in poverty, but instead something even more important: the total number of extremely poor people on earth. </w:t>
      </w:r>
    </w:p>
    <w:p>
      <w:pPr>
        <w:spacing w:after="60"/>
      </w:pPr>
      <w:r>
        <w:rPr>
          <w:b w:val="0"/>
          <w:i w:val="0"/>
          <w:smallCaps w:val="0"/>
          <w:strike w:val="0"/>
          <w:sz w:val="16"/>
          <w:u w:val="none"/>
        </w:rPr>
        <w:t xml:space="preserve">The World's War on Poverty </w:t>
      </w:r>
    </w:p>
    <w:p>
      <w:pPr>
        <w:spacing w:after="60"/>
      </w:pPr>
      <w:r>
        <w:rPr>
          <w:b w:val="0"/>
          <w:i w:val="0"/>
          <w:smallCaps w:val="0"/>
          <w:strike w:val="0"/>
          <w:sz w:val="22"/>
          <w:u w:val="single"/>
        </w:rPr>
        <w:t xml:space="preserve">The </w:t>
      </w:r>
      <w:r>
        <w:rPr>
          <w:b/>
          <w:i w:val="0"/>
          <w:smallCaps w:val="0"/>
          <w:strike w:val="0"/>
          <w:sz w:val="22"/>
          <w:u w:val="single"/>
        </w:rPr>
        <w:t>total number of poor people</w:t>
      </w:r>
      <w:r>
        <w:rPr>
          <w:b w:val="0"/>
          <w:i w:val="0"/>
          <w:smallCaps w:val="0"/>
          <w:strike w:val="0"/>
          <w:sz w:val="22"/>
          <w:u w:val="single"/>
        </w:rPr>
        <w:t xml:space="preserve"> in the world</w:t>
      </w:r>
      <w:r>
        <w:rPr>
          <w:b w:val="0"/>
          <w:i w:val="0"/>
          <w:smallCaps w:val="0"/>
          <w:strike w:val="0"/>
          <w:sz w:val="16"/>
          <w:u w:val="none"/>
        </w:rPr>
        <w:t xml:space="preserve"> peaked right at the time of the first Earth Day in 1970, then </w:t>
      </w:r>
      <w:r>
        <w:rPr>
          <w:b w:val="0"/>
          <w:i w:val="0"/>
          <w:smallCaps w:val="0"/>
          <w:strike w:val="0"/>
          <w:sz w:val="22"/>
          <w:u w:val="single"/>
        </w:rPr>
        <w:t xml:space="preserve">started to </w:t>
      </w:r>
      <w:r>
        <w:rPr>
          <w:b/>
          <w:i w:val="0"/>
          <w:smallCaps w:val="0"/>
          <w:strike w:val="0"/>
          <w:sz w:val="22"/>
          <w:u w:val="single"/>
        </w:rPr>
        <w:t>slowly decrease</w:t>
      </w:r>
      <w:r>
        <w:rPr>
          <w:b w:val="0"/>
          <w:i w:val="0"/>
          <w:smallCaps w:val="0"/>
          <w:strike w:val="0"/>
          <w:sz w:val="16"/>
          <w:u w:val="none"/>
        </w:rPr>
        <w:t xml:space="preserve">. But the real miracle came when </w:t>
      </w:r>
      <w:r>
        <w:rPr>
          <w:b w:val="0"/>
          <w:i w:val="0"/>
          <w:smallCaps w:val="0"/>
          <w:strike w:val="0"/>
          <w:sz w:val="22"/>
          <w:u w:val="single"/>
        </w:rPr>
        <w:t>this</w:t>
      </w:r>
      <w:r>
        <w:rPr>
          <w:b w:val="0"/>
          <w:i w:val="0"/>
          <w:smallCaps w:val="0"/>
          <w:strike w:val="0"/>
          <w:sz w:val="16"/>
          <w:u w:val="none"/>
        </w:rPr>
        <w:t xml:space="preserve"> happy </w:t>
      </w:r>
      <w:r>
        <w:rPr>
          <w:b w:val="0"/>
          <w:i w:val="0"/>
          <w:smallCaps w:val="0"/>
          <w:strike w:val="0"/>
          <w:sz w:val="22"/>
          <w:u w:val="single"/>
        </w:rPr>
        <w:t xml:space="preserve">decline </w:t>
      </w:r>
      <w:r>
        <w:rPr>
          <w:b/>
          <w:i w:val="0"/>
          <w:smallCaps w:val="0"/>
          <w:strike w:val="0"/>
          <w:sz w:val="22"/>
          <w:u w:val="single"/>
        </w:rPr>
        <w:t>accelerated</w:t>
      </w:r>
      <w:r>
        <w:rPr>
          <w:b w:val="0"/>
          <w:i w:val="0"/>
          <w:smallCaps w:val="0"/>
          <w:strike w:val="0"/>
          <w:sz w:val="22"/>
          <w:u w:val="single"/>
        </w:rPr>
        <w:t xml:space="preserve"> during the twenty- first century. In </w:t>
      </w:r>
      <w:r>
        <w:rPr>
          <w:b/>
          <w:i w:val="0"/>
          <w:smallCaps w:val="0"/>
          <w:strike w:val="0"/>
          <w:sz w:val="22"/>
          <w:u w:val="single"/>
        </w:rPr>
        <w:t>1999</w:t>
      </w:r>
      <w:r>
        <w:rPr>
          <w:b w:val="0"/>
          <w:i w:val="0"/>
          <w:smallCaps w:val="0"/>
          <w:strike w:val="0"/>
          <w:sz w:val="22"/>
          <w:u w:val="single"/>
        </w:rPr>
        <w:t xml:space="preserve">, </w:t>
      </w:r>
      <w:r>
        <w:rPr>
          <w:b/>
          <w:i w:val="0"/>
          <w:smallCaps w:val="0"/>
          <w:strike w:val="0"/>
          <w:sz w:val="22"/>
          <w:u w:val="single"/>
        </w:rPr>
        <w:t>1.76 billion</w:t>
      </w:r>
      <w:r>
        <w:rPr>
          <w:b w:val="0"/>
          <w:i w:val="0"/>
          <w:smallCaps w:val="0"/>
          <w:strike w:val="0"/>
          <w:sz w:val="22"/>
          <w:u w:val="single"/>
        </w:rPr>
        <w:t xml:space="preserve"> people were living in extreme poverty. Just </w:t>
      </w:r>
      <w:r>
        <w:rPr>
          <w:b/>
          <w:i w:val="0"/>
          <w:smallCaps w:val="0"/>
          <w:strike w:val="0"/>
          <w:sz w:val="22"/>
          <w:u w:val="single"/>
        </w:rPr>
        <w:t>sixteen years later</w:t>
      </w:r>
      <w:r>
        <w:rPr>
          <w:b w:val="0"/>
          <w:i w:val="0"/>
          <w:smallCaps w:val="0"/>
          <w:strike w:val="0"/>
          <w:sz w:val="22"/>
          <w:u w:val="single"/>
        </w:rPr>
        <w:t xml:space="preserve">, this number had </w:t>
      </w:r>
      <w:r>
        <w:rPr>
          <w:b/>
          <w:i w:val="0"/>
          <w:smallCaps w:val="0"/>
          <w:strike w:val="0"/>
          <w:sz w:val="22"/>
          <w:u w:val="single"/>
        </w:rPr>
        <w:t>declined by 60 percent</w:t>
      </w:r>
      <w:r>
        <w:rPr>
          <w:b w:val="0"/>
          <w:i w:val="0"/>
          <w:smallCaps w:val="0"/>
          <w:strike w:val="0"/>
          <w:sz w:val="22"/>
          <w:u w:val="single"/>
        </w:rPr>
        <w:t xml:space="preserve">, to </w:t>
      </w:r>
      <w:r>
        <w:rPr>
          <w:b/>
          <w:i w:val="0"/>
          <w:smallCaps w:val="0"/>
          <w:strike w:val="0"/>
          <w:sz w:val="22"/>
          <w:u w:val="single"/>
        </w:rPr>
        <w:t>705 million</w:t>
      </w:r>
      <w:r>
        <w:rPr>
          <w:b w:val="0"/>
          <w:i w:val="0"/>
          <w:smallCaps w:val="0"/>
          <w:strike w:val="0"/>
          <w:sz w:val="16"/>
          <w:u w:val="none"/>
        </w:rPr>
        <w:t xml:space="preserve">. Hundreds of millions fewer people are living in poverty now than in 1820, when the world's total population was seven times smaller than it is today. </w:t>
      </w:r>
    </w:p>
    <w:p>
      <w:pPr>
        <w:spacing w:after="60"/>
      </w:pPr>
      <w:r>
        <w:rPr>
          <w:b w:val="0"/>
          <w:i w:val="0"/>
          <w:smallCaps w:val="0"/>
          <w:strike w:val="0"/>
          <w:sz w:val="22"/>
          <w:u w:val="single"/>
        </w:rPr>
        <w:t xml:space="preserve">Much of this decline is reflective of what occurred in </w:t>
      </w:r>
      <w:r>
        <w:rPr>
          <w:b/>
          <w:i w:val="0"/>
          <w:smallCaps w:val="0"/>
          <w:strike w:val="0"/>
          <w:sz w:val="22"/>
          <w:u w:val="single"/>
        </w:rPr>
        <w:t>China</w:t>
      </w:r>
      <w:r>
        <w:rPr>
          <w:b w:val="0"/>
          <w:i w:val="0"/>
          <w:smallCaps w:val="0"/>
          <w:strike w:val="0"/>
          <w:sz w:val="22"/>
          <w:u w:val="single"/>
        </w:rPr>
        <w:t>, which</w:t>
      </w:r>
      <w:r>
        <w:rPr>
          <w:b w:val="0"/>
          <w:i w:val="0"/>
          <w:smallCaps w:val="0"/>
          <w:strike w:val="0"/>
          <w:sz w:val="16"/>
          <w:u w:val="none"/>
        </w:rPr>
        <w:t xml:space="preserve">, as we saw in the previous chapter, threw off economic socialism beginning in 1978 and </w:t>
      </w:r>
      <w:r>
        <w:rPr>
          <w:b/>
          <w:i w:val="0"/>
          <w:smallCaps w:val="0"/>
          <w:strike w:val="0"/>
          <w:sz w:val="22"/>
          <w:u w:val="single"/>
        </w:rPr>
        <w:t>let capitalism work its poverty-reducing miracles</w:t>
      </w:r>
      <w:r>
        <w:rPr>
          <w:b w:val="0"/>
          <w:i w:val="0"/>
          <w:smallCaps w:val="0"/>
          <w:strike w:val="0"/>
          <w:sz w:val="22"/>
          <w:u w:val="single"/>
        </w:rPr>
        <w:t xml:space="preserve">. But the story of global poverty reduction </w:t>
      </w:r>
      <w:r>
        <w:rPr>
          <w:b/>
          <w:i w:val="0"/>
          <w:smallCaps w:val="0"/>
          <w:strike w:val="0"/>
          <w:sz w:val="22"/>
          <w:u w:val="single"/>
        </w:rPr>
        <w:t>isn't a purely Chinese one</w:t>
      </w:r>
      <w:r>
        <w:rPr>
          <w:b w:val="0"/>
          <w:i w:val="0"/>
          <w:smallCaps w:val="0"/>
          <w:strike w:val="0"/>
          <w:sz w:val="16"/>
          <w:u w:val="none"/>
        </w:rPr>
        <w:t xml:space="preserve">. As the graph below shows, </w:t>
      </w:r>
      <w:r>
        <w:rPr>
          <w:b/>
          <w:i w:val="0"/>
          <w:smallCaps w:val="0"/>
          <w:strike w:val="0"/>
          <w:sz w:val="22"/>
          <w:u w:val="single"/>
        </w:rPr>
        <w:t>every region around the world</w:t>
      </w:r>
      <w:r>
        <w:rPr>
          <w:b w:val="0"/>
          <w:i w:val="0"/>
          <w:smallCaps w:val="0"/>
          <w:strike w:val="0"/>
          <w:sz w:val="22"/>
          <w:u w:val="single"/>
        </w:rPr>
        <w:t xml:space="preserve"> has seen </w:t>
      </w:r>
      <w:r>
        <w:rPr>
          <w:b/>
          <w:i w:val="0"/>
          <w:smallCaps w:val="0"/>
          <w:strike w:val="0"/>
          <w:sz w:val="22"/>
          <w:u w:val="single"/>
        </w:rPr>
        <w:t>large poverty reductions</w:t>
      </w:r>
      <w:r>
        <w:rPr>
          <w:b w:val="0"/>
          <w:i w:val="0"/>
          <w:smallCaps w:val="0"/>
          <w:strike w:val="0"/>
          <w:sz w:val="22"/>
          <w:u w:val="single"/>
        </w:rPr>
        <w:t xml:space="preserve"> in recent years</w:t>
      </w:r>
      <w:r>
        <w:rPr>
          <w:b w:val="0"/>
          <w:i w:val="0"/>
          <w:smallCaps w:val="0"/>
          <w:strike w:val="0"/>
          <w:sz w:val="16"/>
          <w:u w:val="none"/>
        </w:rPr>
        <w:t xml:space="preserve">. The speed of the recent decline indicates that </w:t>
      </w:r>
      <w:r>
        <w:rPr>
          <w:b w:val="0"/>
          <w:i w:val="0"/>
          <w:smallCaps w:val="0"/>
          <w:strike w:val="0"/>
          <w:sz w:val="22"/>
          <w:u w:val="single"/>
        </w:rPr>
        <w:t xml:space="preserve">it's </w:t>
      </w:r>
      <w:r>
        <w:rPr>
          <w:b/>
          <w:i w:val="0"/>
          <w:smallCaps w:val="0"/>
          <w:strike w:val="0"/>
          <w:sz w:val="22"/>
          <w:u w:val="single"/>
        </w:rPr>
        <w:t>no longer ridiculous</w:t>
      </w:r>
      <w:r>
        <w:rPr>
          <w:b w:val="0"/>
          <w:i w:val="0"/>
          <w:smallCaps w:val="0"/>
          <w:strike w:val="0"/>
          <w:sz w:val="22"/>
          <w:u w:val="single"/>
        </w:rPr>
        <w:t xml:space="preserve"> to talk about </w:t>
      </w:r>
      <w:r>
        <w:rPr>
          <w:b/>
          <w:i w:val="0"/>
          <w:smallCaps w:val="0"/>
          <w:strike w:val="0"/>
          <w:sz w:val="22"/>
          <w:u w:val="single"/>
        </w:rPr>
        <w:t>completely eliminating extreme poverty</w:t>
      </w:r>
      <w:r>
        <w:rPr>
          <w:b w:val="0"/>
          <w:i w:val="0"/>
          <w:smallCaps w:val="0"/>
          <w:strike w:val="0"/>
          <w:sz w:val="22"/>
          <w:u w:val="single"/>
        </w:rPr>
        <w:t xml:space="preserve"> from the planet</w:t>
      </w:r>
      <w:r>
        <w:rPr>
          <w:b w:val="0"/>
          <w:i w:val="0"/>
          <w:smallCaps w:val="0"/>
          <w:strike w:val="0"/>
          <w:sz w:val="16"/>
          <w:u w:val="none"/>
        </w:rPr>
        <w:t xml:space="preserve">. The World Bank thinks </w:t>
      </w:r>
      <w:r>
        <w:rPr>
          <w:b w:val="0"/>
          <w:i w:val="0"/>
          <w:smallCaps w:val="0"/>
          <w:strike w:val="0"/>
          <w:sz w:val="22"/>
          <w:u w:val="single"/>
        </w:rPr>
        <w:t xml:space="preserve">this might be possible by </w:t>
      </w:r>
      <w:r>
        <w:rPr>
          <w:b/>
          <w:i w:val="0"/>
          <w:smallCaps w:val="0"/>
          <w:strike w:val="0"/>
          <w:sz w:val="22"/>
          <w:u w:val="single"/>
        </w:rPr>
        <w:t>2030</w:t>
      </w:r>
      <w:r>
        <w:rPr>
          <w:b w:val="0"/>
          <w:i w:val="0"/>
          <w:smallCaps w:val="0"/>
          <w:strike w:val="0"/>
          <w:sz w:val="16"/>
          <w:u w:val="none"/>
        </w:rPr>
        <w:t xml:space="preserve">. </w:t>
      </w:r>
    </w:p>
    <w:p>
      <w:pPr>
        <w:spacing w:after="60"/>
      </w:pPr>
      <w:r>
        <w:rPr>
          <w:b w:val="0"/>
          <w:i w:val="0"/>
          <w:smallCaps w:val="0"/>
          <w:strike w:val="0"/>
          <w:sz w:val="22"/>
          <w:u w:val="single"/>
        </w:rPr>
        <w:t xml:space="preserve">It's </w:t>
      </w:r>
      <w:r>
        <w:rPr>
          <w:b/>
          <w:i w:val="0"/>
          <w:smallCaps w:val="0"/>
          <w:strike w:val="0"/>
          <w:sz w:val="22"/>
          <w:u w:val="single"/>
        </w:rPr>
        <w:t>not just incomes</w:t>
      </w:r>
      <w:r>
        <w:rPr>
          <w:b w:val="0"/>
          <w:i w:val="0"/>
          <w:smallCaps w:val="0"/>
          <w:strike w:val="0"/>
          <w:sz w:val="22"/>
          <w:u w:val="single"/>
        </w:rPr>
        <w:t xml:space="preserve"> that have improved</w:t>
      </w:r>
      <w:r>
        <w:rPr>
          <w:b w:val="0"/>
          <w:i w:val="0"/>
          <w:smallCaps w:val="0"/>
          <w:strike w:val="0"/>
          <w:sz w:val="16"/>
          <w:u w:val="none"/>
        </w:rPr>
        <w:t xml:space="preserve">. As I consult Our World in Data and other </w:t>
      </w:r>
      <w:r>
        <w:rPr>
          <w:b/>
          <w:i w:val="0"/>
          <w:smallCaps w:val="0"/>
          <w:strike w:val="0"/>
          <w:sz w:val="22"/>
          <w:u w:val="single"/>
        </w:rPr>
        <w:t>comprehensive sources of evidence</w:t>
      </w:r>
      <w:r>
        <w:rPr>
          <w:b w:val="0"/>
          <w:i w:val="0"/>
          <w:smallCaps w:val="0"/>
          <w:strike w:val="0"/>
          <w:sz w:val="16"/>
          <w:u w:val="none"/>
        </w:rPr>
        <w:t xml:space="preserve">, I </w:t>
      </w:r>
      <w:r>
        <w:rPr>
          <w:b/>
          <w:i w:val="0"/>
          <w:smallCaps w:val="0"/>
          <w:strike w:val="0"/>
          <w:sz w:val="22"/>
          <w:u w:val="single"/>
        </w:rPr>
        <w:t>struggle</w:t>
      </w:r>
      <w:r>
        <w:rPr>
          <w:b w:val="0"/>
          <w:i w:val="0"/>
          <w:smallCaps w:val="0"/>
          <w:strike w:val="0"/>
          <w:sz w:val="22"/>
          <w:u w:val="single"/>
        </w:rPr>
        <w:t xml:space="preserve"> to find </w:t>
      </w:r>
      <w:r>
        <w:rPr>
          <w:b/>
          <w:i w:val="0"/>
          <w:smallCaps w:val="0"/>
          <w:strike w:val="0"/>
          <w:sz w:val="22"/>
          <w:u w:val="single"/>
        </w:rPr>
        <w:t>even a single important measure</w:t>
      </w:r>
      <w:r>
        <w:rPr>
          <w:b w:val="0"/>
          <w:i w:val="0"/>
          <w:smallCaps w:val="0"/>
          <w:strike w:val="0"/>
          <w:sz w:val="22"/>
          <w:u w:val="single"/>
        </w:rPr>
        <w:t xml:space="preserve"> of human material well-being that's </w:t>
      </w:r>
      <w:r>
        <w:rPr>
          <w:b/>
          <w:i w:val="0"/>
          <w:smallCaps w:val="0"/>
          <w:strike w:val="0"/>
          <w:sz w:val="22"/>
          <w:u w:val="single"/>
        </w:rPr>
        <w:t>not getting better</w:t>
      </w:r>
      <w:r>
        <w:rPr>
          <w:b w:val="0"/>
          <w:i w:val="0"/>
          <w:smallCaps w:val="0"/>
          <w:strike w:val="0"/>
          <w:sz w:val="22"/>
          <w:u w:val="single"/>
        </w:rPr>
        <w:t xml:space="preserve"> in most regions around the world</w:t>
      </w:r>
      <w:r>
        <w:rPr>
          <w:b w:val="0"/>
          <w:i w:val="0"/>
          <w:smallCaps w:val="0"/>
          <w:strike w:val="0"/>
          <w:sz w:val="16"/>
          <w:u w:val="none"/>
        </w:rPr>
        <w:t xml:space="preserve">. </w:t>
      </w:r>
    </w:p>
    <w:p>
      <w:pPr>
        <w:spacing w:after="60"/>
      </w:pPr>
      <w:r>
        <w:rPr>
          <w:b w:val="0"/>
          <w:i w:val="0"/>
          <w:smallCaps w:val="0"/>
          <w:strike w:val="0"/>
          <w:sz w:val="16"/>
          <w:u w:val="none"/>
        </w:rPr>
        <w:t xml:space="preserve">Here are recent trends in a few key areas. </w:t>
      </w:r>
    </w:p>
    <w:p>
      <w:pPr>
        <w:spacing w:after="60"/>
      </w:pPr>
      <w:r>
        <w:rPr>
          <w:b w:val="0"/>
          <w:i w:val="0"/>
          <w:smallCaps w:val="0"/>
          <w:strike w:val="0"/>
          <w:sz w:val="16"/>
          <w:u w:val="none"/>
        </w:rPr>
        <w:t>Daily Bread</w:t>
      </w:r>
    </w:p>
    <w:p>
      <w:pPr>
        <w:spacing w:after="60"/>
      </w:pPr>
      <w:r>
        <w:rPr>
          <w:b w:val="0"/>
          <w:i w:val="0"/>
          <w:smallCaps w:val="0"/>
          <w:strike w:val="0"/>
          <w:sz w:val="22"/>
          <w:u w:val="single"/>
        </w:rPr>
        <w:t xml:space="preserve">As recently as </w:t>
      </w:r>
      <w:r>
        <w:rPr>
          <w:b/>
          <w:i w:val="0"/>
          <w:smallCaps w:val="0"/>
          <w:strike w:val="0"/>
          <w:sz w:val="22"/>
          <w:u w:val="single"/>
        </w:rPr>
        <w:t>1980</w:t>
      </w:r>
      <w:r>
        <w:rPr>
          <w:b w:val="0"/>
          <w:i w:val="0"/>
          <w:smallCaps w:val="0"/>
          <w:strike w:val="0"/>
          <w:sz w:val="22"/>
          <w:u w:val="single"/>
        </w:rPr>
        <w:t xml:space="preserve">, the global average number of available daily calories </w:t>
      </w:r>
      <w:r>
        <w:rPr>
          <w:b/>
          <w:i w:val="0"/>
          <w:smallCaps w:val="0"/>
          <w:strike w:val="0"/>
          <w:sz w:val="22"/>
          <w:u w:val="single"/>
        </w:rPr>
        <w:t>wasn't enough</w:t>
      </w:r>
      <w:r>
        <w:rPr>
          <w:b w:val="0"/>
          <w:i w:val="0"/>
          <w:smallCaps w:val="0"/>
          <w:strike w:val="0"/>
          <w:sz w:val="16"/>
          <w:u w:val="none"/>
        </w:rPr>
        <w:t xml:space="preserve"> to permit an active adult male to maintain his body weight. Less than thirty-five years later, however, </w:t>
      </w:r>
      <w:r>
        <w:rPr>
          <w:b/>
          <w:i w:val="0"/>
          <w:smallCaps w:val="0"/>
          <w:strike w:val="0"/>
          <w:sz w:val="22"/>
          <w:u w:val="single"/>
        </w:rPr>
        <w:t>every region in the world</w:t>
      </w:r>
      <w:r>
        <w:rPr>
          <w:b w:val="0"/>
          <w:i w:val="0"/>
          <w:smallCaps w:val="0"/>
          <w:strike w:val="0"/>
          <w:sz w:val="22"/>
          <w:u w:val="single"/>
        </w:rPr>
        <w:t xml:space="preserve"> met this standard of twenty-five hundred daily calories</w:t>
      </w:r>
      <w:r>
        <w:rPr>
          <w:b w:val="0"/>
          <w:i w:val="0"/>
          <w:smallCaps w:val="0"/>
          <w:strike w:val="0"/>
          <w:sz w:val="16"/>
          <w:u w:val="none"/>
        </w:rPr>
        <w:t xml:space="preserve">. </w:t>
      </w:r>
    </w:p>
    <w:p>
      <w:pPr>
        <w:spacing w:after="60"/>
      </w:pPr>
      <w:r>
        <w:rPr>
          <w:b w:val="0"/>
          <w:i w:val="0"/>
          <w:smallCaps w:val="0"/>
          <w:strike w:val="0"/>
          <w:sz w:val="16"/>
          <w:u w:val="none"/>
        </w:rPr>
        <w:t>Clean Living</w:t>
      </w:r>
    </w:p>
    <w:p>
      <w:pPr>
        <w:spacing w:after="60"/>
      </w:pPr>
      <w:r>
        <w:rPr>
          <w:b w:val="0"/>
          <w:i w:val="0"/>
          <w:smallCaps w:val="0"/>
          <w:strike w:val="0"/>
          <w:sz w:val="22"/>
          <w:u w:val="single"/>
        </w:rPr>
        <w:t xml:space="preserve">More than </w:t>
      </w:r>
      <w:r>
        <w:rPr>
          <w:b/>
          <w:i w:val="0"/>
          <w:smallCaps w:val="0"/>
          <w:strike w:val="0"/>
          <w:sz w:val="22"/>
          <w:u w:val="single"/>
        </w:rPr>
        <w:t>90 percent</w:t>
      </w:r>
      <w:r>
        <w:rPr>
          <w:b w:val="0"/>
          <w:i w:val="0"/>
          <w:smallCaps w:val="0"/>
          <w:strike w:val="0"/>
          <w:sz w:val="22"/>
          <w:u w:val="single"/>
        </w:rPr>
        <w:t xml:space="preserve"> of the world's people now have access to </w:t>
      </w:r>
      <w:r>
        <w:rPr>
          <w:b/>
          <w:i w:val="0"/>
          <w:smallCaps w:val="0"/>
          <w:strike w:val="0"/>
          <w:sz w:val="22"/>
          <w:u w:val="single"/>
        </w:rPr>
        <w:t xml:space="preserve">improved </w:t>
      </w:r>
      <w:r>
        <w:rPr>
          <w:b/>
          <w:i w:val="0"/>
          <w:smallCaps w:val="0"/>
          <w:strike w:val="0"/>
          <w:sz w:val="22"/>
          <w:u w:val="single"/>
        </w:rPr>
        <w:t>water</w:t>
      </w:r>
      <w:r>
        <w:rPr>
          <w:b w:val="0"/>
          <w:i w:val="0"/>
          <w:smallCaps w:val="0"/>
          <w:strike w:val="0"/>
          <w:sz w:val="16"/>
          <w:u w:val="none"/>
        </w:rPr>
        <w:t>;VII</w:t>
      </w:r>
      <w:r>
        <w:rPr>
          <w:b w:val="0"/>
          <w:i w:val="0"/>
          <w:smallCaps w:val="0"/>
          <w:strike w:val="0"/>
          <w:sz w:val="16"/>
          <w:u w:val="none"/>
        </w:rPr>
        <w:t xml:space="preserve"> </w:t>
      </w:r>
      <w:r>
        <w:rPr>
          <w:b w:val="0"/>
          <w:i w:val="0"/>
          <w:smallCaps w:val="0"/>
          <w:strike w:val="0"/>
          <w:sz w:val="22"/>
          <w:u w:val="single"/>
        </w:rPr>
        <w:t xml:space="preserve">in </w:t>
      </w:r>
      <w:r>
        <w:rPr>
          <w:b/>
          <w:i w:val="0"/>
          <w:smallCaps w:val="0"/>
          <w:strike w:val="0"/>
          <w:sz w:val="22"/>
          <w:u w:val="single"/>
        </w:rPr>
        <w:t>1990</w:t>
      </w:r>
      <w:r>
        <w:rPr>
          <w:b w:val="0"/>
          <w:i w:val="0"/>
          <w:smallCaps w:val="0"/>
          <w:strike w:val="0"/>
          <w:sz w:val="22"/>
          <w:u w:val="single"/>
        </w:rPr>
        <w:t xml:space="preserve"> only a bit more than </w:t>
      </w:r>
      <w:r>
        <w:rPr>
          <w:b/>
          <w:i w:val="0"/>
          <w:smallCaps w:val="0"/>
          <w:strike w:val="0"/>
          <w:sz w:val="22"/>
          <w:u w:val="single"/>
        </w:rPr>
        <w:t>75 percent</w:t>
      </w:r>
      <w:r>
        <w:rPr>
          <w:b w:val="0"/>
          <w:i w:val="0"/>
          <w:smallCaps w:val="0"/>
          <w:strike w:val="0"/>
          <w:sz w:val="22"/>
          <w:u w:val="single"/>
        </w:rPr>
        <w:t xml:space="preserve"> did. The situation is similar for </w:t>
      </w:r>
      <w:r>
        <w:rPr>
          <w:b/>
          <w:i w:val="0"/>
          <w:smallCaps w:val="0"/>
          <w:strike w:val="0"/>
          <w:sz w:val="22"/>
          <w:u w:val="single"/>
        </w:rPr>
        <w:t>sanitation</w:t>
      </w:r>
      <w:r>
        <w:rPr>
          <w:b w:val="0"/>
          <w:i w:val="0"/>
          <w:smallCaps w:val="0"/>
          <w:strike w:val="0"/>
          <w:sz w:val="22"/>
          <w:u w:val="single"/>
        </w:rPr>
        <w:t xml:space="preserve">: in </w:t>
      </w:r>
      <w:r>
        <w:rPr>
          <w:b/>
          <w:i w:val="0"/>
          <w:smallCaps w:val="0"/>
          <w:strike w:val="0"/>
          <w:sz w:val="22"/>
          <w:u w:val="single"/>
        </w:rPr>
        <w:t>1990</w:t>
      </w:r>
      <w:r>
        <w:rPr>
          <w:b w:val="0"/>
          <w:i w:val="0"/>
          <w:smallCaps w:val="0"/>
          <w:strike w:val="0"/>
          <w:sz w:val="22"/>
          <w:u w:val="single"/>
        </w:rPr>
        <w:t xml:space="preserve"> only a </w:t>
      </w:r>
      <w:r>
        <w:rPr>
          <w:b/>
          <w:i w:val="0"/>
          <w:smallCaps w:val="0"/>
          <w:strike w:val="0"/>
          <w:sz w:val="22"/>
          <w:u w:val="single"/>
        </w:rPr>
        <w:t>bit more than half</w:t>
      </w:r>
      <w:r>
        <w:rPr>
          <w:b w:val="0"/>
          <w:i w:val="0"/>
          <w:smallCaps w:val="0"/>
          <w:strike w:val="0"/>
          <w:sz w:val="22"/>
          <w:u w:val="single"/>
        </w:rPr>
        <w:t xml:space="preserve"> of the world's people had it; now, </w:t>
      </w:r>
      <w:r>
        <w:rPr>
          <w:b/>
          <w:i w:val="0"/>
          <w:smallCaps w:val="0"/>
          <w:strike w:val="0"/>
          <w:sz w:val="22"/>
          <w:u w:val="single"/>
        </w:rPr>
        <w:t>more than two-thirds</w:t>
      </w:r>
      <w:r>
        <w:rPr>
          <w:b w:val="0"/>
          <w:i w:val="0"/>
          <w:smallCaps w:val="0"/>
          <w:strike w:val="0"/>
          <w:sz w:val="22"/>
          <w:u w:val="single"/>
        </w:rPr>
        <w:t xml:space="preserve"> do</w:t>
      </w:r>
      <w:r>
        <w:rPr>
          <w:b w:val="0"/>
          <w:i w:val="0"/>
          <w:smallCaps w:val="0"/>
          <w:strike w:val="0"/>
          <w:sz w:val="16"/>
          <w:u w:val="none"/>
        </w:rPr>
        <w:t xml:space="preserve">. </w:t>
      </w:r>
    </w:p>
    <w:p>
      <w:pPr>
        <w:spacing w:after="60"/>
      </w:pPr>
      <w:r>
        <w:rPr>
          <w:b w:val="0"/>
          <w:i w:val="0"/>
          <w:smallCaps w:val="0"/>
          <w:strike w:val="0"/>
          <w:sz w:val="16"/>
          <w:u w:val="none"/>
        </w:rPr>
        <w:t>Young Minds</w:t>
      </w:r>
    </w:p>
    <w:p>
      <w:pPr>
        <w:spacing w:after="60"/>
      </w:pPr>
      <w:r>
        <w:rPr>
          <w:b w:val="0"/>
          <w:i w:val="0"/>
          <w:smallCaps w:val="0"/>
          <w:strike w:val="0"/>
          <w:sz w:val="22"/>
          <w:u w:val="single"/>
        </w:rPr>
        <w:t xml:space="preserve">The trend in </w:t>
      </w:r>
      <w:r>
        <w:rPr>
          <w:b/>
          <w:i w:val="0"/>
          <w:smallCaps w:val="0"/>
          <w:strike w:val="0"/>
          <w:sz w:val="22"/>
          <w:u w:val="single"/>
        </w:rPr>
        <w:t>secondary education enrollment</w:t>
      </w:r>
      <w:r>
        <w:rPr>
          <w:b w:val="0"/>
          <w:i w:val="0"/>
          <w:smallCaps w:val="0"/>
          <w:strike w:val="0"/>
          <w:sz w:val="22"/>
          <w:u w:val="single"/>
        </w:rPr>
        <w:t xml:space="preserve"> around the world is</w:t>
      </w:r>
      <w:r>
        <w:rPr>
          <w:b w:val="0"/>
          <w:i w:val="0"/>
          <w:smallCaps w:val="0"/>
          <w:strike w:val="0"/>
          <w:sz w:val="16"/>
          <w:u w:val="none"/>
        </w:rPr>
        <w:t xml:space="preserve"> similar to the one for sanitation, but </w:t>
      </w:r>
      <w:r>
        <w:rPr>
          <w:b/>
          <w:i w:val="0"/>
          <w:smallCaps w:val="0"/>
          <w:strike w:val="0"/>
          <w:sz w:val="22"/>
          <w:u w:val="single"/>
        </w:rPr>
        <w:t>even sharper</w:t>
      </w:r>
      <w:r>
        <w:rPr>
          <w:b w:val="0"/>
          <w:i w:val="0"/>
          <w:smallCaps w:val="0"/>
          <w:strike w:val="0"/>
          <w:sz w:val="22"/>
          <w:u w:val="single"/>
        </w:rPr>
        <w:t xml:space="preserve">: in 1986 </w:t>
      </w:r>
      <w:r>
        <w:rPr>
          <w:b/>
          <w:i w:val="0"/>
          <w:smallCaps w:val="0"/>
          <w:strike w:val="0"/>
          <w:sz w:val="22"/>
          <w:u w:val="single"/>
        </w:rPr>
        <w:t>fewer than half</w:t>
      </w:r>
      <w:r>
        <w:rPr>
          <w:b w:val="0"/>
          <w:i w:val="0"/>
          <w:smallCaps w:val="0"/>
          <w:strike w:val="0"/>
          <w:sz w:val="22"/>
          <w:u w:val="single"/>
        </w:rPr>
        <w:t xml:space="preserve"> of the world's teenagers were in school; at present, </w:t>
      </w:r>
      <w:r>
        <w:rPr>
          <w:b/>
          <w:i w:val="0"/>
          <w:smallCaps w:val="0"/>
          <w:strike w:val="0"/>
          <w:sz w:val="22"/>
          <w:u w:val="single"/>
        </w:rPr>
        <w:t>more than 75 percent</w:t>
      </w:r>
      <w:r>
        <w:rPr>
          <w:b w:val="0"/>
          <w:i w:val="0"/>
          <w:smallCaps w:val="0"/>
          <w:strike w:val="0"/>
          <w:sz w:val="22"/>
          <w:u w:val="single"/>
        </w:rPr>
        <w:t xml:space="preserve"> are</w:t>
      </w:r>
      <w:r>
        <w:rPr>
          <w:b w:val="0"/>
          <w:i w:val="0"/>
          <w:smallCaps w:val="0"/>
          <w:strike w:val="0"/>
          <w:sz w:val="16"/>
          <w:u w:val="none"/>
        </w:rPr>
        <w:t xml:space="preserve">. </w:t>
      </w:r>
    </w:p>
    <w:p>
      <w:pPr>
        <w:spacing w:after="60"/>
      </w:pPr>
      <w:r>
        <w:rPr>
          <w:b w:val="0"/>
          <w:i w:val="0"/>
          <w:smallCaps w:val="0"/>
          <w:strike w:val="0"/>
          <w:sz w:val="16"/>
          <w:u w:val="none"/>
        </w:rPr>
        <w:t>One Thing We Say to Death: Not Today</w:t>
      </w:r>
    </w:p>
    <w:p>
      <w:pPr>
        <w:spacing w:after="60"/>
      </w:pPr>
      <w:r>
        <w:rPr>
          <w:b w:val="0"/>
          <w:i w:val="0"/>
          <w:smallCaps w:val="0"/>
          <w:strike w:val="0"/>
          <w:sz w:val="16"/>
          <w:u w:val="none"/>
        </w:rPr>
        <w:t xml:space="preserve">By now the pattern should be familiar: </w:t>
      </w:r>
      <w:r>
        <w:rPr>
          <w:b/>
          <w:i w:val="0"/>
          <w:smallCaps w:val="0"/>
          <w:strike w:val="0"/>
          <w:sz w:val="22"/>
          <w:u w:val="single"/>
        </w:rPr>
        <w:t>life expectancy</w:t>
      </w:r>
      <w:r>
        <w:rPr>
          <w:b w:val="0"/>
          <w:i w:val="0"/>
          <w:smallCaps w:val="0"/>
          <w:strike w:val="0"/>
          <w:sz w:val="22"/>
          <w:u w:val="single"/>
        </w:rPr>
        <w:t xml:space="preserve"> at birth has </w:t>
      </w:r>
      <w:r>
        <w:rPr>
          <w:b/>
          <w:i w:val="0"/>
          <w:smallCaps w:val="0"/>
          <w:strike w:val="0"/>
          <w:sz w:val="22"/>
          <w:u w:val="single"/>
        </w:rPr>
        <w:t>gone up around the world</w:t>
      </w:r>
      <w:r>
        <w:rPr>
          <w:b w:val="0"/>
          <w:i w:val="0"/>
          <w:smallCaps w:val="0"/>
          <w:strike w:val="0"/>
          <w:sz w:val="16"/>
          <w:u w:val="none"/>
        </w:rPr>
        <w:t xml:space="preserve"> in recent decades:</w:t>
      </w:r>
    </w:p>
    <w:p>
      <w:pPr>
        <w:spacing w:after="60"/>
      </w:pPr>
      <w:r>
        <w:rPr>
          <w:b w:val="0"/>
          <w:i w:val="0"/>
          <w:smallCaps w:val="0"/>
          <w:strike w:val="0"/>
          <w:sz w:val="16"/>
          <w:u w:val="none"/>
        </w:rPr>
        <w:t xml:space="preserve">As we saw in chapter 1, </w:t>
      </w:r>
      <w:r>
        <w:rPr>
          <w:b w:val="0"/>
          <w:i w:val="0"/>
          <w:smallCaps w:val="0"/>
          <w:strike w:val="0"/>
          <w:sz w:val="22"/>
          <w:u w:val="single"/>
        </w:rPr>
        <w:t xml:space="preserve">global life expectancy was about </w:t>
      </w:r>
      <w:r>
        <w:rPr>
          <w:b/>
          <w:i w:val="0"/>
          <w:smallCaps w:val="0"/>
          <w:strike w:val="0"/>
          <w:sz w:val="22"/>
          <w:u w:val="single"/>
        </w:rPr>
        <w:t>28.5 years in 1800</w:t>
      </w:r>
      <w:r>
        <w:rPr>
          <w:b w:val="0"/>
          <w:i w:val="0"/>
          <w:smallCaps w:val="0"/>
          <w:strike w:val="0"/>
          <w:sz w:val="22"/>
          <w:u w:val="single"/>
        </w:rPr>
        <w:t xml:space="preserve">. Over the next 150 years, that number </w:t>
      </w:r>
      <w:r>
        <w:rPr>
          <w:b/>
          <w:i w:val="0"/>
          <w:smallCaps w:val="0"/>
          <w:strike w:val="0"/>
          <w:sz w:val="22"/>
          <w:u w:val="single"/>
        </w:rPr>
        <w:t>increased by 20 years</w:t>
      </w:r>
      <w:r>
        <w:rPr>
          <w:b w:val="0"/>
          <w:i w:val="0"/>
          <w:smallCaps w:val="0"/>
          <w:strike w:val="0"/>
          <w:sz w:val="22"/>
          <w:u w:val="single"/>
        </w:rPr>
        <w:t>. Then</w:t>
      </w:r>
      <w:r>
        <w:rPr>
          <w:b w:val="0"/>
          <w:i w:val="0"/>
          <w:smallCaps w:val="0"/>
          <w:strike w:val="0"/>
          <w:sz w:val="16"/>
          <w:u w:val="none"/>
        </w:rPr>
        <w:t xml:space="preserve">, in the years between 1950 and 2015, it increased </w:t>
      </w:r>
      <w:r>
        <w:rPr>
          <w:b w:val="0"/>
          <w:i w:val="0"/>
          <w:smallCaps w:val="0"/>
          <w:strike w:val="0"/>
          <w:sz w:val="22"/>
          <w:u w:val="single"/>
        </w:rPr>
        <w:t xml:space="preserve">by </w:t>
      </w:r>
      <w:r>
        <w:rPr>
          <w:b/>
          <w:i w:val="0"/>
          <w:smallCaps w:val="0"/>
          <w:strike w:val="0"/>
          <w:sz w:val="22"/>
          <w:u w:val="single"/>
        </w:rPr>
        <w:t>25 more</w:t>
      </w:r>
      <w:r>
        <w:rPr>
          <w:b w:val="0"/>
          <w:i w:val="0"/>
          <w:smallCaps w:val="0"/>
          <w:strike w:val="0"/>
          <w:sz w:val="22"/>
          <w:u w:val="single"/>
        </w:rPr>
        <w:t xml:space="preserve">. These gains are </w:t>
      </w:r>
      <w:r>
        <w:rPr>
          <w:b/>
          <w:i w:val="0"/>
          <w:smallCaps w:val="0"/>
          <w:strike w:val="0"/>
          <w:sz w:val="22"/>
          <w:u w:val="single"/>
        </w:rPr>
        <w:t>now universal</w:t>
      </w:r>
      <w:r>
        <w:rPr>
          <w:b w:val="0"/>
          <w:i w:val="0"/>
          <w:smallCaps w:val="0"/>
          <w:strike w:val="0"/>
          <w:sz w:val="16"/>
          <w:u w:val="none"/>
        </w:rPr>
        <w:t xml:space="preserve">; Southern Africa has regained the 10 years of expected life lost during its terrifying AIDS crisis. </w:t>
      </w:r>
    </w:p>
    <w:p>
      <w:pPr>
        <w:spacing w:after="60"/>
      </w:pPr>
      <w:r>
        <w:rPr>
          <w:b w:val="0"/>
          <w:i w:val="0"/>
          <w:smallCaps w:val="0"/>
          <w:strike w:val="0"/>
          <w:sz w:val="22"/>
          <w:u w:val="single"/>
        </w:rPr>
        <w:t xml:space="preserve">One of the reasons life </w:t>
      </w:r>
      <w:r>
        <w:rPr>
          <w:b w:val="0"/>
          <w:i w:val="0"/>
          <w:smallCaps w:val="0"/>
          <w:strike w:val="0"/>
          <w:sz w:val="22"/>
          <w:u w:val="single"/>
        </w:rPr>
        <w:t>expectancy</w:t>
      </w:r>
      <w:r>
        <w:rPr>
          <w:b w:val="0"/>
          <w:i w:val="0"/>
          <w:smallCaps w:val="0"/>
          <w:strike w:val="0"/>
          <w:sz w:val="22"/>
          <w:u w:val="single"/>
        </w:rPr>
        <w:t xml:space="preserve"> has </w:t>
      </w:r>
      <w:r>
        <w:rPr>
          <w:b/>
          <w:i w:val="0"/>
          <w:smallCaps w:val="0"/>
          <w:strike w:val="0"/>
          <w:sz w:val="22"/>
          <w:u w:val="single"/>
        </w:rPr>
        <w:t>gone up so quickly</w:t>
      </w:r>
      <w:r>
        <w:rPr>
          <w:b w:val="0"/>
          <w:i w:val="0"/>
          <w:smallCaps w:val="0"/>
          <w:strike w:val="0"/>
          <w:sz w:val="22"/>
          <w:u w:val="single"/>
        </w:rPr>
        <w:t xml:space="preserve"> is the </w:t>
      </w:r>
      <w:r>
        <w:rPr>
          <w:b/>
          <w:i w:val="0"/>
          <w:smallCaps w:val="0"/>
          <w:strike w:val="0"/>
          <w:sz w:val="22"/>
          <w:u w:val="single"/>
        </w:rPr>
        <w:t>collapse</w:t>
      </w:r>
      <w:r>
        <w:rPr>
          <w:b w:val="0"/>
          <w:i w:val="0"/>
          <w:smallCaps w:val="0"/>
          <w:strike w:val="0"/>
          <w:sz w:val="22"/>
          <w:u w:val="single"/>
        </w:rPr>
        <w:t xml:space="preserve"> in both </w:t>
      </w:r>
      <w:r>
        <w:rPr>
          <w:b/>
          <w:i w:val="0"/>
          <w:smallCaps w:val="0"/>
          <w:strike w:val="0"/>
          <w:sz w:val="22"/>
          <w:u w:val="single"/>
        </w:rPr>
        <w:t>child</w:t>
      </w:r>
      <w:r>
        <w:rPr>
          <w:b w:val="0"/>
          <w:i w:val="0"/>
          <w:smallCaps w:val="0"/>
          <w:strike w:val="0"/>
          <w:sz w:val="22"/>
          <w:u w:val="single"/>
        </w:rPr>
        <w:t xml:space="preserve"> and </w:t>
      </w:r>
      <w:r>
        <w:rPr>
          <w:b/>
          <w:i w:val="0"/>
          <w:smallCaps w:val="0"/>
          <w:strike w:val="0"/>
          <w:sz w:val="22"/>
          <w:u w:val="single"/>
        </w:rPr>
        <w:t>maternal mortality</w:t>
      </w:r>
      <w:r>
        <w:rPr>
          <w:b w:val="0"/>
          <w:i w:val="0"/>
          <w:smallCaps w:val="0"/>
          <w:strike w:val="0"/>
          <w:sz w:val="22"/>
          <w:u w:val="single"/>
        </w:rPr>
        <w:t xml:space="preserve"> around the world</w:t>
      </w:r>
      <w:r>
        <w:rPr>
          <w:b w:val="0"/>
          <w:i w:val="0"/>
          <w:smallCaps w:val="0"/>
          <w:strike w:val="0"/>
          <w:sz w:val="16"/>
          <w:u w:val="none"/>
        </w:rPr>
        <w:t xml:space="preserve">: </w:t>
      </w:r>
    </w:p>
    <w:p>
      <w:pPr>
        <w:spacing w:after="60"/>
      </w:pPr>
      <w:r>
        <w:rPr>
          <w:b w:val="0"/>
          <w:i w:val="0"/>
          <w:smallCaps w:val="0"/>
          <w:strike w:val="0"/>
          <w:sz w:val="22"/>
          <w:u w:val="single"/>
        </w:rPr>
        <w:t xml:space="preserve">I find these mortality declines </w:t>
      </w:r>
      <w:r>
        <w:rPr>
          <w:b/>
          <w:i w:val="0"/>
          <w:smallCaps w:val="0"/>
          <w:strike w:val="0"/>
          <w:sz w:val="22"/>
          <w:u w:val="single"/>
        </w:rPr>
        <w:t>especially fast</w:t>
      </w:r>
      <w:r>
        <w:rPr>
          <w:b w:val="0"/>
          <w:i w:val="0"/>
          <w:smallCaps w:val="0"/>
          <w:strike w:val="0"/>
          <w:sz w:val="22"/>
          <w:u w:val="single"/>
        </w:rPr>
        <w:t xml:space="preserve">, </w:t>
      </w:r>
      <w:r>
        <w:rPr>
          <w:b/>
          <w:i w:val="0"/>
          <w:smallCaps w:val="0"/>
          <w:strike w:val="0"/>
          <w:sz w:val="22"/>
          <w:u w:val="single"/>
        </w:rPr>
        <w:t>large</w:t>
      </w:r>
      <w:r>
        <w:rPr>
          <w:b w:val="0"/>
          <w:i w:val="0"/>
          <w:smallCaps w:val="0"/>
          <w:strike w:val="0"/>
          <w:sz w:val="22"/>
          <w:u w:val="single"/>
        </w:rPr>
        <w:t xml:space="preserve">, and </w:t>
      </w:r>
      <w:r>
        <w:rPr>
          <w:b/>
          <w:i w:val="0"/>
          <w:smallCaps w:val="0"/>
          <w:strike w:val="0"/>
          <w:sz w:val="22"/>
          <w:u w:val="single"/>
        </w:rPr>
        <w:t>broad</w:t>
      </w:r>
      <w:r>
        <w:rPr>
          <w:b w:val="0"/>
          <w:i w:val="0"/>
          <w:smallCaps w:val="0"/>
          <w:strike w:val="0"/>
          <w:sz w:val="16"/>
          <w:u w:val="none"/>
        </w:rPr>
        <w:t xml:space="preserve">. Today, </w:t>
      </w:r>
      <w:r>
        <w:rPr>
          <w:b w:val="0"/>
          <w:i w:val="0"/>
          <w:smallCaps w:val="0"/>
          <w:strike w:val="0"/>
          <w:sz w:val="22"/>
          <w:u w:val="single"/>
        </w:rPr>
        <w:t xml:space="preserve">we </w:t>
      </w:r>
      <w:r>
        <w:rPr>
          <w:b/>
          <w:i w:val="0"/>
          <w:smallCaps w:val="0"/>
          <w:strike w:val="0"/>
          <w:sz w:val="22"/>
          <w:u w:val="single"/>
        </w:rPr>
        <w:t>still have desperately poor regions</w:t>
      </w:r>
      <w:r>
        <w:rPr>
          <w:b w:val="0"/>
          <w:i w:val="0"/>
          <w:smallCaps w:val="0"/>
          <w:strike w:val="0"/>
          <w:sz w:val="22"/>
          <w:u w:val="single"/>
        </w:rPr>
        <w:t xml:space="preserve">, </w:t>
      </w:r>
      <w:r>
        <w:rPr>
          <w:b/>
          <w:i w:val="0"/>
          <w:smallCaps w:val="0"/>
          <w:strike w:val="0"/>
          <w:sz w:val="22"/>
          <w:u w:val="single"/>
        </w:rPr>
        <w:t>failed states</w:t>
      </w:r>
      <w:r>
        <w:rPr>
          <w:b w:val="0"/>
          <w:i w:val="0"/>
          <w:smallCaps w:val="0"/>
          <w:strike w:val="0"/>
          <w:sz w:val="22"/>
          <w:u w:val="single"/>
        </w:rPr>
        <w:t xml:space="preserve">, and the </w:t>
      </w:r>
      <w:r>
        <w:rPr>
          <w:b/>
          <w:i w:val="0"/>
          <w:smallCaps w:val="0"/>
          <w:strike w:val="0"/>
          <w:sz w:val="22"/>
          <w:u w:val="single"/>
        </w:rPr>
        <w:t>decimations of war</w:t>
      </w:r>
      <w:r>
        <w:rPr>
          <w:b w:val="0"/>
          <w:i w:val="0"/>
          <w:smallCaps w:val="0"/>
          <w:strike w:val="0"/>
          <w:sz w:val="22"/>
          <w:u w:val="single"/>
        </w:rPr>
        <w:t xml:space="preserve">. But in </w:t>
      </w:r>
      <w:r>
        <w:rPr>
          <w:b/>
          <w:i w:val="0"/>
          <w:smallCaps w:val="0"/>
          <w:strike w:val="0"/>
          <w:sz w:val="22"/>
          <w:u w:val="single"/>
        </w:rPr>
        <w:t>no region today</w:t>
      </w:r>
      <w:r>
        <w:rPr>
          <w:b w:val="0"/>
          <w:i w:val="0"/>
          <w:smallCaps w:val="0"/>
          <w:strike w:val="0"/>
          <w:sz w:val="22"/>
          <w:u w:val="single"/>
        </w:rPr>
        <w:t xml:space="preserve"> is the child mortality rate </w:t>
      </w:r>
      <w:r>
        <w:rPr>
          <w:b/>
          <w:i w:val="0"/>
          <w:smallCaps w:val="0"/>
          <w:strike w:val="0"/>
          <w:sz w:val="22"/>
          <w:u w:val="single"/>
        </w:rPr>
        <w:t>higher</w:t>
      </w:r>
      <w:r>
        <w:rPr>
          <w:b w:val="0"/>
          <w:i w:val="0"/>
          <w:smallCaps w:val="0"/>
          <w:strike w:val="0"/>
          <w:sz w:val="22"/>
          <w:u w:val="single"/>
        </w:rPr>
        <w:t xml:space="preserve"> than the world's average rate was in </w:t>
      </w:r>
      <w:r>
        <w:rPr>
          <w:b/>
          <w:i w:val="0"/>
          <w:smallCaps w:val="0"/>
          <w:strike w:val="0"/>
          <w:sz w:val="22"/>
          <w:u w:val="single"/>
        </w:rPr>
        <w:t>1998</w:t>
      </w:r>
      <w:r>
        <w:rPr>
          <w:b w:val="0"/>
          <w:i w:val="0"/>
          <w:smallCaps w:val="0"/>
          <w:strike w:val="0"/>
          <w:sz w:val="16"/>
          <w:u w:val="none"/>
        </w:rPr>
        <w:t xml:space="preserve">. </w:t>
      </w:r>
    </w:p>
    <w:p>
      <w:pPr>
        <w:spacing w:after="60"/>
      </w:pPr>
      <w:r>
        <w:rPr>
          <w:b w:val="0"/>
          <w:i w:val="0"/>
          <w:smallCaps w:val="0"/>
          <w:strike w:val="0"/>
          <w:sz w:val="16"/>
          <w:u w:val="none"/>
        </w:rPr>
        <w:t xml:space="preserve">Convergent </w:t>
      </w:r>
    </w:p>
    <w:p>
      <w:pPr>
        <w:spacing w:after="60"/>
      </w:pPr>
      <w:r>
        <w:rPr>
          <w:b w:val="0"/>
          <w:i w:val="0"/>
          <w:smallCaps w:val="0"/>
          <w:strike w:val="0"/>
          <w:sz w:val="16"/>
          <w:u w:val="none"/>
        </w:rPr>
        <w:t xml:space="preserve">Trends in maternal and child mortality highlight a critical fact that's often overlooked: </w:t>
      </w:r>
      <w:r>
        <w:rPr>
          <w:b/>
          <w:i w:val="0"/>
          <w:smallCaps w:val="0"/>
          <w:strike w:val="0"/>
          <w:sz w:val="22"/>
          <w:u w:val="single"/>
        </w:rPr>
        <w:t>around the world</w:t>
      </w:r>
      <w:r>
        <w:rPr>
          <w:b w:val="0"/>
          <w:i w:val="0"/>
          <w:smallCaps w:val="0"/>
          <w:strike w:val="0"/>
          <w:sz w:val="22"/>
          <w:u w:val="single"/>
        </w:rPr>
        <w:t xml:space="preserve">, inequality in </w:t>
      </w:r>
      <w:r>
        <w:rPr>
          <w:b/>
          <w:i w:val="0"/>
          <w:smallCaps w:val="0"/>
          <w:strike w:val="0"/>
          <w:sz w:val="22"/>
          <w:u w:val="single"/>
        </w:rPr>
        <w:t>most important measures</w:t>
      </w:r>
      <w:r>
        <w:rPr>
          <w:b w:val="0"/>
          <w:i w:val="0"/>
          <w:smallCaps w:val="0"/>
          <w:strike w:val="0"/>
          <w:sz w:val="22"/>
          <w:u w:val="single"/>
        </w:rPr>
        <w:t xml:space="preserve"> of human material well-being is </w:t>
      </w:r>
      <w:r>
        <w:rPr>
          <w:b/>
          <w:i w:val="0"/>
          <w:smallCaps w:val="0"/>
          <w:strike w:val="0"/>
          <w:sz w:val="22"/>
          <w:u w:val="single"/>
        </w:rPr>
        <w:t>decreasing</w:t>
      </w:r>
      <w:r>
        <w:rPr>
          <w:b w:val="0"/>
          <w:i w:val="0"/>
          <w:smallCaps w:val="0"/>
          <w:strike w:val="0"/>
          <w:sz w:val="22"/>
          <w:u w:val="single"/>
        </w:rPr>
        <w:t xml:space="preserve">. Poor countries are </w:t>
      </w:r>
      <w:r>
        <w:rPr>
          <w:b/>
          <w:i w:val="0"/>
          <w:smallCaps w:val="0"/>
          <w:strike w:val="0"/>
          <w:sz w:val="22"/>
          <w:u w:val="single"/>
        </w:rPr>
        <w:t>catching up</w:t>
      </w:r>
      <w:r>
        <w:rPr>
          <w:b w:val="0"/>
          <w:i w:val="0"/>
          <w:smallCaps w:val="0"/>
          <w:strike w:val="0"/>
          <w:sz w:val="22"/>
          <w:u w:val="single"/>
        </w:rPr>
        <w:t xml:space="preserve"> to rich ones, and </w:t>
      </w:r>
      <w:r>
        <w:rPr>
          <w:b/>
          <w:i w:val="0"/>
          <w:smallCaps w:val="0"/>
          <w:strike w:val="0"/>
          <w:sz w:val="22"/>
          <w:u w:val="single"/>
        </w:rPr>
        <w:t>gaps</w:t>
      </w:r>
      <w:r>
        <w:rPr>
          <w:b w:val="0"/>
          <w:i w:val="0"/>
          <w:smallCaps w:val="0"/>
          <w:strike w:val="0"/>
          <w:sz w:val="22"/>
          <w:u w:val="single"/>
        </w:rPr>
        <w:t xml:space="preserve"> that were once large are </w:t>
      </w:r>
      <w:r>
        <w:rPr>
          <w:b/>
          <w:i w:val="0"/>
          <w:smallCaps w:val="0"/>
          <w:strike w:val="0"/>
          <w:sz w:val="22"/>
          <w:u w:val="single"/>
        </w:rPr>
        <w:t>shrinking</w:t>
      </w:r>
      <w:r>
        <w:rPr>
          <w:b w:val="0"/>
          <w:i w:val="0"/>
          <w:smallCaps w:val="0"/>
          <w:strike w:val="0"/>
          <w:sz w:val="22"/>
          <w:u w:val="single"/>
        </w:rPr>
        <w:t>. Inequalities in income and wealth dominate the news, and in many places these gaps are large and growing</w:t>
      </w:r>
      <w:r>
        <w:rPr>
          <w:b w:val="0"/>
          <w:i w:val="0"/>
          <w:smallCaps w:val="0"/>
          <w:strike w:val="0"/>
          <w:sz w:val="16"/>
          <w:u w:val="none"/>
        </w:rPr>
        <w:t xml:space="preserve">. </w:t>
      </w:r>
      <w:r>
        <w:rPr>
          <w:b w:val="0"/>
          <w:i w:val="0"/>
          <w:smallCaps w:val="0"/>
          <w:strike w:val="0"/>
          <w:sz w:val="16"/>
          <w:u w:val="none"/>
        </w:rPr>
        <w:t>They re</w:t>
      </w:r>
      <w:r>
        <w:rPr>
          <w:b w:val="0"/>
          <w:i w:val="0"/>
          <w:smallCaps w:val="0"/>
          <w:strike w:val="0"/>
          <w:sz w:val="16"/>
          <w:u w:val="none"/>
        </w:rPr>
        <w:t xml:space="preserve"> also important, so well look at economic inequality in the next two chapters. </w:t>
      </w:r>
    </w:p>
    <w:p>
      <w:pPr>
        <w:spacing w:after="60"/>
      </w:pPr>
      <w:r>
        <w:rPr>
          <w:b w:val="0"/>
          <w:i w:val="0"/>
          <w:smallCaps w:val="0"/>
          <w:strike w:val="0"/>
          <w:sz w:val="22"/>
          <w:u w:val="single"/>
        </w:rPr>
        <w:t>But</w:t>
      </w:r>
      <w:r>
        <w:rPr>
          <w:b w:val="0"/>
          <w:i w:val="0"/>
          <w:smallCaps w:val="0"/>
          <w:strike w:val="0"/>
          <w:sz w:val="16"/>
          <w:u w:val="none"/>
        </w:rPr>
        <w:t xml:space="preserve"> it's true, too, that </w:t>
      </w:r>
      <w:r>
        <w:rPr>
          <w:b w:val="0"/>
          <w:i w:val="0"/>
          <w:smallCaps w:val="0"/>
          <w:strike w:val="0"/>
          <w:sz w:val="22"/>
          <w:u w:val="single"/>
        </w:rPr>
        <w:t xml:space="preserve">there are </w:t>
      </w:r>
      <w:r>
        <w:rPr>
          <w:b/>
          <w:i w:val="0"/>
          <w:smallCaps w:val="0"/>
          <w:strike w:val="0"/>
          <w:sz w:val="22"/>
          <w:u w:val="single"/>
        </w:rPr>
        <w:t>other kinds of inequality</w:t>
      </w:r>
      <w:r>
        <w:rPr>
          <w:b w:val="0"/>
          <w:i w:val="0"/>
          <w:smallCaps w:val="0"/>
          <w:strike w:val="0"/>
          <w:sz w:val="22"/>
          <w:u w:val="single"/>
        </w:rPr>
        <w:t xml:space="preserve"> that we should care about as we examine the human condition: inequalities in </w:t>
      </w:r>
      <w:r>
        <w:rPr>
          <w:b/>
          <w:i w:val="0"/>
          <w:smallCaps w:val="0"/>
          <w:strike w:val="0"/>
          <w:sz w:val="22"/>
          <w:u w:val="single"/>
        </w:rPr>
        <w:t>health</w:t>
      </w:r>
      <w:r>
        <w:rPr>
          <w:b w:val="0"/>
          <w:i w:val="0"/>
          <w:smallCaps w:val="0"/>
          <w:strike w:val="0"/>
          <w:sz w:val="22"/>
          <w:u w:val="single"/>
        </w:rPr>
        <w:t xml:space="preserve">, </w:t>
      </w:r>
      <w:r>
        <w:rPr>
          <w:b/>
          <w:i w:val="0"/>
          <w:smallCaps w:val="0"/>
          <w:strike w:val="0"/>
          <w:sz w:val="22"/>
          <w:u w:val="single"/>
        </w:rPr>
        <w:t>education</w:t>
      </w:r>
      <w:r>
        <w:rPr>
          <w:b w:val="0"/>
          <w:i w:val="0"/>
          <w:smallCaps w:val="0"/>
          <w:strike w:val="0"/>
          <w:sz w:val="22"/>
          <w:u w:val="single"/>
        </w:rPr>
        <w:t xml:space="preserve">, </w:t>
      </w:r>
      <w:r>
        <w:rPr>
          <w:b/>
          <w:i w:val="0"/>
          <w:smallCaps w:val="0"/>
          <w:strike w:val="0"/>
          <w:sz w:val="22"/>
          <w:u w:val="single"/>
        </w:rPr>
        <w:t>diet</w:t>
      </w:r>
      <w:r>
        <w:rPr>
          <w:b w:val="0"/>
          <w:i w:val="0"/>
          <w:smallCaps w:val="0"/>
          <w:strike w:val="0"/>
          <w:sz w:val="22"/>
          <w:u w:val="single"/>
        </w:rPr>
        <w:t xml:space="preserve">, </w:t>
      </w:r>
      <w:r>
        <w:rPr>
          <w:b/>
          <w:i w:val="0"/>
          <w:smallCaps w:val="0"/>
          <w:strike w:val="0"/>
          <w:sz w:val="22"/>
          <w:u w:val="single"/>
        </w:rPr>
        <w:t>sanitation</w:t>
      </w:r>
      <w:r>
        <w:rPr>
          <w:b w:val="0"/>
          <w:i w:val="0"/>
          <w:smallCaps w:val="0"/>
          <w:strike w:val="0"/>
          <w:sz w:val="22"/>
          <w:u w:val="single"/>
        </w:rPr>
        <w:t xml:space="preserve">, and other things that </w:t>
      </w:r>
      <w:r>
        <w:rPr>
          <w:b/>
          <w:i w:val="0"/>
          <w:smallCaps w:val="0"/>
          <w:strike w:val="0"/>
          <w:sz w:val="22"/>
          <w:u w:val="single"/>
        </w:rPr>
        <w:t>matter deeply</w:t>
      </w:r>
      <w:r>
        <w:rPr>
          <w:b w:val="0"/>
          <w:i w:val="0"/>
          <w:smallCaps w:val="0"/>
          <w:strike w:val="0"/>
          <w:sz w:val="22"/>
          <w:u w:val="single"/>
        </w:rPr>
        <w:t xml:space="preserve"> for the quality of a person's life. Here the news is </w:t>
      </w:r>
      <w:r>
        <w:rPr>
          <w:b/>
          <w:i w:val="0"/>
          <w:smallCaps w:val="0"/>
          <w:strike w:val="0"/>
          <w:sz w:val="22"/>
          <w:u w:val="single"/>
        </w:rPr>
        <w:t>profoundly good</w:t>
      </w:r>
      <w:r>
        <w:rPr>
          <w:b w:val="0"/>
          <w:i w:val="0"/>
          <w:smallCaps w:val="0"/>
          <w:strike w:val="0"/>
          <w:sz w:val="22"/>
          <w:u w:val="single"/>
        </w:rPr>
        <w:t xml:space="preserve">; these inequalities are </w:t>
      </w:r>
      <w:r>
        <w:rPr>
          <w:b/>
          <w:i w:val="0"/>
          <w:smallCaps w:val="0"/>
          <w:strike w:val="0"/>
          <w:sz w:val="22"/>
          <w:u w:val="single"/>
        </w:rPr>
        <w:t>collapsing</w:t>
      </w:r>
      <w:r>
        <w:rPr>
          <w:b w:val="0"/>
          <w:i w:val="0"/>
          <w:smallCaps w:val="0"/>
          <w:strike w:val="0"/>
          <w:sz w:val="16"/>
          <w:u w:val="none"/>
        </w:rPr>
        <w:t xml:space="preserve">. As the four horsemen have galloped around the world in recent decades, they've made life better not only for those people and countries that were already rich but for just about everyone else. </w:t>
      </w:r>
      <w:r>
        <w:rPr>
          <w:b/>
          <w:i w:val="0"/>
          <w:smallCaps w:val="0"/>
          <w:strike w:val="0"/>
          <w:sz w:val="22"/>
          <w:u w:val="single"/>
        </w:rPr>
        <w:t>Everywhere</w:t>
      </w:r>
      <w:r>
        <w:rPr>
          <w:b w:val="0"/>
          <w:i w:val="0"/>
          <w:smallCaps w:val="0"/>
          <w:strike w:val="0"/>
          <w:sz w:val="22"/>
          <w:u w:val="single"/>
        </w:rPr>
        <w:t xml:space="preserve">, </w:t>
      </w:r>
      <w:r>
        <w:rPr>
          <w:b/>
          <w:i w:val="0"/>
          <w:smallCaps w:val="0"/>
          <w:strike w:val="0"/>
          <w:sz w:val="22"/>
          <w:u w:val="single"/>
        </w:rPr>
        <w:t>fewer mothers</w:t>
      </w:r>
      <w:r>
        <w:rPr>
          <w:b w:val="0"/>
          <w:i w:val="0"/>
          <w:smallCaps w:val="0"/>
          <w:strike w:val="0"/>
          <w:sz w:val="22"/>
          <w:u w:val="single"/>
        </w:rPr>
        <w:t xml:space="preserve"> and </w:t>
      </w:r>
      <w:r>
        <w:rPr>
          <w:b/>
          <w:i w:val="0"/>
          <w:smallCaps w:val="0"/>
          <w:strike w:val="0"/>
          <w:sz w:val="22"/>
          <w:u w:val="single"/>
        </w:rPr>
        <w:t>babies are dying</w:t>
      </w:r>
      <w:r>
        <w:rPr>
          <w:b w:val="0"/>
          <w:i w:val="0"/>
          <w:smallCaps w:val="0"/>
          <w:strike w:val="0"/>
          <w:sz w:val="22"/>
          <w:u w:val="single"/>
        </w:rPr>
        <w:t xml:space="preserve">, more kids are </w:t>
      </w:r>
      <w:r>
        <w:rPr>
          <w:b/>
          <w:i w:val="0"/>
          <w:smallCaps w:val="0"/>
          <w:strike w:val="0"/>
          <w:sz w:val="22"/>
          <w:u w:val="single"/>
        </w:rPr>
        <w:t>getting an education</w:t>
      </w:r>
      <w:r>
        <w:rPr>
          <w:b w:val="0"/>
          <w:i w:val="0"/>
          <w:smallCaps w:val="0"/>
          <w:strike w:val="0"/>
          <w:sz w:val="22"/>
          <w:u w:val="single"/>
        </w:rPr>
        <w:t xml:space="preserve">, more people have </w:t>
      </w:r>
      <w:r>
        <w:rPr>
          <w:b/>
          <w:i w:val="0"/>
          <w:smallCaps w:val="0"/>
          <w:strike w:val="0"/>
          <w:sz w:val="22"/>
          <w:u w:val="single"/>
        </w:rPr>
        <w:t>adequate nutrition</w:t>
      </w:r>
      <w:r>
        <w:rPr>
          <w:b w:val="0"/>
          <w:i w:val="0"/>
          <w:smallCaps w:val="0"/>
          <w:strike w:val="0"/>
          <w:sz w:val="22"/>
          <w:u w:val="single"/>
        </w:rPr>
        <w:t xml:space="preserve"> and </w:t>
      </w:r>
      <w:r>
        <w:rPr>
          <w:b/>
          <w:i w:val="0"/>
          <w:smallCaps w:val="0"/>
          <w:strike w:val="0"/>
          <w:sz w:val="22"/>
          <w:u w:val="single"/>
        </w:rPr>
        <w:t>sanitation</w:t>
      </w:r>
      <w:r>
        <w:rPr>
          <w:b w:val="0"/>
          <w:i w:val="0"/>
          <w:smallCaps w:val="0"/>
          <w:strike w:val="0"/>
          <w:sz w:val="22"/>
          <w:u w:val="single"/>
        </w:rPr>
        <w:t xml:space="preserve">. </w:t>
      </w:r>
    </w:p>
    <w:p>
      <w:pPr>
        <w:spacing w:after="60"/>
      </w:pPr>
      <w:r>
        <w:rPr>
          <w:b w:val="0"/>
          <w:i w:val="0"/>
          <w:smallCaps w:val="0"/>
          <w:strike w:val="0"/>
          <w:sz w:val="22"/>
          <w:u w:val="single"/>
        </w:rPr>
        <w:t xml:space="preserve">It's </w:t>
      </w:r>
      <w:r>
        <w:rPr>
          <w:b/>
          <w:i w:val="0"/>
          <w:smallCaps w:val="0"/>
          <w:strike w:val="0"/>
          <w:sz w:val="22"/>
          <w:u w:val="single"/>
        </w:rPr>
        <w:t>essential to acknowledge these global victories</w:t>
      </w:r>
      <w:r>
        <w:rPr>
          <w:b w:val="0"/>
          <w:i w:val="0"/>
          <w:smallCaps w:val="0"/>
          <w:strike w:val="0"/>
          <w:sz w:val="22"/>
          <w:u w:val="single"/>
        </w:rPr>
        <w:t xml:space="preserve"> because they show us that </w:t>
      </w:r>
      <w:r>
        <w:rPr>
          <w:b/>
          <w:i w:val="0"/>
          <w:smallCaps w:val="0"/>
          <w:strike w:val="0"/>
          <w:sz w:val="22"/>
          <w:u w:val="single"/>
        </w:rPr>
        <w:t>what we're doing is working</w:t>
      </w:r>
      <w:r>
        <w:rPr>
          <w:b w:val="0"/>
          <w:i w:val="0"/>
          <w:smallCaps w:val="0"/>
          <w:strike w:val="0"/>
          <w:sz w:val="16"/>
          <w:u w:val="none"/>
        </w:rPr>
        <w:t xml:space="preserve">. Tech progress, </w:t>
      </w:r>
      <w:r>
        <w:rPr>
          <w:b/>
          <w:i w:val="0"/>
          <w:smallCaps w:val="0"/>
          <w:strike w:val="0"/>
          <w:sz w:val="22"/>
          <w:u w:val="single"/>
        </w:rPr>
        <w:t>capitalism</w:t>
      </w:r>
      <w:r>
        <w:rPr>
          <w:b w:val="0"/>
          <w:i w:val="0"/>
          <w:smallCaps w:val="0"/>
          <w:strike w:val="0"/>
          <w:sz w:val="16"/>
          <w:u w:val="none"/>
        </w:rPr>
        <w:t xml:space="preserve">, public awareness, and responsive government </w:t>
      </w:r>
      <w:r>
        <w:rPr>
          <w:b w:val="0"/>
          <w:i w:val="0"/>
          <w:smallCaps w:val="0"/>
          <w:strike w:val="0"/>
          <w:sz w:val="22"/>
          <w:u w:val="single"/>
        </w:rPr>
        <w:t xml:space="preserve">are </w:t>
      </w:r>
      <w:r>
        <w:rPr>
          <w:b/>
          <w:i w:val="0"/>
          <w:smallCaps w:val="0"/>
          <w:strike w:val="0"/>
          <w:sz w:val="22"/>
          <w:u w:val="single"/>
        </w:rPr>
        <w:t>spreading around the world</w:t>
      </w:r>
      <w:r>
        <w:rPr>
          <w:b w:val="0"/>
          <w:i w:val="0"/>
          <w:smallCaps w:val="0"/>
          <w:strike w:val="0"/>
          <w:sz w:val="22"/>
          <w:u w:val="single"/>
        </w:rPr>
        <w:t xml:space="preserve"> and </w:t>
      </w:r>
      <w:r>
        <w:rPr>
          <w:b/>
          <w:i w:val="0"/>
          <w:smallCaps w:val="0"/>
          <w:strike w:val="0"/>
          <w:sz w:val="22"/>
          <w:u w:val="single"/>
        </w:rPr>
        <w:t>improving it</w:t>
      </w:r>
      <w:r>
        <w:rPr>
          <w:b w:val="0"/>
          <w:i w:val="0"/>
          <w:smallCaps w:val="0"/>
          <w:strike w:val="0"/>
          <w:sz w:val="16"/>
          <w:u w:val="none"/>
        </w:rPr>
        <w:t xml:space="preserve">. It's often said that insanity is doing the same thing over and over but expecting different results. The corollary might be that ignorance is not examining the results of what's being done. Over and over, when we look at the evidence, we see that the four horsemen are improving our world. </w:t>
      </w:r>
    </w:p>
    <w:p>
      <w:pPr>
        <w:pStyle w:val="Caption"/>
      </w:pPr>
      <w:r>
        <w:t>Source: Capitalism Kritik Answers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