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Racial capitalism is </w:t>
      </w:r>
      <w:r>
        <w:rPr>
          <w:b/>
          <w:i w:val="0"/>
          <w:smallCaps w:val="0"/>
          <w:strike w:val="0"/>
          <w:sz w:val="26"/>
          <w:u w:val="single"/>
        </w:rPr>
        <w:t>terminally unsustainable</w:t>
      </w:r>
      <w:r>
        <w:rPr>
          <w:b/>
          <w:i w:val="0"/>
          <w:smallCaps w:val="0"/>
          <w:strike w:val="0"/>
          <w:sz w:val="26"/>
          <w:u w:val="none"/>
        </w:rPr>
        <w:t xml:space="preserve"> </w:t>
      </w:r>
      <w:r>
        <w:rPr>
          <w:b/>
          <w:i w:val="0"/>
          <w:smallCaps w:val="0"/>
          <w:strike w:val="0"/>
          <w:sz w:val="26"/>
          <w:u w:val="none"/>
        </w:rPr>
        <w:t xml:space="preserve">– </w:t>
      </w:r>
      <w:r>
        <w:rPr>
          <w:b/>
          <w:i w:val="0"/>
          <w:smallCaps w:val="0"/>
          <w:strike w:val="0"/>
          <w:sz w:val="26"/>
          <w:u w:val="single"/>
        </w:rPr>
        <w:t>financialization</w:t>
      </w:r>
      <w:r>
        <w:rPr>
          <w:b/>
          <w:i w:val="0"/>
          <w:smallCaps w:val="0"/>
          <w:strike w:val="0"/>
          <w:sz w:val="26"/>
          <w:u w:val="none"/>
        </w:rPr>
        <w:t xml:space="preserve">, </w:t>
      </w:r>
      <w:r>
        <w:rPr>
          <w:b/>
          <w:i w:val="0"/>
          <w:smallCaps w:val="0"/>
          <w:strike w:val="0"/>
          <w:sz w:val="26"/>
          <w:u w:val="single"/>
        </w:rPr>
        <w:t>resource shortages</w:t>
      </w:r>
      <w:r>
        <w:rPr>
          <w:b/>
          <w:i w:val="0"/>
          <w:smallCaps w:val="0"/>
          <w:strike w:val="0"/>
          <w:sz w:val="26"/>
          <w:u w:val="none"/>
        </w:rPr>
        <w:t xml:space="preserve">, </w:t>
      </w:r>
      <w:r>
        <w:rPr>
          <w:b/>
          <w:i w:val="0"/>
          <w:smallCaps w:val="0"/>
          <w:strike w:val="0"/>
          <w:sz w:val="26"/>
          <w:u w:val="single"/>
        </w:rPr>
        <w:t>ecological collapse</w:t>
      </w:r>
      <w:r>
        <w:rPr>
          <w:b/>
          <w:i w:val="0"/>
          <w:smallCaps w:val="0"/>
          <w:strike w:val="0"/>
          <w:sz w:val="26"/>
          <w:u w:val="none"/>
        </w:rPr>
        <w:t xml:space="preserve">, </w:t>
      </w:r>
      <w:r>
        <w:rPr>
          <w:b/>
          <w:i w:val="0"/>
          <w:smallCaps w:val="0"/>
          <w:strike w:val="0"/>
          <w:sz w:val="26"/>
          <w:u w:val="single"/>
        </w:rPr>
        <w:t>inflation</w:t>
      </w:r>
      <w:r>
        <w:rPr>
          <w:b/>
          <w:i w:val="0"/>
          <w:smallCaps w:val="0"/>
          <w:strike w:val="0"/>
          <w:sz w:val="26"/>
          <w:u w:val="none"/>
        </w:rPr>
        <w:t xml:space="preserve">, and </w:t>
      </w:r>
      <w:r>
        <w:rPr>
          <w:b/>
          <w:i w:val="0"/>
          <w:smallCaps w:val="0"/>
          <w:strike w:val="0"/>
          <w:sz w:val="26"/>
          <w:u w:val="single"/>
        </w:rPr>
        <w:t>debt politics</w:t>
      </w:r>
    </w:p>
    <w:p>
      <w:pPr>
        <w:spacing w:after="80"/>
      </w:pPr>
      <w:r>
        <w:rPr>
          <w:b/>
          <w:i w:val="0"/>
          <w:smallCaps w:val="0"/>
          <w:strike w:val="0"/>
          <w:sz w:val="26"/>
          <w:u w:val="none"/>
        </w:rPr>
        <w:t xml:space="preserve">Ransby 23 </w:t>
      </w:r>
      <w:r>
        <w:rPr>
          <w:b w:val="0"/>
          <w:i w:val="0"/>
          <w:smallCaps w:val="0"/>
          <w:strike w:val="0"/>
          <w:sz w:val="22"/>
          <w:u w:val="none"/>
        </w:rPr>
        <w:t>– elected fellow of the Society of American Historians, and holds the John D. MacArthur Chair at the University of Illinois Chicago</w:t>
      </w:r>
    </w:p>
    <w:p>
      <w:pPr>
        <w:spacing w:after="60"/>
      </w:pPr>
      <w:r>
        <w:rPr>
          <w:b w:val="0"/>
          <w:i w:val="0"/>
          <w:smallCaps w:val="0"/>
          <w:strike w:val="0"/>
          <w:sz w:val="22"/>
          <w:u w:val="none"/>
        </w:rPr>
        <w:t>Barbara Ransby, “Racial Capitalism Is in Real Peril This Time”, In These Times, 31 August 2023, https://inthesetimes.com/article/racial-capitalism-racism-socialism-organizing-revolutionary-optimism-empire</w:t>
      </w:r>
    </w:p>
    <w:p>
      <w:pPr>
        <w:spacing w:after="60"/>
      </w:pPr>
      <w:r>
        <w:rPr>
          <w:b w:val="0"/>
          <w:i w:val="0"/>
          <w:smallCaps w:val="0"/>
          <w:strike w:val="0"/>
          <w:u w:val="single"/>
        </w:rPr>
        <w:t xml:space="preserve">Racial capitalism </w:t>
      </w:r>
      <w:r>
        <w:rPr>
          <w:b/>
          <w:i w:val="0"/>
          <w:smallCaps w:val="0"/>
          <w:strike w:val="0"/>
          <w:u w:val="single"/>
        </w:rPr>
        <w:t>is in crisis</w:t>
      </w:r>
      <w:r>
        <w:rPr>
          <w:b w:val="0"/>
          <w:i w:val="0"/>
          <w:smallCaps w:val="0"/>
          <w:strike w:val="0"/>
          <w:u w:val="single"/>
        </w:rPr>
        <w:t>!</w:t>
      </w:r>
      <w:r>
        <w:rPr>
          <w:b w:val="0"/>
          <w:i w:val="0"/>
          <w:smallCaps w:val="0"/>
          <w:strike w:val="0"/>
          <w:u w:val="none"/>
        </w:rPr>
        <w:t xml:space="preserve"> </w:t>
      </w:r>
      <w:r>
        <w:rPr>
          <w:b w:val="0"/>
          <w:i w:val="0"/>
          <w:smallCaps w:val="0"/>
          <w:strike w:val="0"/>
          <w:sz w:val="12"/>
          <w:u w:val="none"/>
        </w:rPr>
        <w:t>Again, you say? Of course</w:t>
      </w:r>
      <w:r>
        <w:rPr>
          <w:b w:val="0"/>
          <w:i w:val="0"/>
          <w:smallCaps w:val="0"/>
          <w:strike w:val="0"/>
          <w:u w:val="none"/>
        </w:rPr>
        <w:t xml:space="preserve"> </w:t>
      </w:r>
      <w:r>
        <w:rPr>
          <w:b w:val="0"/>
          <w:i w:val="0"/>
          <w:smallCaps w:val="0"/>
          <w:strike w:val="0"/>
          <w:u w:val="single"/>
        </w:rPr>
        <w:t xml:space="preserve">there are cyclical crises, but </w:t>
      </w:r>
      <w:r>
        <w:rPr>
          <w:b/>
          <w:i w:val="0"/>
          <w:smallCaps w:val="0"/>
          <w:strike w:val="0"/>
          <w:u w:val="single"/>
        </w:rPr>
        <w:t>something different is going on</w:t>
      </w:r>
      <w:r>
        <w:rPr>
          <w:b w:val="0"/>
          <w:i w:val="0"/>
          <w:smallCaps w:val="0"/>
          <w:strike w:val="0"/>
          <w:u w:val="single"/>
        </w:rPr>
        <w:t xml:space="preserve">. In January, the </w:t>
      </w:r>
      <w:r>
        <w:rPr>
          <w:b w:val="0"/>
          <w:i w:val="0"/>
          <w:smallCaps w:val="0"/>
          <w:strike w:val="0"/>
          <w:sz w:val="12"/>
          <w:u w:val="none"/>
        </w:rPr>
        <w:t>elite</w:t>
      </w:r>
      <w:r>
        <w:rPr>
          <w:b w:val="0"/>
          <w:i w:val="0"/>
          <w:smallCaps w:val="0"/>
          <w:strike w:val="0"/>
          <w:u w:val="single"/>
        </w:rPr>
        <w:t xml:space="preserve"> World Economic Forum declared </w:t>
      </w:r>
      <w:r>
        <w:rPr>
          <w:b/>
          <w:i w:val="0"/>
          <w:smallCaps w:val="0"/>
          <w:strike w:val="0"/>
          <w:u w:val="single"/>
        </w:rPr>
        <w:t>the global economy is facing a major potential ​“polycrisis” as dangerous risks converge</w:t>
      </w:r>
      <w:r>
        <w:rPr>
          <w:b w:val="0"/>
          <w:i w:val="0"/>
          <w:smallCaps w:val="0"/>
          <w:strike w:val="0"/>
          <w:u w:val="single"/>
        </w:rPr>
        <w:t xml:space="preserve">, including </w:t>
      </w:r>
      <w:r>
        <w:rPr>
          <w:b/>
          <w:i w:val="0"/>
          <w:smallCaps w:val="0"/>
          <w:strike w:val="0"/>
          <w:u w:val="single"/>
        </w:rPr>
        <w:t>natural resource shortages</w:t>
      </w:r>
      <w:r>
        <w:rPr>
          <w:b w:val="0"/>
          <w:i w:val="0"/>
          <w:smallCaps w:val="0"/>
          <w:strike w:val="0"/>
          <w:u w:val="none"/>
        </w:rPr>
        <w:t xml:space="preserve">. </w:t>
      </w:r>
      <w:r>
        <w:rPr>
          <w:b w:val="0"/>
          <w:i w:val="0"/>
          <w:smallCaps w:val="0"/>
          <w:strike w:val="0"/>
          <w:sz w:val="12"/>
          <w:u w:val="none"/>
        </w:rPr>
        <w:t>In April, the venerable capitalist economic strategist Albert</w:t>
      </w:r>
      <w:r>
        <w:rPr>
          <w:b w:val="0"/>
          <w:i w:val="0"/>
          <w:smallCaps w:val="0"/>
          <w:strike w:val="0"/>
          <w:u w:val="none"/>
        </w:rPr>
        <w:t xml:space="preserve"> </w:t>
      </w:r>
      <w:r>
        <w:rPr>
          <w:b w:val="0"/>
          <w:i w:val="0"/>
          <w:smallCaps w:val="0"/>
          <w:strike w:val="0"/>
          <w:u w:val="single"/>
        </w:rPr>
        <w:t xml:space="preserve">Edwards warned ​“we may be looking at the </w:t>
      </w:r>
      <w:r>
        <w:rPr>
          <w:b/>
          <w:i w:val="0"/>
          <w:smallCaps w:val="0"/>
          <w:strike w:val="0"/>
          <w:u w:val="single"/>
        </w:rPr>
        <w:t>end of capitalism</w:t>
      </w:r>
      <w:r>
        <w:rPr>
          <w:b w:val="0"/>
          <w:i w:val="0"/>
          <w:smallCaps w:val="0"/>
          <w:strike w:val="0"/>
          <w:u w:val="single"/>
        </w:rPr>
        <w:t xml:space="preserve">” as he connected </w:t>
      </w:r>
      <w:r>
        <w:rPr>
          <w:b/>
          <w:i w:val="0"/>
          <w:smallCaps w:val="0"/>
          <w:strike w:val="0"/>
          <w:u w:val="single"/>
        </w:rPr>
        <w:t>inflation</w:t>
      </w:r>
      <w:r>
        <w:rPr>
          <w:b w:val="0"/>
          <w:i w:val="0"/>
          <w:smallCaps w:val="0"/>
          <w:strike w:val="0"/>
          <w:u w:val="single"/>
        </w:rPr>
        <w:t xml:space="preserve"> to the unchecked quest for greater and greater profit</w:t>
      </w:r>
      <w:r>
        <w:rPr>
          <w:b w:val="0"/>
          <w:i w:val="0"/>
          <w:smallCaps w:val="0"/>
          <w:strike w:val="0"/>
          <w:sz w:val="12"/>
          <w:u w:val="none"/>
        </w:rPr>
        <w:t>. Just to put this in context, Edwards works for one of France’s largest banks, the 159-year old Société Générale, with assets worth 1.5 trillion euros.</w:t>
      </w:r>
    </w:p>
    <w:p>
      <w:pPr>
        <w:spacing w:after="60"/>
      </w:pPr>
      <w:r>
        <w:rPr>
          <w:b w:val="0"/>
          <w:i w:val="0"/>
          <w:smallCaps w:val="0"/>
          <w:strike w:val="0"/>
          <w:sz w:val="12"/>
          <w:u w:val="none"/>
        </w:rPr>
        <w:t>These comments invite loose comparisons to the period before the U.S. Civil War, when Southern strategists were scrambling to give slavery a moral facelift and limit some of its ​“excesses” before it was too late, as if that were possible.</w:t>
      </w:r>
    </w:p>
    <w:p>
      <w:pPr>
        <w:spacing w:after="60"/>
      </w:pPr>
      <w:r>
        <w:rPr>
          <w:b w:val="0"/>
          <w:i w:val="0"/>
          <w:smallCaps w:val="0"/>
          <w:strike w:val="0"/>
          <w:sz w:val="12"/>
          <w:u w:val="none"/>
        </w:rPr>
        <w:t>Capitalism is a political and economic system based on the private accumulation of profit derived largely from the exploitation of labor. It is also a racial system because, since it began, it’s used the fabricated notion of ​“race” and the very real ideology of white supremacy to naturalize hierarchies of power, divide the oppressed, and super-exploit and dispossess large swaths of the world’s population.</w:t>
      </w:r>
    </w:p>
    <w:p>
      <w:pPr>
        <w:spacing w:after="60"/>
      </w:pPr>
      <w:r>
        <w:rPr>
          <w:b w:val="0"/>
          <w:i w:val="0"/>
          <w:smallCaps w:val="0"/>
          <w:strike w:val="0"/>
          <w:u w:val="single"/>
        </w:rPr>
        <w:t xml:space="preserve">Racial capitalism has always been a dynamic shapeshifter, adaptable and malleable to changing times. But at least two points of capitalist vulnerability in the 21st century may prove insurmountable: </w:t>
      </w:r>
      <w:r>
        <w:rPr>
          <w:b/>
          <w:i w:val="0"/>
          <w:smallCaps w:val="0"/>
          <w:strike w:val="0"/>
          <w:u w:val="single"/>
        </w:rPr>
        <w:t>the existential environmental crisis</w:t>
      </w:r>
      <w:r>
        <w:rPr>
          <w:b w:val="0"/>
          <w:i w:val="0"/>
          <w:smallCaps w:val="0"/>
          <w:strike w:val="0"/>
          <w:u w:val="single"/>
        </w:rPr>
        <w:t xml:space="preserve">, and the </w:t>
      </w:r>
      <w:r>
        <w:rPr>
          <w:b/>
          <w:i w:val="0"/>
          <w:smallCaps w:val="0"/>
          <w:strike w:val="0"/>
          <w:u w:val="single"/>
        </w:rPr>
        <w:t>spiraling growth of a behemoth financial industry that rests on mind-blowing levels of i</w:t>
      </w:r>
      <w:r>
        <w:rPr>
          <w:b w:val="0"/>
          <w:i w:val="0"/>
          <w:smallCaps w:val="0"/>
          <w:strike w:val="0"/>
          <w:u w:val="single"/>
        </w:rPr>
        <w:t xml:space="preserve">ndividual, national and world </w:t>
      </w:r>
      <w:r>
        <w:rPr>
          <w:b/>
          <w:i w:val="0"/>
          <w:smallCaps w:val="0"/>
          <w:strike w:val="0"/>
          <w:u w:val="single"/>
        </w:rPr>
        <w:t>debt</w:t>
      </w:r>
      <w:r>
        <w:rPr>
          <w:b w:val="0"/>
          <w:i w:val="0"/>
          <w:smallCaps w:val="0"/>
          <w:strike w:val="0"/>
          <w:u w:val="single"/>
        </w:rPr>
        <w:t>.</w:t>
      </w:r>
    </w:p>
    <w:p>
      <w:pPr>
        <w:spacing w:after="60"/>
      </w:pPr>
      <w:r>
        <w:rPr>
          <w:b w:val="0"/>
          <w:i w:val="0"/>
          <w:smallCaps w:val="0"/>
          <w:strike w:val="0"/>
          <w:u w:val="single"/>
        </w:rPr>
        <w:t>Banks and hedge funds and big finance have overtaken many manufacturing sectors in profit, snaring 25-30% of all corporate profits﻿ while employing only 4% of the workforce.</w:t>
      </w:r>
    </w:p>
    <w:p>
      <w:pPr>
        <w:spacing w:after="60"/>
      </w:pPr>
      <w:r>
        <w:rPr>
          <w:b w:val="0"/>
          <w:i w:val="0"/>
          <w:smallCaps w:val="0"/>
          <w:strike w:val="0"/>
          <w:u w:val="single"/>
        </w:rPr>
        <w:t xml:space="preserve">The climate catastrophe needs little explanation. </w:t>
      </w:r>
      <w:r>
        <w:rPr>
          <w:b/>
          <w:i w:val="0"/>
          <w:smallCaps w:val="0"/>
          <w:strike w:val="0"/>
          <w:u w:val="single"/>
        </w:rPr>
        <w:t>Forests are ablaze</w:t>
      </w:r>
      <w:r>
        <w:rPr>
          <w:b w:val="0"/>
          <w:i w:val="0"/>
          <w:smallCaps w:val="0"/>
          <w:strike w:val="0"/>
          <w:u w:val="single"/>
        </w:rPr>
        <w:t xml:space="preserve">, </w:t>
      </w:r>
      <w:r>
        <w:rPr>
          <w:b/>
          <w:i w:val="0"/>
          <w:smallCaps w:val="0"/>
          <w:strike w:val="0"/>
          <w:u w:val="single"/>
        </w:rPr>
        <w:t>floods are wreaking havoc</w:t>
      </w:r>
      <w:r>
        <w:rPr>
          <w:b w:val="0"/>
          <w:i w:val="0"/>
          <w:smallCaps w:val="0"/>
          <w:strike w:val="0"/>
          <w:u w:val="single"/>
        </w:rPr>
        <w:t xml:space="preserve">, </w:t>
      </w:r>
      <w:r>
        <w:rPr>
          <w:b/>
          <w:i w:val="0"/>
          <w:smallCaps w:val="0"/>
          <w:strike w:val="0"/>
          <w:u w:val="single"/>
        </w:rPr>
        <w:t>extreme weather is undermining agricultural production</w:t>
      </w:r>
      <w:r>
        <w:rPr>
          <w:b w:val="0"/>
          <w:i w:val="0"/>
          <w:smallCaps w:val="0"/>
          <w:strike w:val="0"/>
          <w:u w:val="single"/>
        </w:rPr>
        <w:t xml:space="preserve">, </w:t>
      </w:r>
      <w:r>
        <w:rPr>
          <w:b/>
          <w:i w:val="0"/>
          <w:smallCaps w:val="0"/>
          <w:strike w:val="0"/>
          <w:u w:val="single"/>
        </w:rPr>
        <w:t>air quality is plummeting</w:t>
      </w:r>
      <w:r>
        <w:rPr>
          <w:b w:val="0"/>
          <w:i w:val="0"/>
          <w:smallCaps w:val="0"/>
          <w:strike w:val="0"/>
          <w:u w:val="single"/>
        </w:rPr>
        <w:t xml:space="preserve">, and </w:t>
      </w:r>
      <w:r>
        <w:rPr>
          <w:b/>
          <w:i w:val="0"/>
          <w:smallCaps w:val="0"/>
          <w:strike w:val="0"/>
          <w:u w:val="single"/>
        </w:rPr>
        <w:t>millions of humans are fleeing unsafe and unlivable homes</w:t>
      </w:r>
      <w:r>
        <w:rPr>
          <w:b w:val="0"/>
          <w:i w:val="0"/>
          <w:smallCaps w:val="0"/>
          <w:strike w:val="0"/>
          <w:u w:val="single"/>
        </w:rPr>
        <w:t xml:space="preserve">. Capitalist corporations are the main culprits. The bottom line is that capitalism feeds off of an </w:t>
      </w:r>
      <w:r>
        <w:rPr>
          <w:b/>
          <w:i w:val="0"/>
          <w:smallCaps w:val="0"/>
          <w:strike w:val="0"/>
          <w:u w:val="single"/>
        </w:rPr>
        <w:t>infinite growth economic strategy</w:t>
      </w:r>
      <w:r>
        <w:rPr>
          <w:b w:val="0"/>
          <w:i w:val="0"/>
          <w:smallCaps w:val="0"/>
          <w:strike w:val="0"/>
          <w:u w:val="single"/>
        </w:rPr>
        <w:t xml:space="preserve"> — ​“make more, buy more, waste more” — while the material reality is that we live on a finite planet and are exhausting both its resources and its ability to absorb our excesses. That is a </w:t>
      </w:r>
      <w:r>
        <w:rPr>
          <w:b/>
          <w:i w:val="0"/>
          <w:smallCaps w:val="0"/>
          <w:strike w:val="0"/>
          <w:u w:val="single"/>
        </w:rPr>
        <w:t>hard crisis to buy your way out of.</w:t>
      </w:r>
    </w:p>
    <w:p>
      <w:pPr>
        <w:spacing w:after="60"/>
      </w:pPr>
      <w:r>
        <w:rPr>
          <w:b w:val="0"/>
          <w:i w:val="0"/>
          <w:smallCaps w:val="0"/>
          <w:strike w:val="0"/>
          <w:u w:val="single"/>
        </w:rPr>
        <w:t xml:space="preserve">Then there is </w:t>
      </w:r>
      <w:r>
        <w:rPr>
          <w:b/>
          <w:i w:val="0"/>
          <w:smallCaps w:val="0"/>
          <w:strike w:val="0"/>
          <w:u w:val="single"/>
        </w:rPr>
        <w:t>financialization</w:t>
      </w:r>
      <w:r>
        <w:rPr>
          <w:b w:val="0"/>
          <w:i w:val="0"/>
          <w:smallCaps w:val="0"/>
          <w:strike w:val="0"/>
          <w:u w:val="none"/>
        </w:rPr>
        <w:t xml:space="preserve">. </w:t>
      </w:r>
      <w:r>
        <w:rPr>
          <w:b w:val="0"/>
          <w:i w:val="0"/>
          <w:smallCaps w:val="0"/>
          <w:strike w:val="0"/>
          <w:sz w:val="12"/>
          <w:u w:val="none"/>
        </w:rPr>
        <w:t xml:space="preserve">Thanks to the deregulation of banking, the 1971 change in global monetary policy and the emergence of </w:t>
      </w:r>
      <w:r>
        <w:rPr>
          <w:b w:val="0"/>
          <w:i w:val="0"/>
          <w:smallCaps w:val="0"/>
          <w:strike w:val="0"/>
          <w:u w:val="single"/>
        </w:rPr>
        <w:t xml:space="preserve">new financial instruments and formulas for moving money around, a large number of capitalists are making tons of cash not by the traditional means of exploiting workers, but by </w:t>
      </w:r>
      <w:r>
        <w:rPr>
          <w:b/>
          <w:i w:val="0"/>
          <w:smallCaps w:val="0"/>
          <w:strike w:val="0"/>
          <w:u w:val="single"/>
        </w:rPr>
        <w:t>gambling on the future of certain markets</w:t>
      </w:r>
      <w:r>
        <w:rPr>
          <w:b w:val="0"/>
          <w:i w:val="0"/>
          <w:smallCaps w:val="0"/>
          <w:strike w:val="0"/>
          <w:u w:val="none"/>
        </w:rPr>
        <w:t xml:space="preserve">. </w:t>
      </w:r>
      <w:r>
        <w:rPr>
          <w:b w:val="0"/>
          <w:i w:val="0"/>
          <w:smallCaps w:val="0"/>
          <w:strike w:val="0"/>
          <w:sz w:val="12"/>
          <w:u w:val="none"/>
        </w:rPr>
        <w:t>Banks and hedge funds and big finance have overtaken many manufacturing sectors in profit, snaring 25-30% of all corporate profits while employing only 4% of the workforce.</w:t>
      </w:r>
      <w:r>
        <w:rPr>
          <w:b w:val="0"/>
          <w:i w:val="0"/>
          <w:smallCaps w:val="0"/>
          <w:strike w:val="0"/>
          <w:u w:val="none"/>
        </w:rPr>
        <w:t xml:space="preserve"> </w:t>
      </w:r>
      <w:r>
        <w:rPr>
          <w:b w:val="0"/>
          <w:i w:val="0"/>
          <w:smallCaps w:val="0"/>
          <w:strike w:val="0"/>
          <w:u w:val="single"/>
        </w:rPr>
        <w:t xml:space="preserve">It is like a </w:t>
      </w:r>
      <w:r>
        <w:rPr>
          <w:b/>
          <w:i w:val="0"/>
          <w:smallCaps w:val="0"/>
          <w:strike w:val="0"/>
          <w:u w:val="single"/>
        </w:rPr>
        <w:t>giant Ponzi scheme</w:t>
      </w:r>
      <w:r>
        <w:rPr>
          <w:b w:val="0"/>
          <w:i w:val="0"/>
          <w:smallCaps w:val="0"/>
          <w:strike w:val="0"/>
          <w:u w:val="single"/>
        </w:rPr>
        <w:t xml:space="preserve"> or a house of cards</w:t>
      </w:r>
      <w:r>
        <w:rPr>
          <w:b w:val="0"/>
          <w:i w:val="0"/>
          <w:smallCaps w:val="0"/>
          <w:strike w:val="0"/>
          <w:u w:val="none"/>
        </w:rPr>
        <w:t xml:space="preserve">, </w:t>
      </w:r>
      <w:r>
        <w:rPr>
          <w:b w:val="0"/>
          <w:i w:val="0"/>
          <w:smallCaps w:val="0"/>
          <w:strike w:val="0"/>
          <w:sz w:val="12"/>
          <w:u w:val="none"/>
        </w:rPr>
        <w:t>or what British economist Susan Strange labeled ​“casino capitalism” back in 1986.</w:t>
      </w:r>
    </w:p>
    <w:p>
      <w:pPr>
        <w:spacing w:after="60"/>
      </w:pPr>
      <w:r>
        <w:rPr>
          <w:b w:val="0"/>
          <w:i w:val="0"/>
          <w:smallCaps w:val="0"/>
          <w:strike w:val="0"/>
          <w:u w:val="single"/>
        </w:rPr>
        <w:t xml:space="preserve">The precarity of this system is evident in the 2008 financial collapse that led to so many home foreclosures and bank bailouts, coupled with the more recent smaller bank shutdowns. Who knows what collapse is on the horizon or what the cost of the next bailout will be? </w:t>
      </w:r>
      <w:r>
        <w:rPr>
          <w:b w:val="0"/>
          <w:i w:val="0"/>
          <w:smallCaps w:val="0"/>
          <w:strike w:val="0"/>
          <w:sz w:val="12"/>
          <w:u w:val="none"/>
        </w:rPr>
        <w:t xml:space="preserve">The response to the polycrisis, from liberal economists, is to designate this period as some abnormal form of capitalism, some ​“crony capitalism” or ​“hyper-capitalism.” But </w:t>
      </w:r>
      <w:r>
        <w:rPr>
          <w:b w:val="0"/>
          <w:i w:val="0"/>
          <w:smallCaps w:val="0"/>
          <w:strike w:val="0"/>
          <w:u w:val="single"/>
        </w:rPr>
        <w:t xml:space="preserve">it is just </w:t>
      </w:r>
      <w:r>
        <w:rPr>
          <w:b/>
          <w:i w:val="0"/>
          <w:smallCaps w:val="0"/>
          <w:strike w:val="0"/>
          <w:u w:val="single"/>
        </w:rPr>
        <w:t>plain old racial capitalism</w:t>
      </w:r>
      <w:r>
        <w:rPr>
          <w:b w:val="0"/>
          <w:i w:val="0"/>
          <w:smallCaps w:val="0"/>
          <w:strike w:val="0"/>
          <w:u w:val="single"/>
        </w:rPr>
        <w:t>, which has always been a bad deal for poor and working-class people and is now even worse</w:t>
      </w:r>
      <w:r>
        <w:rPr>
          <w:b w:val="0"/>
          <w:i w:val="0"/>
          <w:smallCaps w:val="0"/>
          <w:strike w:val="0"/>
          <w:u w:val="none"/>
        </w:rPr>
        <w:t xml:space="preserve">. </w:t>
      </w:r>
      <w:r>
        <w:rPr>
          <w:b w:val="0"/>
          <w:i w:val="0"/>
          <w:smallCaps w:val="0"/>
          <w:strike w:val="0"/>
          <w:sz w:val="12"/>
          <w:u w:val="none"/>
        </w:rPr>
        <w:t>We see progressive intellectuals (like the economist Thomas Piketty, who titled a recent book Time for Socialism) moving leftward as they confront the reality that</w:t>
      </w:r>
      <w:r>
        <w:rPr>
          <w:b w:val="0"/>
          <w:i w:val="0"/>
          <w:smallCaps w:val="0"/>
          <w:strike w:val="0"/>
          <w:u w:val="none"/>
        </w:rPr>
        <w:t xml:space="preserve"> </w:t>
      </w:r>
      <w:r>
        <w:rPr>
          <w:b w:val="0"/>
          <w:i w:val="0"/>
          <w:smallCaps w:val="0"/>
          <w:strike w:val="0"/>
          <w:u w:val="single"/>
        </w:rPr>
        <w:t xml:space="preserve">capitalism, as we know it, </w:t>
      </w:r>
      <w:r>
        <w:rPr>
          <w:b/>
          <w:i w:val="0"/>
          <w:smallCaps w:val="0"/>
          <w:strike w:val="0"/>
          <w:u w:val="single"/>
        </w:rPr>
        <w:t>cannot be saved.</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