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Capitalocene guarantees extinction through environmental collapse, interstate competition, and endless distraction – it’s try-or-die for an alternative model</w:t>
      </w:r>
    </w:p>
    <w:p>
      <w:pPr>
        <w:spacing w:after="80"/>
      </w:pPr>
      <w:r>
        <w:rPr>
          <w:b/>
          <w:i w:val="0"/>
          <w:smallCaps w:val="0"/>
          <w:strike w:val="0"/>
          <w:sz w:val="26"/>
          <w:u w:val="none"/>
        </w:rPr>
        <w:t xml:space="preserve">Street 23 </w:t>
      </w:r>
      <w:r>
        <w:rPr>
          <w:b w:val="0"/>
          <w:i w:val="0"/>
          <w:smallCaps w:val="0"/>
          <w:strike w:val="0"/>
          <w:sz w:val="22"/>
          <w:u w:val="none"/>
        </w:rPr>
        <w:t>–</w:t>
      </w:r>
      <w:r>
        <w:rPr>
          <w:b w:val="0"/>
          <w:i w:val="0"/>
          <w:smallCaps w:val="0"/>
          <w:strike w:val="0"/>
          <w:sz w:val="26"/>
          <w:u w:val="none"/>
        </w:rPr>
        <w:t xml:space="preserve"> </w:t>
      </w:r>
      <w:r>
        <w:rPr>
          <w:b w:val="0"/>
          <w:i w:val="0"/>
          <w:smallCaps w:val="0"/>
          <w:strike w:val="0"/>
          <w:u w:val="none"/>
        </w:rPr>
        <w:t>holds a doctorate in U.S. history from Binghamton University and former vice president for research and planning of the Chicago Urban League</w:t>
      </w:r>
      <w:r>
        <w:rPr>
          <w:b/>
          <w:i w:val="0"/>
          <w:smallCaps w:val="0"/>
          <w:strike w:val="0"/>
          <w:sz w:val="26"/>
          <w:u w:val="none"/>
        </w:rPr>
        <w:t xml:space="preserve"> </w:t>
      </w:r>
    </w:p>
    <w:p>
      <w:pPr>
        <w:spacing w:after="60"/>
      </w:pPr>
      <w:r>
        <w:rPr>
          <w:b w:val="0"/>
          <w:i w:val="0"/>
          <w:smallCaps w:val="0"/>
          <w:strike w:val="0"/>
          <w:sz w:val="22"/>
          <w:u w:val="none"/>
        </w:rPr>
        <w:t>Paul Street, “</w:t>
      </w:r>
      <w:r>
        <w:rPr>
          <w:b w:val="0"/>
          <w:i w:val="0"/>
          <w:smallCaps w:val="0"/>
          <w:strike w:val="0"/>
          <w:u w:val="none"/>
        </w:rPr>
        <w:t xml:space="preserve">”, </w:t>
      </w:r>
      <w:r>
        <w:rPr>
          <w:b w:val="0"/>
          <w:i/>
          <w:smallCaps w:val="0"/>
          <w:strike w:val="0"/>
          <w:u w:val="none"/>
        </w:rPr>
        <w:t>Counter Punch</w:t>
      </w:r>
      <w:r>
        <w:rPr>
          <w:b w:val="0"/>
          <w:i w:val="0"/>
          <w:smallCaps w:val="0"/>
          <w:strike w:val="0"/>
          <w:u w:val="none"/>
        </w:rPr>
        <w:t xml:space="preserve">, 27 January 2023, </w:t>
      </w:r>
      <w:r>
        <w:rPr>
          <w:b w:val="0"/>
          <w:i w:val="0"/>
          <w:smallCaps w:val="0"/>
          <w:strike w:val="0"/>
          <w:u w:val="none"/>
        </w:rPr>
        <w:t xml:space="preserve">, </w:t>
      </w:r>
    </w:p>
    <w:p>
      <w:pPr>
        <w:spacing w:after="60"/>
      </w:pPr>
      <w:r>
        <w:rPr>
          <w:b w:val="0"/>
          <w:i w:val="0"/>
          <w:smallCaps w:val="0"/>
          <w:strike w:val="0"/>
          <w:u w:val="single"/>
        </w:rPr>
        <w:t xml:space="preserve">Welcome to the Capitalocene: </w:t>
      </w:r>
      <w:r>
        <w:rPr>
          <w:b/>
          <w:i w:val="0"/>
          <w:smallCaps w:val="0"/>
          <w:strike w:val="0"/>
          <w:sz w:val="26"/>
          <w:u w:val="single"/>
        </w:rPr>
        <w:t>Nobody Gets Out Alive</w:t>
      </w:r>
      <w:r>
        <w:rPr>
          <w:b w:val="0"/>
          <w:i w:val="0"/>
          <w:smallCaps w:val="0"/>
          <w:strike w:val="0"/>
          <w:u w:val="none"/>
        </w:rPr>
        <w:t xml:space="preserve"> </w:t>
      </w:r>
      <w:r>
        <w:rPr>
          <w:b w:val="0"/>
          <w:i w:val="0"/>
          <w:smallCaps w:val="0"/>
          <w:strike w:val="0"/>
          <w:sz w:val="12"/>
          <w:u w:val="none"/>
        </w:rPr>
        <w:t>What’s the cause? What is the solution?</w:t>
      </w:r>
      <w:r>
        <w:rPr>
          <w:b w:val="0"/>
          <w:i w:val="0"/>
          <w:smallCaps w:val="0"/>
          <w:strike w:val="0"/>
          <w:u w:val="none"/>
        </w:rPr>
        <w:t xml:space="preserve"> </w:t>
      </w:r>
      <w:r>
        <w:rPr>
          <w:b w:val="0"/>
          <w:i w:val="0"/>
          <w:smallCaps w:val="0"/>
          <w:strike w:val="0"/>
          <w:sz w:val="12"/>
          <w:u w:val="none"/>
        </w:rPr>
        <w:t>You may have noticed something in what I wrote above – I put the word “humanity” in quote-marks while typing the words “ ‘humanity’s’ carbon-emitting charge past ecological tipping points.” (I also just put quote marks around the word “civilization.”)</w:t>
      </w:r>
      <w:r>
        <w:rPr>
          <w:b w:val="0"/>
          <w:i w:val="0"/>
          <w:smallCaps w:val="0"/>
          <w:strike w:val="0"/>
          <w:u w:val="none"/>
        </w:rPr>
        <w:t xml:space="preserve"> </w:t>
      </w:r>
      <w:r>
        <w:rPr>
          <w:b w:val="0"/>
          <w:i w:val="0"/>
          <w:smallCaps w:val="0"/>
          <w:strike w:val="0"/>
          <w:u w:val="single"/>
        </w:rPr>
        <w:t>Is it really humanity that has created the climate catastrophe? Is it really “anthropogenic climate change?”</w:t>
      </w:r>
      <w:r>
        <w:rPr>
          <w:b w:val="0"/>
          <w:i w:val="0"/>
          <w:smallCaps w:val="0"/>
          <w:strike w:val="0"/>
          <w:u w:val="none"/>
        </w:rPr>
        <w:t xml:space="preserve"> </w:t>
      </w:r>
      <w:r>
        <w:rPr>
          <w:b w:val="0"/>
          <w:i w:val="0"/>
          <w:smallCaps w:val="0"/>
          <w:strike w:val="0"/>
          <w:sz w:val="12"/>
          <w:u w:val="none"/>
        </w:rPr>
        <w:t>The eco-Marxist world systems geographer/sociologist/historian Jason W. Moore rightly</w:t>
      </w:r>
      <w:r>
        <w:rPr>
          <w:b w:val="0"/>
          <w:i w:val="0"/>
          <w:smallCaps w:val="0"/>
          <w:strike w:val="0"/>
          <w:u w:val="none"/>
        </w:rPr>
        <w:t xml:space="preserve"> </w:t>
      </w:r>
      <w:r>
        <w:rPr>
          <w:b w:val="0"/>
          <w:i w:val="0"/>
          <w:smallCaps w:val="0"/>
          <w:strike w:val="0"/>
          <w:u w:val="single"/>
        </w:rPr>
        <w:t xml:space="preserve">prefers to put the focus on capital and, more to the point, </w:t>
      </w:r>
      <w:r>
        <w:rPr>
          <w:b/>
          <w:i w:val="0"/>
          <w:smallCaps w:val="0"/>
          <w:strike w:val="0"/>
          <w:u w:val="single"/>
        </w:rPr>
        <w:t>capitalism</w:t>
      </w:r>
      <w:r>
        <w:rPr>
          <w:b w:val="0"/>
          <w:i w:val="0"/>
          <w:smallCaps w:val="0"/>
          <w:strike w:val="0"/>
          <w:u w:val="none"/>
        </w:rPr>
        <w:t xml:space="preserve">. </w:t>
      </w:r>
      <w:r>
        <w:rPr>
          <w:b w:val="0"/>
          <w:i w:val="0"/>
          <w:smallCaps w:val="0"/>
          <w:strike w:val="0"/>
          <w:sz w:val="12"/>
          <w:u w:val="none"/>
        </w:rPr>
        <w:t>Moore explains on why he prefers the term “Capitalocene” over “Anthropocene” when it comes to naming the era in which human activities have altered Earth systems in ways that pose dire challenges to livable ecology</w:t>
      </w:r>
      <w:r>
        <w:rPr>
          <w:b w:val="0"/>
          <w:i w:val="0"/>
          <w:smallCaps w:val="0"/>
          <w:strike w:val="0"/>
          <w:u w:val="none"/>
        </w:rPr>
        <w:t>: “</w:t>
      </w:r>
      <w:r>
        <w:rPr>
          <w:b w:val="0"/>
          <w:i w:val="0"/>
          <w:smallCaps w:val="0"/>
          <w:strike w:val="0"/>
          <w:u w:val="single"/>
        </w:rPr>
        <w:t xml:space="preserve">It was not humanity as a whole that created large-scale industry and the massive textile factories of Manchester in the 19th century or Detroit in the last century or Shenzhen today. </w:t>
      </w:r>
      <w:r>
        <w:rPr>
          <w:b/>
          <w:i w:val="0"/>
          <w:smallCaps w:val="0"/>
          <w:strike w:val="0"/>
          <w:u w:val="single"/>
        </w:rPr>
        <w:t>It was capital</w:t>
      </w:r>
      <w:r>
        <w:rPr>
          <w:b w:val="0"/>
          <w:i w:val="0"/>
          <w:smallCaps w:val="0"/>
          <w:strike w:val="0"/>
          <w:u w:val="single"/>
        </w:rPr>
        <w:t xml:space="preserve">.” It’s an important point. It is not all homo sapiens that has warmed and otherwise polluted the planet to the point where a “livable future” (Welles) is at severe risk. It is not all of humanity but rather </w:t>
      </w:r>
      <w:r>
        <w:rPr>
          <w:b/>
          <w:i w:val="0"/>
          <w:smallCaps w:val="0"/>
          <w:strike w:val="0"/>
          <w:u w:val="single"/>
        </w:rPr>
        <w:t>executives at Exxon Mobil</w:t>
      </w:r>
      <w:r>
        <w:rPr>
          <w:b w:val="0"/>
          <w:i w:val="0"/>
          <w:smallCaps w:val="0"/>
          <w:strike w:val="0"/>
          <w:u w:val="single"/>
        </w:rPr>
        <w:t xml:space="preserve"> who suppressed their own firm’s earth scientists’ findings on how the burning of fossil fuels would warm the planet.  It is not homo-sapiens as such but rather Fossil Capital and its political allies who have conducted a </w:t>
      </w:r>
      <w:r>
        <w:rPr>
          <w:b/>
          <w:i w:val="0"/>
          <w:smallCaps w:val="0"/>
          <w:strike w:val="0"/>
          <w:u w:val="single"/>
        </w:rPr>
        <w:t>deadly anti-scientific propaganda campaign</w:t>
      </w:r>
      <w:r>
        <w:rPr>
          <w:b w:val="0"/>
          <w:i w:val="0"/>
          <w:smallCaps w:val="0"/>
          <w:strike w:val="0"/>
          <w:u w:val="single"/>
        </w:rPr>
        <w:t xml:space="preserve"> to </w:t>
      </w:r>
      <w:r>
        <w:rPr>
          <w:b/>
          <w:i w:val="0"/>
          <w:smallCaps w:val="0"/>
          <w:strike w:val="0"/>
          <w:u w:val="single"/>
        </w:rPr>
        <w:t>obfuscate the findings, projections, and increasingly dire warnings of respectable climate science</w:t>
      </w:r>
      <w:r>
        <w:rPr>
          <w:b w:val="0"/>
          <w:i w:val="0"/>
          <w:smallCaps w:val="0"/>
          <w:strike w:val="0"/>
          <w:u w:val="single"/>
        </w:rPr>
        <w:t>. If you must blame “humanity,” than at least say “</w:t>
      </w:r>
      <w:r>
        <w:rPr>
          <w:b/>
          <w:i w:val="0"/>
          <w:smallCaps w:val="0"/>
          <w:strike w:val="0"/>
          <w:u w:val="single"/>
        </w:rPr>
        <w:t>humanity under the command of capital</w:t>
      </w:r>
      <w:r>
        <w:rPr>
          <w:b w:val="0"/>
          <w:i w:val="0"/>
          <w:smallCaps w:val="0"/>
          <w:strike w:val="0"/>
          <w:u w:val="single"/>
        </w:rPr>
        <w:t>.” Or humanity subjected to the inhumanity of capital.</w:t>
      </w:r>
      <w:r>
        <w:rPr>
          <w:b w:val="0"/>
          <w:i w:val="0"/>
          <w:smallCaps w:val="0"/>
          <w:strike w:val="0"/>
          <w:u w:val="none"/>
        </w:rPr>
        <w:t xml:space="preserve"> </w:t>
      </w:r>
      <w:r>
        <w:rPr>
          <w:b w:val="0"/>
          <w:i w:val="0"/>
          <w:smallCaps w:val="0"/>
          <w:strike w:val="0"/>
          <w:sz w:val="12"/>
          <w:u w:val="none"/>
        </w:rPr>
        <w:t xml:space="preserve">But let’s go deeper. </w:t>
      </w:r>
      <w:r>
        <w:rPr>
          <w:b w:val="0"/>
          <w:i w:val="0"/>
          <w:smallCaps w:val="0"/>
          <w:strike w:val="0"/>
          <w:u w:val="single"/>
        </w:rPr>
        <w:t xml:space="preserve">What drives capital to destroy the planet is not some inner demonic pathology on the part of individual capitalists and managers but rather the </w:t>
      </w:r>
      <w:r>
        <w:rPr>
          <w:b/>
          <w:i w:val="0"/>
          <w:smallCaps w:val="0"/>
          <w:strike w:val="0"/>
          <w:u w:val="single"/>
        </w:rPr>
        <w:t>underlying dynamics of the profits system</w:t>
      </w:r>
      <w:r>
        <w:rPr>
          <w:b w:val="0"/>
          <w:i w:val="0"/>
          <w:smallCaps w:val="0"/>
          <w:strike w:val="0"/>
          <w:u w:val="single"/>
        </w:rPr>
        <w:t xml:space="preserve">.  It’s not just capital or capitalists that have caused this mess.  It is capitalism, with its </w:t>
      </w:r>
      <w:r>
        <w:rPr>
          <w:b/>
          <w:i w:val="0"/>
          <w:smallCaps w:val="0"/>
          <w:strike w:val="0"/>
          <w:u w:val="single"/>
        </w:rPr>
        <w:t>endless pursuit of surplus value and “cheap nature</w:t>
      </w:r>
      <w:r>
        <w:rPr>
          <w:b w:val="0"/>
          <w:i w:val="0"/>
          <w:smallCaps w:val="0"/>
          <w:strike w:val="0"/>
          <w:u w:val="single"/>
        </w:rPr>
        <w:t>” – chiefly cheap raw materials, cheap energy sources, and cheap labor power  – to buoy up its holy rate of profit. Competition between capitals compels investors to constantly seek new profitable markets</w:t>
      </w:r>
      <w:r>
        <w:rPr>
          <w:b w:val="0"/>
          <w:i w:val="0"/>
          <w:smallCaps w:val="0"/>
          <w:strike w:val="0"/>
          <w:sz w:val="12"/>
          <w:u w:val="none"/>
        </w:rPr>
        <w:t>, raw materials, energy sources, labor power, transport routes, political environments, and technologies</w:t>
      </w:r>
      <w:r>
        <w:rPr>
          <w:b w:val="0"/>
          <w:i w:val="0"/>
          <w:smallCaps w:val="0"/>
          <w:strike w:val="0"/>
          <w:u w:val="none"/>
        </w:rPr>
        <w:t xml:space="preserve"> </w:t>
      </w:r>
      <w:r>
        <w:rPr>
          <w:b w:val="0"/>
          <w:i w:val="0"/>
          <w:smallCaps w:val="0"/>
          <w:strike w:val="0"/>
          <w:u w:val="single"/>
        </w:rPr>
        <w:t xml:space="preserve">in every corner of the world. Livable ecology be damned: </w:t>
      </w:r>
      <w:r>
        <w:rPr>
          <w:b/>
          <w:i w:val="0"/>
          <w:smallCaps w:val="0"/>
          <w:strike w:val="0"/>
          <w:u w:val="single"/>
        </w:rPr>
        <w:t>gas and oil must be extracted</w:t>
      </w:r>
      <w:r>
        <w:rPr>
          <w:b w:val="0"/>
          <w:i w:val="0"/>
          <w:smallCaps w:val="0"/>
          <w:strike w:val="0"/>
          <w:u w:val="single"/>
        </w:rPr>
        <w:t xml:space="preserve">; </w:t>
      </w:r>
      <w:r>
        <w:rPr>
          <w:b/>
          <w:i w:val="0"/>
          <w:smallCaps w:val="0"/>
          <w:strike w:val="0"/>
          <w:u w:val="single"/>
        </w:rPr>
        <w:t>forests must be razed</w:t>
      </w:r>
      <w:r>
        <w:rPr>
          <w:b w:val="0"/>
          <w:i w:val="0"/>
          <w:smallCaps w:val="0"/>
          <w:strike w:val="0"/>
          <w:u w:val="single"/>
        </w:rPr>
        <w:t xml:space="preserve">; pipelines must be built; labor supplies must be tapped; new forms of built-in-obsolescence must be designed; </w:t>
      </w:r>
      <w:r>
        <w:rPr>
          <w:b/>
          <w:i w:val="0"/>
          <w:smallCaps w:val="0"/>
          <w:strike w:val="0"/>
          <w:u w:val="single"/>
        </w:rPr>
        <w:t>lakes and rivers must be poisoned</w:t>
      </w:r>
      <w:r>
        <w:rPr>
          <w:b w:val="0"/>
          <w:i w:val="0"/>
          <w:smallCaps w:val="0"/>
          <w:strike w:val="0"/>
          <w:u w:val="single"/>
        </w:rPr>
        <w:t xml:space="preserve">; </w:t>
      </w:r>
      <w:r>
        <w:rPr>
          <w:b/>
          <w:i w:val="0"/>
          <w:smallCaps w:val="0"/>
          <w:strike w:val="0"/>
          <w:u w:val="single"/>
        </w:rPr>
        <w:t>barriers between humans and zoonotic viruses must be collapsed</w:t>
      </w:r>
      <w:r>
        <w:rPr>
          <w:b w:val="0"/>
          <w:i w:val="0"/>
          <w:smallCaps w:val="0"/>
          <w:strike w:val="0"/>
          <w:u w:val="single"/>
        </w:rPr>
        <w:t xml:space="preserve">; sustainable local agriculture must be trumped by </w:t>
      </w:r>
      <w:r>
        <w:rPr>
          <w:b/>
          <w:i w:val="0"/>
          <w:smallCaps w:val="0"/>
          <w:strike w:val="0"/>
          <w:u w:val="single"/>
        </w:rPr>
        <w:t>mass chemical farming to feed animals for slaughter</w:t>
      </w:r>
      <w:r>
        <w:rPr>
          <w:b w:val="0"/>
          <w:i w:val="0"/>
          <w:smallCaps w:val="0"/>
          <w:strike w:val="0"/>
          <w:u w:val="single"/>
        </w:rPr>
        <w:t xml:space="preserve">; fertile soil must be [razed] </w:t>
      </w:r>
      <w:r>
        <w:rPr>
          <w:b w:val="0"/>
          <w:i w:val="0"/>
          <w:smallCaps w:val="0"/>
          <w:strike/>
          <w:sz w:val="12"/>
          <w:u w:val="none"/>
        </w:rPr>
        <w:t>raped</w:t>
      </w:r>
      <w:r>
        <w:rPr>
          <w:b w:val="0"/>
          <w:i w:val="0"/>
          <w:smallCaps w:val="0"/>
          <w:strike w:val="0"/>
          <w:u w:val="none"/>
        </w:rPr>
        <w:t xml:space="preserve"> </w:t>
      </w:r>
      <w:r>
        <w:rPr>
          <w:b w:val="0"/>
          <w:i w:val="0"/>
          <w:smallCaps w:val="0"/>
          <w:strike w:val="0"/>
          <w:u w:val="single"/>
        </w:rPr>
        <w:t xml:space="preserve">to make way for carbon-spewing trucks, cars, and airports and soulless real estate developments; </w:t>
      </w:r>
      <w:r>
        <w:rPr>
          <w:b/>
          <w:i w:val="0"/>
          <w:smallCaps w:val="0"/>
          <w:strike w:val="0"/>
          <w:u w:val="single"/>
        </w:rPr>
        <w:t>Indigenous people must be removed</w:t>
      </w:r>
      <w:r>
        <w:rPr>
          <w:b w:val="0"/>
          <w:i w:val="0"/>
          <w:smallCaps w:val="0"/>
          <w:strike w:val="0"/>
          <w:u w:val="single"/>
        </w:rPr>
        <w:t xml:space="preserve"> and defeated to carry out toxic mining and drilling operations; politicians must be bought to prevent government interference with the endless commodification of the planet and its species (people included); melting Arctic ice must be seen as an opportunity for new shipping lanes instead of an </w:t>
      </w:r>
      <w:r>
        <w:rPr>
          <w:b/>
          <w:i w:val="0"/>
          <w:smallCaps w:val="0"/>
          <w:strike w:val="0"/>
          <w:u w:val="single"/>
        </w:rPr>
        <w:t xml:space="preserve">existential warning to cease and desist </w:t>
      </w:r>
      <w:r>
        <w:rPr>
          <w:b w:val="0"/>
          <w:i w:val="0"/>
          <w:smallCaps w:val="0"/>
          <w:strike w:val="0"/>
          <w:u w:val="single"/>
        </w:rPr>
        <w:t xml:space="preserve">from the relentlless capitalist </w:t>
      </w:r>
      <w:r>
        <w:rPr>
          <w:b/>
          <w:i w:val="0"/>
          <w:smallCaps w:val="0"/>
          <w:strike w:val="0"/>
          <w:u w:val="single"/>
        </w:rPr>
        <w:t>war on “a livable future</w:t>
      </w:r>
      <w:r>
        <w:rPr>
          <w:b w:val="0"/>
          <w:i w:val="0"/>
          <w:smallCaps w:val="0"/>
          <w:strike w:val="0"/>
          <w:u w:val="single"/>
        </w:rPr>
        <w:t>.” The anarchy of capital in the material base undermines any effort by the political and state superstructure to impose adequate decent environmental rules. The state and its regulatory agencies and the overall politico-ideological and media culture are captured by profit-mad capitalists whose superior wealth translates into superior political and (anti-)intellectual power</w:t>
      </w:r>
      <w:r>
        <w:rPr>
          <w:b w:val="0"/>
          <w:i w:val="0"/>
          <w:smallCaps w:val="0"/>
          <w:strike w:val="0"/>
          <w:u w:val="none"/>
        </w:rPr>
        <w:t xml:space="preserve">. </w:t>
      </w:r>
      <w:r>
        <w:rPr>
          <w:b w:val="0"/>
          <w:i w:val="0"/>
          <w:smallCaps w:val="0"/>
          <w:strike w:val="0"/>
          <w:sz w:val="12"/>
          <w:u w:val="none"/>
        </w:rPr>
        <w:t xml:space="preserve">The needs and demands of workers and the broader populace subjected to class rule and exploitation compel constant quantitative expansion – “growth” – for capital and its </w:t>
      </w:r>
      <w:r>
        <w:rPr>
          <w:b w:val="0"/>
          <w:i w:val="0"/>
          <w:smallCaps w:val="0"/>
          <w:strike w:val="0"/>
          <w:sz w:val="12"/>
          <w:u w:val="none"/>
        </w:rPr>
        <w:t>political operatives to provide the “solution” to structural unemployment and poverty (both of which are built into the capitalist system).</w:t>
      </w:r>
      <w:r>
        <w:rPr>
          <w:b w:val="0"/>
          <w:i w:val="0"/>
          <w:smallCaps w:val="0"/>
          <w:strike w:val="0"/>
          <w:u w:val="none"/>
        </w:rPr>
        <w:t xml:space="preserve"> </w:t>
      </w:r>
      <w:r>
        <w:rPr>
          <w:b w:val="0"/>
          <w:i w:val="0"/>
          <w:smallCaps w:val="0"/>
          <w:strike w:val="0"/>
          <w:u w:val="single"/>
        </w:rPr>
        <w:t xml:space="preserve">Growth, the holy expansion of GDP, is </w:t>
      </w:r>
      <w:r>
        <w:rPr>
          <w:b/>
          <w:i w:val="0"/>
          <w:smallCaps w:val="0"/>
          <w:strike w:val="0"/>
          <w:u w:val="single"/>
        </w:rPr>
        <w:t>capitalism’s timeworn deadly answer</w:t>
      </w:r>
      <w:r>
        <w:rPr>
          <w:b w:val="0"/>
          <w:i w:val="0"/>
          <w:smallCaps w:val="0"/>
          <w:strike w:val="0"/>
          <w:u w:val="single"/>
        </w:rPr>
        <w:t xml:space="preserve"> to mass complaints over the economic insecurity that is built into its chaotic system. Politicians take up the cry, </w:t>
      </w:r>
      <w:r>
        <w:rPr>
          <w:b/>
          <w:i w:val="0"/>
          <w:smallCaps w:val="0"/>
          <w:strike w:val="0"/>
          <w:u w:val="single"/>
        </w:rPr>
        <w:t>citing statistics and the pursuit of quantitative expansion</w:t>
      </w:r>
      <w:r>
        <w:rPr>
          <w:b w:val="0"/>
          <w:i w:val="0"/>
          <w:smallCaps w:val="0"/>
          <w:strike w:val="0"/>
          <w:u w:val="single"/>
        </w:rPr>
        <w:t xml:space="preserve"> — job growth, income growth, stock market growth — as the basis for their legitimacy and power even as poisoned quantity leads to the qualitative degradation of air, water, and soil and the Earth’s rising self-protective determination to burn the human race off its face. There is also the </w:t>
      </w:r>
      <w:r>
        <w:rPr>
          <w:b/>
          <w:i w:val="0"/>
          <w:smallCaps w:val="0"/>
          <w:strike w:val="0"/>
          <w:u w:val="single"/>
        </w:rPr>
        <w:t>anarchy and conflict of competing nations</w:t>
      </w:r>
      <w:r>
        <w:rPr>
          <w:b w:val="0"/>
          <w:i w:val="0"/>
          <w:smallCaps w:val="0"/>
          <w:strike w:val="0"/>
          <w:u w:val="single"/>
        </w:rPr>
        <w:t xml:space="preserve">. The disorderly multiplicity of nation states in the world capitalist system as it has evolved for half a millennium </w:t>
      </w:r>
      <w:r>
        <w:rPr>
          <w:b/>
          <w:i w:val="0"/>
          <w:smallCaps w:val="0"/>
          <w:strike w:val="0"/>
          <w:u w:val="single"/>
        </w:rPr>
        <w:t>militates against the establishment</w:t>
      </w:r>
      <w:r>
        <w:rPr>
          <w:b w:val="0"/>
          <w:i w:val="0"/>
          <w:smallCaps w:val="0"/>
          <w:strike w:val="0"/>
          <w:u w:val="single"/>
        </w:rPr>
        <w:t xml:space="preserve"> of the central political and regulatory authority required for humanity to overcome the planet-wide collapse of “a livable future.”</w:t>
      </w:r>
      <w:r>
        <w:rPr>
          <w:b w:val="0"/>
          <w:i w:val="0"/>
          <w:smallCaps w:val="0"/>
          <w:strike w:val="0"/>
          <w:u w:val="none"/>
        </w:rPr>
        <w:t xml:space="preserve"> </w:t>
      </w:r>
      <w:r>
        <w:rPr>
          <w:b w:val="0"/>
          <w:i w:val="0"/>
          <w:smallCaps w:val="0"/>
          <w:strike w:val="0"/>
          <w:sz w:val="12"/>
          <w:u w:val="none"/>
        </w:rPr>
        <w:t>“Accelerating the Race to the Abyss” When leading military powers atop that world state system come into violent conflict each other (as they recurrently and inevitably do), moreover, the prospects of common global action to stop “the thoroughgoing deterioration of earth and nature” (Jameson) are badly damaged. Perhaps some skilled researchers will calculate the carbon footprint of the current inter-imperialist US-Russia proxy war underway in Ukraine before Washington and Moscow solve the problem of global warming with planetary nuclear winter. The investigators will want to factor in how the conflict has accelerated the extraction and burning of fossil fuels outside Russia. As Noam Chomsky observed with his usual eloquent brilliance last fall: “The Ukraine war finds its natural place in [our] collective [eco-cidal] madness. One outcome of Putin’s criminal aggression and the consequent sanctions regime is to restrict the fossil fuel flow from Russia on which Europe relies, particularly the German-based system that is its economic powerhouse. Economic consequences for Europe are severe, though not for the U.S., which is largely immune; or for that matter for Russia, which at least for now is profiting handsomely from rising oil prices and has many eager customers outside of Europe. Europe is seeking alternative sources of oil and gas, a bonanza for the U.S. fossil fuel industry, rewarded with new markets and expansive drilling opportunities to enable it to destroy life on Earth more effectively. And the military industry could hardly be more ecstatic as the killing and destruction mount….One can think of other reasons to bring the horrors to a quick end, but the fate of organized human society is surely one. The Ukraine war has reversed the limited efforts to address the mounting crisis of environmental destruction. While it should have accelerated efforts to move rapidly towards sustainable energy, that was not the path chosen by the political leadership. Rather, the choice has been to accelerate the race to the abyss</w:t>
      </w:r>
      <w:r>
        <w:rPr>
          <w:b w:val="0"/>
          <w:i w:val="0"/>
          <w:smallCaps w:val="0"/>
          <w:strike w:val="0"/>
          <w:sz w:val="12"/>
          <w:u w:val="single"/>
        </w:rPr>
        <w:t xml:space="preserve">.”  </w:t>
      </w:r>
      <w:r>
        <w:rPr>
          <w:b w:val="0"/>
          <w:i w:val="0"/>
          <w:smallCaps w:val="0"/>
          <w:strike w:val="0"/>
          <w:u w:val="single"/>
        </w:rPr>
        <w:t xml:space="preserve">(The giant </w:t>
      </w:r>
      <w:r>
        <w:rPr>
          <w:b/>
          <w:i w:val="0"/>
          <w:smallCaps w:val="0"/>
          <w:strike w:val="0"/>
          <w:u w:val="single"/>
        </w:rPr>
        <w:t>US capitalist global military Empire</w:t>
      </w:r>
      <w:r>
        <w:rPr>
          <w:b w:val="0"/>
          <w:i w:val="0"/>
          <w:smallCaps w:val="0"/>
          <w:strike w:val="0"/>
          <w:u w:val="single"/>
        </w:rPr>
        <w:t xml:space="preserve"> — with “roughly 750 military spread across 80 nations</w:t>
      </w:r>
      <w:r>
        <w:rPr>
          <w:b w:val="0"/>
          <w:i w:val="0"/>
          <w:smallCaps w:val="0"/>
          <w:strike w:val="0"/>
          <w:sz w:val="12"/>
          <w:u w:val="none"/>
        </w:rPr>
        <w:t>!” [so boasts the imperialist Soldiers’ Project] —</w:t>
      </w:r>
      <w:r>
        <w:rPr>
          <w:b w:val="0"/>
          <w:i w:val="0"/>
          <w:smallCaps w:val="0"/>
          <w:strike w:val="0"/>
          <w:u w:val="none"/>
        </w:rPr>
        <w:t xml:space="preserve"> </w:t>
      </w:r>
      <w:r>
        <w:rPr>
          <w:b w:val="0"/>
          <w:i w:val="0"/>
          <w:smallCaps w:val="0"/>
          <w:strike w:val="0"/>
          <w:u w:val="single"/>
        </w:rPr>
        <w:t>certainly has the largest carbon footprint of any single institution on Earth.  Under the direction of either of the nation’s two capitalist-imperialist parties, it may soon be setting new carbon emissions records in a deadly war over Taiwan with state-capitalist China, itself no carbon-spewing slouch despite its heavy investment in wind and solar.)</w:t>
      </w:r>
      <w:r>
        <w:rPr>
          <w:b w:val="0"/>
          <w:i w:val="0"/>
          <w:smallCaps w:val="0"/>
          <w:strike w:val="0"/>
          <w:sz w:val="12"/>
          <w:u w:val="none"/>
        </w:rPr>
        <w:t xml:space="preserve"> Thanks to how the war in Ukraine has deepened the dangers of both nuclear war and climate catastrophe, the Bulletin of Atomic Scientists has just moved its Doomsday Clock to 90 seconds to Midnight, its highest level in history. Then</w:t>
      </w:r>
      <w:r>
        <w:rPr>
          <w:b w:val="0"/>
          <w:i w:val="0"/>
          <w:smallCaps w:val="0"/>
          <w:strike w:val="0"/>
          <w:u w:val="none"/>
        </w:rPr>
        <w:t xml:space="preserve"> </w:t>
      </w:r>
      <w:r>
        <w:rPr>
          <w:b w:val="0"/>
          <w:i w:val="0"/>
          <w:smallCaps w:val="0"/>
          <w:strike w:val="0"/>
          <w:u w:val="single"/>
        </w:rPr>
        <w:t xml:space="preserve">there’s the </w:t>
      </w:r>
      <w:r>
        <w:rPr>
          <w:b/>
          <w:i w:val="0"/>
          <w:smallCaps w:val="0"/>
          <w:strike w:val="0"/>
          <w:u w:val="single"/>
        </w:rPr>
        <w:t>endless diversion and flight</w:t>
      </w:r>
      <w:r>
        <w:rPr>
          <w:b w:val="0"/>
          <w:i w:val="0"/>
          <w:smallCaps w:val="0"/>
          <w:strike w:val="0"/>
          <w:u w:val="single"/>
        </w:rPr>
        <w:t xml:space="preserve"> from historical-material reality provided by a corporate media that fascinates millions with the sex lives and consumption patterns of mediocre celebrities and that  – yes, Amy Goodman – commonly reports an endless and accelerating number of  extreme weather events </w:t>
      </w:r>
      <w:r>
        <w:rPr>
          <w:b/>
          <w:i w:val="0"/>
          <w:smallCaps w:val="0"/>
          <w:strike w:val="0"/>
          <w:u w:val="single"/>
        </w:rPr>
        <w:t xml:space="preserve">without mentioning the climatological context for those </w:t>
      </w:r>
      <w:r>
        <w:rPr>
          <w:b w:val="0"/>
          <w:i w:val="0"/>
          <w:smallCaps w:val="0"/>
          <w:strike w:val="0"/>
          <w:u w:val="single"/>
        </w:rPr>
        <w:t>events, much less the capitalist context behind the climate calamity.</w:t>
      </w:r>
      <w:r>
        <w:rPr>
          <w:b w:val="0"/>
          <w:i w:val="0"/>
          <w:smallCaps w:val="0"/>
          <w:strike w:val="0"/>
          <w:u w:val="none"/>
        </w:rPr>
        <w:t xml:space="preserve">  </w:t>
      </w:r>
      <w:r>
        <w:rPr>
          <w:b w:val="0"/>
          <w:i w:val="0"/>
          <w:smallCaps w:val="0"/>
          <w:strike w:val="0"/>
          <w:sz w:val="12"/>
          <w:u w:val="none"/>
        </w:rPr>
        <w:t>Many more USAers could tell you the name of Gisele Bundchen’s possible new boyfriend (personal trainer Joaquim Valente) than could tell you what a Greenhouse Gas is. “What kind of culture is it,” the Marxist cultural critic Raymond Williams asked forty years ago</w:t>
      </w:r>
      <w:r>
        <w:rPr>
          <w:b w:val="0"/>
          <w:i w:val="0"/>
          <w:smallCaps w:val="0"/>
          <w:strike w:val="0"/>
          <w:u w:val="none"/>
        </w:rPr>
        <w:t xml:space="preserve">, </w:t>
      </w:r>
      <w:r>
        <w:rPr>
          <w:b w:val="0"/>
          <w:i w:val="0"/>
          <w:smallCaps w:val="0"/>
          <w:strike w:val="0"/>
          <w:u w:val="single"/>
        </w:rPr>
        <w:t xml:space="preserve">“when some serious analysis (of environmental menace — PS) appears and is almost at once placed as another installment of ‘doom and gloom’? What kind of culture is it which </w:t>
      </w:r>
      <w:r>
        <w:rPr>
          <w:b/>
          <w:i w:val="0"/>
          <w:smallCaps w:val="0"/>
          <w:strike w:val="0"/>
          <w:u w:val="single"/>
        </w:rPr>
        <w:t>pushes distraction, in its ordinary selection even of news</w:t>
      </w:r>
      <w:r>
        <w:rPr>
          <w:b w:val="0"/>
          <w:i w:val="0"/>
          <w:smallCaps w:val="0"/>
          <w:strike w:val="0"/>
          <w:u w:val="single"/>
        </w:rPr>
        <w:t xml:space="preserve">, to the point where there is </w:t>
      </w:r>
      <w:r>
        <w:rPr>
          <w:b/>
          <w:i w:val="0"/>
          <w:smallCaps w:val="0"/>
          <w:strike w:val="0"/>
          <w:u w:val="single"/>
        </w:rPr>
        <w:t>hardly any sustained discussion of the central and interlocking issues of human survival?</w:t>
      </w:r>
      <w:r>
        <w:rPr>
          <w:b/>
          <w:i w:val="0"/>
          <w:smallCaps w:val="0"/>
          <w:strike w:val="0"/>
          <w:u w:val="none"/>
        </w:rPr>
        <w:t xml:space="preserve"> </w:t>
      </w:r>
      <w:r>
        <w:rPr>
          <w:b w:val="0"/>
          <w:i w:val="0"/>
          <w:smallCaps w:val="0"/>
          <w:strike w:val="0"/>
          <w:sz w:val="12"/>
          <w:u w:val="none"/>
        </w:rPr>
        <w:t>There are times, in the depth of the current crisis, when the image materialises of a cluttered room in which somebody is trying to think while there is a fan dance going on in one corner and a military band blasting away in the other corner. It is not the ordinary enjoyments of life that are diverting serious concern, as at times, in a natural human rhythm, they must and should.</w:t>
      </w:r>
      <w:r>
        <w:rPr>
          <w:b w:val="0"/>
          <w:i w:val="0"/>
          <w:smallCaps w:val="0"/>
          <w:strike w:val="0"/>
          <w:u w:val="none"/>
        </w:rPr>
        <w:t xml:space="preserve"> </w:t>
      </w:r>
      <w:r>
        <w:rPr>
          <w:b w:val="0"/>
          <w:i w:val="0"/>
          <w:smallCaps w:val="0"/>
          <w:strike w:val="0"/>
          <w:u w:val="single"/>
        </w:rPr>
        <w:t>It is a systematic cacophony which may indeed not be bright enough to know that it is jamming and drowning the important signals, but which is nevertheless, and so far successfully, doing just that</w:t>
      </w:r>
      <w:r>
        <w:rPr>
          <w:b w:val="0"/>
          <w:i w:val="0"/>
          <w:smallCaps w:val="0"/>
          <w:strike w:val="0"/>
          <w:sz w:val="12"/>
          <w:u w:val="none"/>
        </w:rPr>
        <w:t>” (Raymond Williams, The Year 2000 [New York: Pantheon, 1983], p. 18).</w:t>
      </w:r>
      <w:r>
        <w:rPr>
          <w:b w:val="0"/>
          <w:i w:val="0"/>
          <w:smallCaps w:val="0"/>
          <w:strike w:val="0"/>
          <w:sz w:val="12"/>
          <w:u w:val="single"/>
        </w:rPr>
        <w:t xml:space="preserve"> </w:t>
      </w:r>
      <w:r>
        <w:rPr>
          <w:b w:val="0"/>
          <w:i w:val="0"/>
          <w:smallCaps w:val="0"/>
          <w:strike w:val="0"/>
          <w:u w:val="single"/>
        </w:rPr>
        <w:t xml:space="preserve">What kind of culture does that? A </w:t>
      </w:r>
      <w:r>
        <w:rPr>
          <w:b/>
          <w:i w:val="0"/>
          <w:smallCaps w:val="0"/>
          <w:strike w:val="0"/>
          <w:u w:val="single"/>
        </w:rPr>
        <w:t>capitalist</w:t>
      </w:r>
      <w:r>
        <w:rPr>
          <w:b w:val="0"/>
          <w:i w:val="0"/>
          <w:smallCaps w:val="0"/>
          <w:strike w:val="0"/>
          <w:u w:val="single"/>
        </w:rPr>
        <w:t xml:space="preserve"> culture</w:t>
      </w:r>
      <w:r>
        <w:rPr>
          <w:b w:val="0"/>
          <w:i w:val="0"/>
          <w:smallCaps w:val="0"/>
          <w:strike w:val="0"/>
          <w:u w:val="none"/>
        </w:rPr>
        <w:t xml:space="preserve">. </w:t>
      </w:r>
      <w:r>
        <w:rPr>
          <w:b w:val="0"/>
          <w:i w:val="0"/>
          <w:smallCaps w:val="0"/>
          <w:strike w:val="0"/>
          <w:sz w:val="12"/>
          <w:u w:val="none"/>
        </w:rPr>
        <w:t>Greta’s Right: Revolution, Nothing Less David Wallace Wells’ October 2022  New York Times essay, “Beyond Catastrophe,” is surprisingly and excessively impressed by the prospects for “decarbonization” short of eco-socialist revolution in this century? Is he right to suggest that environmental catastrophe can be avoided under capitalism, as numerous other progressive thinkers seems to think? No. We’d do better to take counsel from the 19-year old climate justice icon Greta Thunberg, who recently told an audience in London that climate activists and others must overthrow “the whole capitalist system.” She’s right.</w:t>
      </w:r>
      <w:r>
        <w:rPr>
          <w:b w:val="0"/>
          <w:i w:val="0"/>
          <w:smallCaps w:val="0"/>
          <w:strike w:val="0"/>
          <w:u w:val="none"/>
        </w:rPr>
        <w:t xml:space="preserve"> </w:t>
      </w:r>
      <w:r>
        <w:rPr>
          <w:b w:val="0"/>
          <w:i w:val="0"/>
          <w:smallCaps w:val="0"/>
          <w:strike w:val="0"/>
          <w:u w:val="single"/>
        </w:rPr>
        <w:t xml:space="preserve">That system is far too deeply invested in fossil fuels to </w:t>
      </w:r>
      <w:r>
        <w:rPr>
          <w:b/>
          <w:i w:val="0"/>
          <w:smallCaps w:val="0"/>
          <w:strike w:val="0"/>
          <w:u w:val="single"/>
        </w:rPr>
        <w:t>give them up before final tipping points are breached</w:t>
      </w:r>
      <w:r>
        <w:rPr>
          <w:b w:val="0"/>
          <w:i w:val="0"/>
          <w:smallCaps w:val="0"/>
          <w:strike w:val="0"/>
          <w:u w:val="single"/>
        </w:rPr>
        <w:t xml:space="preserve"> (and there are more than enough such fuels still in the ground for capitalism to extract and burn to the point of no return). It is far too anarchic, competitive, exploitation-based, authoritarian, plutocratic, and decentralized, and too attached to nation states, imperialism, and war to be seriously reigned-in by environmental considerations</w:t>
      </w:r>
      <w:r>
        <w:rPr>
          <w:b w:val="0"/>
          <w:i w:val="0"/>
          <w:smallCaps w:val="0"/>
          <w:strike w:val="0"/>
          <w:u w:val="none"/>
        </w:rPr>
        <w:t xml:space="preserve">. </w:t>
      </w:r>
      <w:r>
        <w:rPr>
          <w:b w:val="0"/>
          <w:i w:val="0"/>
          <w:smallCaps w:val="0"/>
          <w:strike w:val="0"/>
          <w:sz w:val="12"/>
          <w:u w:val="none"/>
        </w:rPr>
        <w:t>I’m not sure Ms. Thunberg has worked all of this out yet but she’s on the right track:  it really does come down to the title of the U.S. Revolutionary Communist Party’s (RCP) weekly YouTube television show</w:t>
      </w:r>
      <w:r>
        <w:rPr>
          <w:b w:val="0"/>
          <w:i w:val="0"/>
          <w:smallCaps w:val="0"/>
          <w:strike w:val="0"/>
          <w:u w:val="single"/>
        </w:rPr>
        <w:t>: “</w:t>
      </w:r>
      <w:r>
        <w:rPr>
          <w:b/>
          <w:i w:val="0"/>
          <w:smallCaps w:val="0"/>
          <w:strike w:val="0"/>
          <w:u w:val="single"/>
        </w:rPr>
        <w:t>Revolution Nothing Less</w:t>
      </w:r>
      <w:r>
        <w:rPr>
          <w:b w:val="0"/>
          <w:i w:val="0"/>
          <w:smallCaps w:val="0"/>
          <w:strike w:val="0"/>
          <w:u w:val="single"/>
        </w:rPr>
        <w:t>.”</w:t>
      </w:r>
      <w:r>
        <w:rPr>
          <w:b w:val="0"/>
          <w:i w:val="0"/>
          <w:smallCaps w:val="0"/>
          <w:strike w:val="0"/>
          <w:u w:val="none"/>
        </w:rPr>
        <w:t xml:space="preserve"> </w:t>
      </w:r>
      <w:r>
        <w:rPr>
          <w:b w:val="0"/>
          <w:i w:val="0"/>
          <w:smallCaps w:val="0"/>
          <w:strike w:val="0"/>
          <w:sz w:val="12"/>
          <w:u w:val="none"/>
        </w:rPr>
        <w:t xml:space="preserve">The leading left intellectual Chomsky has recently been suggesting that the main problem is “savage capitalism,” not capitalism as such. My guess is that he knows better than this (he’s too smart not to) — that livable ecology is simply impossible under the class dictatorship of capital — but sees the prospect of eco-socialist transformation as so remote </w:t>
      </w:r>
      <w:r>
        <w:rPr>
          <w:b w:val="0"/>
          <w:i w:val="0"/>
          <w:smallCaps w:val="0"/>
          <w:strike w:val="0"/>
          <w:sz w:val="12"/>
          <w:u w:val="none"/>
        </w:rPr>
        <w:t xml:space="preserve">and the climate catastrophe as so urgent that we have no choice but to place our hopes in reversing climate destruction under the profits system. I get it but I don’t. </w:t>
      </w:r>
      <w:r>
        <w:rPr>
          <w:b w:val="0"/>
          <w:i w:val="0"/>
          <w:smallCaps w:val="0"/>
          <w:strike w:val="0"/>
          <w:u w:val="single"/>
        </w:rPr>
        <w:t>The only thing crazier than calling for global socialist/eco-socialist people’s revolution now is not doing so</w:t>
      </w:r>
      <w:r>
        <w:rPr>
          <w:b w:val="0"/>
          <w:i w:val="0"/>
          <w:smallCaps w:val="0"/>
          <w:strike w:val="0"/>
          <w:u w:val="none"/>
        </w:rPr>
        <w:t xml:space="preserve">. </w:t>
      </w:r>
      <w:r>
        <w:rPr>
          <w:b w:val="0"/>
          <w:i w:val="0"/>
          <w:smallCaps w:val="0"/>
          <w:strike w:val="0"/>
          <w:sz w:val="12"/>
          <w:u w:val="none"/>
        </w:rPr>
        <w:t xml:space="preserve">Many older, white, and male left-identified people I know reflexively roll their eyes in response to me when I voice this opinion. To them, “saying that we need a socialist revolution is required to save chances for a decent future is to say that we are doomed.  That’s not going to happen.” This judgement typically comes my way without any disagreement over my diagnosis that capitalism is killing us – without any Wellsyian or Chomskyan pretense that the environmental crisis could maybe be solved under bourgeois rule. But, to paraphrase Gramsci, the pessimism of my despairing correspondents’ minds has gotten the better of the “optimism of their will (as recent mind and body research would predict, incidentally). </w:t>
      </w:r>
      <w:r>
        <w:rPr>
          <w:b w:val="0"/>
          <w:i w:val="0"/>
          <w:smallCaps w:val="0"/>
          <w:strike w:val="0"/>
          <w:u w:val="single"/>
        </w:rPr>
        <w:t xml:space="preserve">They find it </w:t>
      </w:r>
      <w:r>
        <w:rPr>
          <w:b/>
          <w:i w:val="0"/>
          <w:smallCaps w:val="0"/>
          <w:strike w:val="0"/>
          <w:u w:val="single"/>
        </w:rPr>
        <w:t>easier to imagine the end of life itself than to envision the end of capitalism.</w:t>
      </w:r>
      <w:r>
        <w:rPr>
          <w:b w:val="0"/>
          <w:i w:val="0"/>
          <w:smallCaps w:val="0"/>
          <w:strike w:val="0"/>
          <w:u w:val="single"/>
        </w:rPr>
        <w:t xml:space="preserve"> They find it more comfortable to surrender and fade away </w:t>
      </w:r>
      <w:r>
        <w:rPr>
          <w:b/>
          <w:i w:val="0"/>
          <w:smallCaps w:val="0"/>
          <w:strike w:val="0"/>
          <w:u w:val="single"/>
        </w:rPr>
        <w:t>before</w:t>
      </w:r>
      <w:r>
        <w:rPr>
          <w:b w:val="0"/>
          <w:i w:val="0"/>
          <w:smallCaps w:val="0"/>
          <w:strike w:val="0"/>
          <w:u w:val="single"/>
        </w:rPr>
        <w:t xml:space="preserve"> capitalist eco-cide than to rise up with others against the system that cancels a livable environment – and they project this surrender on to younger and future  generations cursed with trying to survive under the conditions imposed by the planet-poisoning bourgeois regime their predecessors failed to properly confront. Enough with the idiotic and self-fulfilling cynicism, nihilism, and hopelessness. Of course we can make a revolution. </w:t>
      </w:r>
      <w:r>
        <w:rPr>
          <w:b/>
          <w:i w:val="0"/>
          <w:smallCaps w:val="0"/>
          <w:strike w:val="0"/>
          <w:u w:val="single"/>
        </w:rPr>
        <w:t>Or die trying</w:t>
      </w:r>
      <w:r>
        <w:rPr>
          <w:b w:val="0"/>
          <w:i w:val="0"/>
          <w:smallCaps w:val="0"/>
          <w:strike w:val="0"/>
          <w:u w:val="single"/>
        </w:rPr>
        <w:t xml:space="preserve">.  Because it’s not about the crystal ball, is it? Are the odds bad? Change them with human agency – yours and that of others with whom you join against a lethal system wired to destroy life on Earth.  Make no mistake: capitalism isn’t done until it has </w:t>
      </w:r>
      <w:r>
        <w:rPr>
          <w:b/>
          <w:i w:val="0"/>
          <w:smallCaps w:val="0"/>
          <w:strike w:val="0"/>
          <w:u w:val="single"/>
        </w:rPr>
        <w:t>made “a livable future” impossible</w:t>
      </w:r>
      <w:r>
        <w:rPr>
          <w:b w:val="0"/>
          <w:i w:val="0"/>
          <w:smallCaps w:val="0"/>
          <w:strike w:val="0"/>
          <w:u w:val="single"/>
        </w:rPr>
        <w:t xml:space="preserve">. We have an existential duty to kill it </w:t>
      </w:r>
      <w:r>
        <w:rPr>
          <w:b/>
          <w:i w:val="0"/>
          <w:smallCaps w:val="0"/>
          <w:strike w:val="0"/>
          <w:u w:val="single"/>
        </w:rPr>
        <w:t>before it kills humanity</w:t>
      </w:r>
      <w:r>
        <w:rPr>
          <w:b w:val="0"/>
          <w:i w:val="0"/>
          <w:smallCaps w:val="0"/>
          <w:strike w:val="0"/>
          <w:u w:val="single"/>
        </w:rPr>
        <w:t xml:space="preserve"> along with the giant mass of other species it has already wiped out.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