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Racial capitalism is wrong – race exists independent to markets AND we can enact structural forms to maintain capitalism but make it less racist.</w:t>
      </w:r>
    </w:p>
    <w:p>
      <w:pPr>
        <w:spacing w:after="80"/>
      </w:pPr>
      <w:r>
        <w:rPr>
          <w:b/>
          <w:i w:val="0"/>
          <w:smallCaps w:val="0"/>
          <w:strike w:val="0"/>
          <w:sz w:val="26"/>
          <w:u w:val="none"/>
        </w:rPr>
        <w:t>Barlow 20</w:t>
      </w:r>
      <w:r>
        <w:rPr>
          <w:b w:val="0"/>
          <w:i w:val="0"/>
          <w:smallCaps w:val="0"/>
          <w:strike w:val="0"/>
          <w:u w:val="none"/>
        </w:rPr>
        <w:t xml:space="preserve"> – Rich Barlow is a senior writer at BU Today and Bostonia magazine. </w:t>
      </w:r>
    </w:p>
    <w:p>
      <w:pPr>
        <w:spacing w:after="60"/>
      </w:pPr>
      <w:r>
        <w:rPr>
          <w:b w:val="0"/>
          <w:i w:val="0"/>
          <w:smallCaps w:val="0"/>
          <w:strike w:val="0"/>
          <w:u w:val="none"/>
        </w:rPr>
        <w:t>Rich Barlow, September 17 2020, “Capitalism Isn’t Racist. We Are,” WBUR, https://www.wbur.org/cognoscenti/2020/09/17/racist-capitalism-rich-barlow</w:t>
      </w:r>
    </w:p>
    <w:p>
      <w:pPr>
        <w:spacing w:after="60"/>
      </w:pPr>
      <w:r>
        <w:rPr>
          <w:b w:val="0"/>
          <w:i w:val="0"/>
          <w:smallCaps w:val="0"/>
          <w:strike w:val="0"/>
          <w:sz w:val="22"/>
          <w:u w:val="single"/>
        </w:rPr>
        <w:t>That white capitalists</w:t>
      </w:r>
      <w:r>
        <w:rPr>
          <w:b w:val="0"/>
          <w:i w:val="0"/>
          <w:smallCaps w:val="0"/>
          <w:strike w:val="0"/>
          <w:u w:val="none"/>
        </w:rPr>
        <w:t xml:space="preserve"> have </w:t>
      </w:r>
      <w:r>
        <w:rPr>
          <w:b w:val="0"/>
          <w:i w:val="0"/>
          <w:smallCaps w:val="0"/>
          <w:strike w:val="0"/>
          <w:sz w:val="22"/>
          <w:u w:val="single"/>
        </w:rPr>
        <w:t>exploited people of color</w:t>
      </w:r>
      <w:r>
        <w:rPr>
          <w:b w:val="0"/>
          <w:i w:val="0"/>
          <w:smallCaps w:val="0"/>
          <w:strike w:val="0"/>
          <w:u w:val="none"/>
        </w:rPr>
        <w:t xml:space="preserve"> for centuries </w:t>
      </w:r>
      <w:r>
        <w:rPr>
          <w:b/>
          <w:i w:val="0"/>
          <w:smallCaps w:val="0"/>
          <w:strike w:val="0"/>
          <w:sz w:val="22"/>
          <w:u w:val="single"/>
        </w:rPr>
        <w:t>is indisputable</w:t>
      </w:r>
      <w:r>
        <w:rPr>
          <w:b w:val="0"/>
          <w:i w:val="0"/>
          <w:smallCaps w:val="0"/>
          <w:strike w:val="0"/>
          <w:u w:val="none"/>
        </w:rPr>
        <w:t xml:space="preserve">, from Dixie’s plantations and land theft under Jim Crow to redlined neighborhoods and job discrimination today. </w:t>
      </w:r>
      <w:r>
        <w:rPr>
          <w:b w:val="0"/>
          <w:i w:val="0"/>
          <w:smallCaps w:val="0"/>
          <w:strike w:val="0"/>
          <w:sz w:val="22"/>
          <w:u w:val="single"/>
        </w:rPr>
        <w:t>Instead of reopening</w:t>
      </w:r>
      <w:r>
        <w:rPr>
          <w:b w:val="0"/>
          <w:i w:val="0"/>
          <w:smallCaps w:val="0"/>
          <w:strike w:val="0"/>
          <w:u w:val="none"/>
        </w:rPr>
        <w:t xml:space="preserve"> all those </w:t>
      </w:r>
      <w:r>
        <w:rPr>
          <w:b w:val="0"/>
          <w:i w:val="0"/>
          <w:smallCaps w:val="0"/>
          <w:strike w:val="0"/>
          <w:sz w:val="22"/>
          <w:u w:val="single"/>
        </w:rPr>
        <w:t>capitalist businesses</w:t>
      </w:r>
      <w:r>
        <w:rPr>
          <w:b w:val="0"/>
          <w:i w:val="0"/>
          <w:smallCaps w:val="0"/>
          <w:strike w:val="0"/>
          <w:u w:val="none"/>
        </w:rPr>
        <w:t xml:space="preserve"> shuttered by COVID-19, </w:t>
      </w:r>
      <w:r>
        <w:rPr>
          <w:b w:val="0"/>
          <w:i w:val="0"/>
          <w:smallCaps w:val="0"/>
          <w:strike w:val="0"/>
          <w:sz w:val="22"/>
          <w:u w:val="single"/>
        </w:rPr>
        <w:t>should we abolish them</w:t>
      </w:r>
      <w:r>
        <w:rPr>
          <w:b w:val="0"/>
          <w:i w:val="0"/>
          <w:smallCaps w:val="0"/>
          <w:strike w:val="0"/>
          <w:u w:val="none"/>
        </w:rPr>
        <w:t>?</w:t>
      </w:r>
    </w:p>
    <w:p>
      <w:pPr>
        <w:spacing w:after="60"/>
      </w:pPr>
      <w:r>
        <w:rPr>
          <w:b/>
          <w:i w:val="0"/>
          <w:smallCaps w:val="0"/>
          <w:strike w:val="0"/>
          <w:sz w:val="22"/>
          <w:u w:val="single"/>
        </w:rPr>
        <w:t>No</w:t>
      </w:r>
      <w:r>
        <w:rPr>
          <w:b w:val="0"/>
          <w:i w:val="0"/>
          <w:smallCaps w:val="0"/>
          <w:strike w:val="0"/>
          <w:u w:val="none"/>
        </w:rPr>
        <w:t xml:space="preserve">. </w:t>
      </w:r>
      <w:r>
        <w:rPr>
          <w:b w:val="0"/>
          <w:i w:val="0"/>
          <w:smallCaps w:val="0"/>
          <w:strike w:val="0"/>
          <w:sz w:val="22"/>
          <w:u w:val="single"/>
        </w:rPr>
        <w:t>Anti-capitalists</w:t>
      </w:r>
      <w:r>
        <w:rPr>
          <w:b w:val="0"/>
          <w:i w:val="0"/>
          <w:smallCaps w:val="0"/>
          <w:strike w:val="0"/>
          <w:u w:val="none"/>
        </w:rPr>
        <w:t xml:space="preserve"> </w:t>
      </w:r>
      <w:r>
        <w:rPr>
          <w:b/>
          <w:i w:val="0"/>
          <w:smallCaps w:val="0"/>
          <w:strike w:val="0"/>
          <w:sz w:val="22"/>
          <w:u w:val="single"/>
        </w:rPr>
        <w:t>ignore a sadder</w:t>
      </w:r>
      <w:r>
        <w:rPr>
          <w:b w:val="0"/>
          <w:i w:val="0"/>
          <w:smallCaps w:val="0"/>
          <w:strike w:val="0"/>
          <w:u w:val="none"/>
        </w:rPr>
        <w:t xml:space="preserve">, inconvenient </w:t>
      </w:r>
      <w:r>
        <w:rPr>
          <w:b/>
          <w:i w:val="0"/>
          <w:smallCaps w:val="0"/>
          <w:strike w:val="0"/>
          <w:sz w:val="22"/>
          <w:u w:val="single"/>
        </w:rPr>
        <w:t>truth</w:t>
      </w:r>
      <w:r>
        <w:rPr>
          <w:b w:val="0"/>
          <w:i w:val="0"/>
          <w:smallCaps w:val="0"/>
          <w:strike w:val="0"/>
          <w:u w:val="none"/>
        </w:rPr>
        <w:t xml:space="preserve">. To tweak Davis to be more accurate, </w:t>
      </w:r>
      <w:r>
        <w:rPr>
          <w:b/>
          <w:i w:val="0"/>
          <w:smallCaps w:val="0"/>
          <w:strike w:val="0"/>
          <w:sz w:val="22"/>
          <w:u w:val="single"/>
        </w:rPr>
        <w:t>there is no economic system</w:t>
      </w:r>
      <w:r>
        <w:rPr>
          <w:b w:val="0"/>
          <w:i w:val="0"/>
          <w:smallCaps w:val="0"/>
          <w:strike w:val="0"/>
          <w:u w:val="none"/>
        </w:rPr>
        <w:t xml:space="preserve">, period, </w:t>
      </w:r>
      <w:r>
        <w:rPr>
          <w:b/>
          <w:i w:val="0"/>
          <w:smallCaps w:val="0"/>
          <w:strike w:val="0"/>
          <w:sz w:val="22"/>
          <w:u w:val="single"/>
        </w:rPr>
        <w:t>without racism</w:t>
      </w:r>
      <w:r>
        <w:rPr>
          <w:b w:val="0"/>
          <w:i w:val="0"/>
          <w:smallCaps w:val="0"/>
          <w:strike w:val="0"/>
          <w:u w:val="none"/>
        </w:rPr>
        <w:t xml:space="preserve">. And </w:t>
      </w:r>
      <w:r>
        <w:rPr>
          <w:b w:val="0"/>
          <w:i w:val="0"/>
          <w:smallCaps w:val="0"/>
          <w:strike w:val="0"/>
          <w:sz w:val="22"/>
          <w:u w:val="single"/>
        </w:rPr>
        <w:t>there is a lot we can do to dilute bigotry in our system</w:t>
      </w:r>
      <w:r>
        <w:rPr>
          <w:b w:val="0"/>
          <w:i w:val="0"/>
          <w:smallCaps w:val="0"/>
          <w:strike w:val="0"/>
          <w:u w:val="none"/>
        </w:rPr>
        <w:t>.</w:t>
      </w:r>
    </w:p>
    <w:p>
      <w:pPr>
        <w:spacing w:after="60"/>
      </w:pPr>
      <w:r>
        <w:rPr>
          <w:b w:val="0"/>
          <w:i w:val="0"/>
          <w:smallCaps w:val="0"/>
          <w:strike w:val="0"/>
          <w:sz w:val="12"/>
          <w:u w:val="none"/>
        </w:rPr>
        <w:t>The pioneering Black studies scholar Cedric Robinson found that capitalism evolved from Western societies already steeped in racial discrimination; feudal Europe wasn’t humming “Kumbaya.” Nor, for that matter, were African kings who kept slaves to strut their wealth and power, before 18th-century European traders waded ashore and remade slave-owning into an industrial-scale profit machine.</w:t>
      </w:r>
    </w:p>
    <w:p>
      <w:pPr>
        <w:spacing w:after="60"/>
      </w:pPr>
      <w:r>
        <w:rPr>
          <w:b w:val="0"/>
          <w:i w:val="0"/>
          <w:smallCaps w:val="0"/>
          <w:strike w:val="0"/>
          <w:u w:val="none"/>
        </w:rPr>
        <w:t xml:space="preserve">My point isn’t to deny U.S. capitalism’s systemic racism. It is, rather, to </w:t>
      </w:r>
      <w:r>
        <w:rPr>
          <w:b/>
          <w:i w:val="0"/>
          <w:smallCaps w:val="0"/>
          <w:strike w:val="0"/>
          <w:sz w:val="22"/>
          <w:u w:val="single"/>
        </w:rPr>
        <w:t>snuff out knee-jerk,</w:t>
      </w:r>
      <w:r>
        <w:rPr>
          <w:b w:val="0"/>
          <w:i w:val="0"/>
          <w:smallCaps w:val="0"/>
          <w:strike w:val="0"/>
          <w:u w:val="none"/>
        </w:rPr>
        <w:t xml:space="preserve"> </w:t>
      </w:r>
      <w:r>
        <w:rPr>
          <w:b w:val="0"/>
          <w:i w:val="0"/>
          <w:smallCaps w:val="0"/>
          <w:strike w:val="0"/>
          <w:sz w:val="22"/>
          <w:u w:val="single"/>
        </w:rPr>
        <w:t>utopian notions that racism is anything less than</w:t>
      </w:r>
      <w:r>
        <w:rPr>
          <w:b w:val="0"/>
          <w:i w:val="0"/>
          <w:smallCaps w:val="0"/>
          <w:strike w:val="0"/>
          <w:u w:val="none"/>
        </w:rPr>
        <w:t xml:space="preserve"> a </w:t>
      </w:r>
      <w:r>
        <w:rPr>
          <w:b/>
          <w:i w:val="0"/>
          <w:smallCaps w:val="0"/>
          <w:strike w:val="0"/>
          <w:sz w:val="22"/>
          <w:u w:val="single"/>
        </w:rPr>
        <w:t>universal</w:t>
      </w:r>
      <w:r>
        <w:rPr>
          <w:b w:val="0"/>
          <w:i w:val="0"/>
          <w:smallCaps w:val="0"/>
          <w:strike w:val="0"/>
          <w:u w:val="none"/>
        </w:rPr>
        <w:t xml:space="preserve"> infestation </w:t>
      </w:r>
      <w:r>
        <w:rPr>
          <w:b w:val="0"/>
          <w:i w:val="0"/>
          <w:smallCaps w:val="0"/>
          <w:strike w:val="0"/>
          <w:sz w:val="22"/>
          <w:u w:val="single"/>
        </w:rPr>
        <w:t>among</w:t>
      </w:r>
      <w:r>
        <w:rPr>
          <w:b w:val="0"/>
          <w:i w:val="0"/>
          <w:smallCaps w:val="0"/>
          <w:strike w:val="0"/>
          <w:u w:val="none"/>
        </w:rPr>
        <w:t xml:space="preserve"> </w:t>
      </w:r>
      <w:r>
        <w:rPr>
          <w:b/>
          <w:i w:val="0"/>
          <w:smallCaps w:val="0"/>
          <w:strike w:val="0"/>
          <w:sz w:val="22"/>
          <w:u w:val="single"/>
        </w:rPr>
        <w:t>different economies and cultures</w:t>
      </w:r>
      <w:r>
        <w:rPr>
          <w:b w:val="0"/>
          <w:i w:val="0"/>
          <w:smallCaps w:val="0"/>
          <w:strike w:val="0"/>
          <w:u w:val="none"/>
        </w:rPr>
        <w:t>.</w:t>
      </w:r>
    </w:p>
    <w:p>
      <w:pPr>
        <w:spacing w:after="60"/>
      </w:pPr>
      <w:r>
        <w:rPr>
          <w:b w:val="0"/>
          <w:i w:val="0"/>
          <w:smallCaps w:val="0"/>
          <w:strike w:val="0"/>
          <w:sz w:val="10"/>
          <w:u w:val="none"/>
        </w:rPr>
        <w:t>As Boston University researcher Jim Bessen, who has studied racial wage disparities, told me, “A more pessimistic view might say civilization may inherently introduce tribal antagonisms that lead to racism.” And not just Western civilization.</w:t>
      </w:r>
    </w:p>
    <w:p>
      <w:pPr>
        <w:spacing w:after="60"/>
      </w:pPr>
      <w:r>
        <w:rPr>
          <w:b w:val="0"/>
          <w:i w:val="0"/>
          <w:smallCaps w:val="0"/>
          <w:strike w:val="0"/>
          <w:sz w:val="22"/>
          <w:u w:val="single"/>
        </w:rPr>
        <w:t>The stray Marxist may look for r</w:t>
      </w:r>
      <w:r>
        <w:rPr>
          <w:b w:val="0"/>
          <w:i w:val="0"/>
          <w:smallCaps w:val="0"/>
          <w:strike w:val="0"/>
          <w:u w:val="none"/>
        </w:rPr>
        <w:t xml:space="preserve">acial and ethnic </w:t>
      </w:r>
      <w:r>
        <w:rPr>
          <w:b w:val="0"/>
          <w:i w:val="0"/>
          <w:smallCaps w:val="0"/>
          <w:strike w:val="0"/>
          <w:sz w:val="22"/>
          <w:u w:val="single"/>
        </w:rPr>
        <w:t>harmony in</w:t>
      </w:r>
      <w:r>
        <w:rPr>
          <w:b w:val="0"/>
          <w:i w:val="0"/>
          <w:smallCaps w:val="0"/>
          <w:strike w:val="0"/>
          <w:u w:val="none"/>
        </w:rPr>
        <w:t xml:space="preserve"> self-declared workers' paradises such as </w:t>
      </w:r>
      <w:r>
        <w:rPr>
          <w:b w:val="0"/>
          <w:i w:val="0"/>
          <w:smallCaps w:val="0"/>
          <w:strike w:val="0"/>
          <w:sz w:val="22"/>
          <w:u w:val="single"/>
        </w:rPr>
        <w:t>China</w:t>
      </w:r>
      <w:r>
        <w:rPr>
          <w:b w:val="0"/>
          <w:i w:val="0"/>
          <w:smallCaps w:val="0"/>
          <w:strike w:val="0"/>
          <w:u w:val="none"/>
        </w:rPr>
        <w:t xml:space="preserve">. </w:t>
      </w:r>
      <w:r>
        <w:rPr>
          <w:b/>
          <w:i w:val="0"/>
          <w:smallCaps w:val="0"/>
          <w:strike w:val="0"/>
          <w:sz w:val="22"/>
          <w:u w:val="single"/>
        </w:rPr>
        <w:t>The million Uyghurs</w:t>
      </w:r>
      <w:r>
        <w:rPr>
          <w:b w:val="0"/>
          <w:i w:val="0"/>
          <w:smallCaps w:val="0"/>
          <w:strike w:val="0"/>
          <w:u w:val="none"/>
        </w:rPr>
        <w:t xml:space="preserve"> and other Muslims herded into concentration camps by Xi Jinping likely </w:t>
      </w:r>
      <w:r>
        <w:rPr>
          <w:b w:val="0"/>
          <w:i w:val="0"/>
          <w:smallCaps w:val="0"/>
          <w:strike w:val="0"/>
          <w:sz w:val="22"/>
          <w:u w:val="single"/>
        </w:rPr>
        <w:t>would</w:t>
      </w:r>
      <w:r>
        <w:rPr>
          <w:b w:val="0"/>
          <w:i w:val="0"/>
          <w:smallCaps w:val="0"/>
          <w:strike w:val="0"/>
          <w:u w:val="none"/>
        </w:rPr>
        <w:t xml:space="preserve"> </w:t>
      </w:r>
      <w:r>
        <w:rPr>
          <w:b/>
          <w:i w:val="0"/>
          <w:smallCaps w:val="0"/>
          <w:strike w:val="0"/>
          <w:sz w:val="22"/>
          <w:u w:val="single"/>
        </w:rPr>
        <w:t>beg to differ</w:t>
      </w:r>
      <w:r>
        <w:rPr>
          <w:b w:val="0"/>
          <w:i w:val="0"/>
          <w:smallCaps w:val="0"/>
          <w:strike w:val="0"/>
          <w:u w:val="none"/>
        </w:rPr>
        <w:t>. Their plight is the latest link in an historical chain of racism in the People’s Republic.</w:t>
      </w:r>
    </w:p>
    <w:p>
      <w:pPr>
        <w:spacing w:after="60"/>
      </w:pPr>
      <w:r>
        <w:rPr>
          <w:b w:val="0"/>
          <w:i w:val="0"/>
          <w:smallCaps w:val="0"/>
          <w:strike w:val="0"/>
          <w:sz w:val="22"/>
          <w:u w:val="single"/>
        </w:rPr>
        <w:t>Socialist regimes</w:t>
      </w:r>
      <w:r>
        <w:rPr>
          <w:b w:val="0"/>
          <w:i w:val="0"/>
          <w:smallCaps w:val="0"/>
          <w:strike w:val="0"/>
          <w:u w:val="none"/>
        </w:rPr>
        <w:t xml:space="preserve"> elsewhere </w:t>
      </w:r>
      <w:r>
        <w:rPr>
          <w:b w:val="0"/>
          <w:i w:val="0"/>
          <w:smallCaps w:val="0"/>
          <w:strike w:val="0"/>
          <w:sz w:val="22"/>
          <w:u w:val="single"/>
        </w:rPr>
        <w:t>flunk the brotherhood test</w:t>
      </w:r>
      <w:r>
        <w:rPr>
          <w:b w:val="0"/>
          <w:i w:val="0"/>
          <w:smallCaps w:val="0"/>
          <w:strike w:val="0"/>
          <w:u w:val="none"/>
        </w:rPr>
        <w:t xml:space="preserve">, too. Only recently, </w:t>
      </w:r>
      <w:r>
        <w:rPr>
          <w:b/>
          <w:i w:val="0"/>
          <w:smallCaps w:val="0"/>
          <w:strike w:val="0"/>
          <w:sz w:val="22"/>
          <w:u w:val="single"/>
        </w:rPr>
        <w:t>Cuba</w:t>
      </w:r>
      <w:r>
        <w:rPr>
          <w:b w:val="0"/>
          <w:i w:val="0"/>
          <w:smallCaps w:val="0"/>
          <w:strike w:val="0"/>
          <w:u w:val="none"/>
        </w:rPr>
        <w:t xml:space="preserve"> began inching beyond </w:t>
      </w:r>
      <w:r>
        <w:rPr>
          <w:b w:val="0"/>
          <w:i w:val="0"/>
          <w:smallCaps w:val="0"/>
          <w:strike w:val="0"/>
          <w:sz w:val="22"/>
          <w:u w:val="single"/>
        </w:rPr>
        <w:t>shunt</w:t>
      </w:r>
      <w:r>
        <w:rPr>
          <w:b w:val="0"/>
          <w:i w:val="0"/>
          <w:smallCaps w:val="0"/>
          <w:strike w:val="0"/>
          <w:u w:val="none"/>
        </w:rPr>
        <w:t xml:space="preserve">ing </w:t>
      </w:r>
      <w:r>
        <w:rPr>
          <w:b/>
          <w:i w:val="0"/>
          <w:smallCaps w:val="0"/>
          <w:strike w:val="0"/>
          <w:sz w:val="22"/>
          <w:u w:val="single"/>
        </w:rPr>
        <w:t xml:space="preserve">Black Cubans to the margins of political and economic equality. </w:t>
      </w:r>
      <w:r>
        <w:rPr>
          <w:b w:val="0"/>
          <w:i w:val="0"/>
          <w:smallCaps w:val="0"/>
          <w:strike w:val="0"/>
          <w:u w:val="none"/>
        </w:rPr>
        <w:t xml:space="preserve">Fidel Castro may have declared his nation delivered from racism by his revolution, but </w:t>
      </w:r>
      <w:r>
        <w:rPr>
          <w:b w:val="0"/>
          <w:i w:val="0"/>
          <w:smallCaps w:val="0"/>
          <w:strike w:val="0"/>
          <w:sz w:val="22"/>
          <w:u w:val="single"/>
        </w:rPr>
        <w:t>a young Cuban activist</w:t>
      </w:r>
      <w:r>
        <w:rPr>
          <w:b w:val="0"/>
          <w:i w:val="0"/>
          <w:smallCaps w:val="0"/>
          <w:strike w:val="0"/>
          <w:u w:val="none"/>
        </w:rPr>
        <w:t xml:space="preserve"> in 2018 </w:t>
      </w:r>
      <w:r>
        <w:rPr>
          <w:b w:val="0"/>
          <w:i w:val="0"/>
          <w:smallCaps w:val="0"/>
          <w:strike w:val="0"/>
          <w:sz w:val="22"/>
          <w:u w:val="single"/>
        </w:rPr>
        <w:t>dissented</w:t>
      </w:r>
      <w:r>
        <w:rPr>
          <w:b w:val="0"/>
          <w:i w:val="0"/>
          <w:smallCaps w:val="0"/>
          <w:strike w:val="0"/>
          <w:u w:val="none"/>
        </w:rPr>
        <w:t xml:space="preserve">: “To me, </w:t>
      </w:r>
      <w:r>
        <w:rPr>
          <w:b/>
          <w:i w:val="0"/>
          <w:smallCaps w:val="0"/>
          <w:strike w:val="0"/>
          <w:sz w:val="22"/>
          <w:u w:val="single"/>
        </w:rPr>
        <w:t>Cuba is</w:t>
      </w:r>
      <w:r>
        <w:rPr>
          <w:b w:val="0"/>
          <w:i w:val="0"/>
          <w:smallCaps w:val="0"/>
          <w:strike w:val="0"/>
          <w:u w:val="none"/>
        </w:rPr>
        <w:t xml:space="preserve"> very, very racist, </w:t>
      </w:r>
      <w:r>
        <w:rPr>
          <w:b/>
          <w:i w:val="0"/>
          <w:smallCaps w:val="0"/>
          <w:strike w:val="0"/>
          <w:sz w:val="22"/>
          <w:u w:val="single"/>
        </w:rPr>
        <w:t>one of the most racist countries in the world.”</w:t>
      </w:r>
    </w:p>
    <w:p>
      <w:pPr>
        <w:spacing w:after="60"/>
      </w:pPr>
      <w:r>
        <w:rPr>
          <w:b w:val="0"/>
          <w:i w:val="0"/>
          <w:smallCaps w:val="0"/>
          <w:strike w:val="0"/>
          <w:u w:val="none"/>
        </w:rPr>
        <w:t>Perhaps anti-capitalists think the lava of race hate has cooled in the northern climes and egalitarian ethos of nations practicing democratic socialism. (Which, the name notwithstanding, is actually capitalism with sturdier regulatory and safety-net guardrails than ours. But never mind.)</w:t>
      </w:r>
    </w:p>
    <w:p>
      <w:pPr>
        <w:spacing w:after="60"/>
      </w:pPr>
      <w:r>
        <w:rPr>
          <w:b w:val="0"/>
          <w:i w:val="0"/>
          <w:smallCaps w:val="0"/>
          <w:strike w:val="0"/>
          <w:u w:val="none"/>
        </w:rPr>
        <w:t xml:space="preserve">Alas, </w:t>
      </w:r>
      <w:r>
        <w:rPr>
          <w:b w:val="0"/>
          <w:i w:val="0"/>
          <w:smallCaps w:val="0"/>
          <w:strike w:val="0"/>
          <w:sz w:val="22"/>
          <w:u w:val="single"/>
        </w:rPr>
        <w:t>if they’re gazing at Scandinavia or Canada</w:t>
      </w:r>
      <w:r>
        <w:rPr>
          <w:b w:val="0"/>
          <w:i w:val="0"/>
          <w:smallCaps w:val="0"/>
          <w:strike w:val="0"/>
          <w:u w:val="none"/>
        </w:rPr>
        <w:t xml:space="preserve">, </w:t>
      </w:r>
      <w:r>
        <w:rPr>
          <w:b/>
          <w:i w:val="0"/>
          <w:smallCaps w:val="0"/>
          <w:strike w:val="0"/>
          <w:sz w:val="22"/>
          <w:u w:val="single"/>
        </w:rPr>
        <w:t>they need to seek Eden elsewhere</w:t>
      </w:r>
      <w:r>
        <w:rPr>
          <w:b w:val="0"/>
          <w:i w:val="0"/>
          <w:smallCaps w:val="0"/>
          <w:strike w:val="0"/>
          <w:u w:val="none"/>
        </w:rPr>
        <w:t xml:space="preserve">. In recent years, </w:t>
      </w:r>
      <w:r>
        <w:rPr>
          <w:b w:val="0"/>
          <w:i w:val="0"/>
          <w:smallCaps w:val="0"/>
          <w:strike w:val="0"/>
          <w:sz w:val="22"/>
          <w:u w:val="single"/>
        </w:rPr>
        <w:t>the U.N. professed itself “concerned” about</w:t>
      </w:r>
      <w:r>
        <w:rPr>
          <w:b w:val="0"/>
          <w:i w:val="0"/>
          <w:smallCaps w:val="0"/>
          <w:strike w:val="0"/>
          <w:u w:val="none"/>
        </w:rPr>
        <w:t xml:space="preserve"> </w:t>
      </w:r>
      <w:r>
        <w:rPr>
          <w:b/>
          <w:i w:val="0"/>
          <w:smallCaps w:val="0"/>
          <w:strike w:val="0"/>
          <w:sz w:val="22"/>
          <w:u w:val="single"/>
        </w:rPr>
        <w:t>Swedish racism</w:t>
      </w:r>
      <w:r>
        <w:rPr>
          <w:b w:val="0"/>
          <w:i w:val="0"/>
          <w:smallCaps w:val="0"/>
          <w:strike w:val="0"/>
          <w:u w:val="none"/>
        </w:rPr>
        <w:t xml:space="preserve"> towards Africans, Jews, Muslims and Roma. A journalist who has lived in Denmark finds economic inequality for non-western immigrants and racist newspaper cartoons blemishing Bernie Sanders’s beloved Denmark, while Norway grapples with Islamophobia.</w:t>
      </w:r>
    </w:p>
    <w:p>
      <w:pPr>
        <w:spacing w:after="60"/>
      </w:pPr>
      <w:r>
        <w:rPr>
          <w:b w:val="0"/>
          <w:i w:val="0"/>
          <w:smallCaps w:val="0"/>
          <w:strike w:val="0"/>
          <w:sz w:val="14"/>
          <w:u w:val="none"/>
        </w:rPr>
        <w:t>Canada meanwhile repents a history of “notoriously abusive schools for Indigenous children” and “pollution of [Native] traditional territory.”</w:t>
      </w:r>
    </w:p>
    <w:p>
      <w:pPr>
        <w:spacing w:after="60"/>
      </w:pPr>
      <w:r>
        <w:rPr>
          <w:b w:val="0"/>
          <w:i w:val="0"/>
          <w:smallCaps w:val="0"/>
          <w:strike w:val="0"/>
          <w:u w:val="none"/>
        </w:rPr>
        <w:t xml:space="preserve">My point isn’t to deny U.S. capitalism’s systemic racism. It is, rather, to snuff out knee-jerk, utopian notions that racism is anything less than a universal infestation among different economies and cultures. Circling the world with open eyes and mind confirms professor and New Yorker contributor Nicholas </w:t>
      </w:r>
      <w:r>
        <w:rPr>
          <w:b w:val="0"/>
          <w:i w:val="0"/>
          <w:smallCaps w:val="0"/>
          <w:strike w:val="0"/>
          <w:u w:val="none"/>
        </w:rPr>
        <w:t>Lemann’s observation that “</w:t>
      </w:r>
      <w:r>
        <w:rPr>
          <w:b w:val="0"/>
          <w:i w:val="0"/>
          <w:smallCaps w:val="0"/>
          <w:strike w:val="0"/>
          <w:sz w:val="22"/>
          <w:u w:val="single"/>
        </w:rPr>
        <w:t>it’s possible to be</w:t>
      </w:r>
      <w:r>
        <w:rPr>
          <w:b w:val="0"/>
          <w:i w:val="0"/>
          <w:smallCaps w:val="0"/>
          <w:strike w:val="0"/>
          <w:u w:val="none"/>
        </w:rPr>
        <w:t xml:space="preserve"> anti-capitalist without being anti-racist, and </w:t>
      </w:r>
      <w:r>
        <w:rPr>
          <w:b/>
          <w:i w:val="0"/>
          <w:smallCaps w:val="0"/>
          <w:strike w:val="0"/>
          <w:sz w:val="22"/>
          <w:u w:val="single"/>
        </w:rPr>
        <w:t>anti-racist without being anti-capitalist.”</w:t>
      </w:r>
    </w:p>
    <w:p>
      <w:pPr>
        <w:spacing w:after="60"/>
      </w:pPr>
      <w:r>
        <w:rPr>
          <w:b w:val="0"/>
          <w:i w:val="0"/>
          <w:smallCaps w:val="0"/>
          <w:strike w:val="0"/>
          <w:u w:val="none"/>
        </w:rPr>
        <w:t xml:space="preserve">Indeed, </w:t>
      </w:r>
      <w:r>
        <w:rPr>
          <w:b w:val="0"/>
          <w:i w:val="0"/>
          <w:smallCaps w:val="0"/>
          <w:strike w:val="0"/>
          <w:sz w:val="22"/>
          <w:u w:val="single"/>
        </w:rPr>
        <w:t>Martin Luther King</w:t>
      </w:r>
      <w:r>
        <w:rPr>
          <w:b w:val="0"/>
          <w:i w:val="0"/>
          <w:smallCaps w:val="0"/>
          <w:strike w:val="0"/>
          <w:u w:val="none"/>
        </w:rPr>
        <w:t xml:space="preserve">, Jr. </w:t>
      </w:r>
      <w:r>
        <w:rPr>
          <w:b w:val="0"/>
          <w:i w:val="0"/>
          <w:smallCaps w:val="0"/>
          <w:strike w:val="0"/>
          <w:sz w:val="22"/>
          <w:u w:val="single"/>
        </w:rPr>
        <w:t>challenged capitalism</w:t>
      </w:r>
      <w:r>
        <w:rPr>
          <w:b w:val="0"/>
          <w:i w:val="0"/>
          <w:smallCaps w:val="0"/>
          <w:strike w:val="0"/>
          <w:u w:val="none"/>
        </w:rPr>
        <w:t xml:space="preserve">, but </w:t>
      </w:r>
      <w:r>
        <w:rPr>
          <w:b w:val="0"/>
          <w:i w:val="0"/>
          <w:smallCaps w:val="0"/>
          <w:strike w:val="0"/>
          <w:sz w:val="22"/>
          <w:u w:val="single"/>
        </w:rPr>
        <w:t>the</w:t>
      </w:r>
      <w:r>
        <w:rPr>
          <w:b w:val="0"/>
          <w:i w:val="0"/>
          <w:smallCaps w:val="0"/>
          <w:strike w:val="0"/>
          <w:u w:val="none"/>
        </w:rPr>
        <w:t xml:space="preserve"> civil rights </w:t>
      </w:r>
      <w:r>
        <w:rPr>
          <w:b w:val="0"/>
          <w:i w:val="0"/>
          <w:smallCaps w:val="0"/>
          <w:strike w:val="0"/>
          <w:sz w:val="22"/>
          <w:u w:val="single"/>
        </w:rPr>
        <w:t>martyr’s enthusiasm</w:t>
      </w:r>
      <w:r>
        <w:rPr>
          <w:b w:val="0"/>
          <w:i w:val="0"/>
          <w:smallCaps w:val="0"/>
          <w:strike w:val="0"/>
          <w:u w:val="none"/>
        </w:rPr>
        <w:t xml:space="preserve"> </w:t>
      </w:r>
      <w:r>
        <w:rPr>
          <w:b/>
          <w:i w:val="0"/>
          <w:smallCaps w:val="0"/>
          <w:strike w:val="0"/>
          <w:sz w:val="22"/>
          <w:u w:val="single"/>
        </w:rPr>
        <w:t>seems to have been for democratic socialism</w:t>
      </w:r>
      <w:r>
        <w:rPr>
          <w:b w:val="0"/>
          <w:i w:val="0"/>
          <w:smallCaps w:val="0"/>
          <w:strike w:val="0"/>
          <w:u w:val="none"/>
        </w:rPr>
        <w:t xml:space="preserve">, </w:t>
      </w:r>
      <w:r>
        <w:rPr>
          <w:b w:val="0"/>
          <w:i w:val="0"/>
          <w:smallCaps w:val="0"/>
          <w:strike w:val="0"/>
          <w:sz w:val="22"/>
          <w:u w:val="single"/>
        </w:rPr>
        <w:t>which</w:t>
      </w:r>
      <w:r>
        <w:rPr>
          <w:b w:val="0"/>
          <w:i w:val="0"/>
          <w:smallCaps w:val="0"/>
          <w:strike w:val="0"/>
          <w:u w:val="none"/>
        </w:rPr>
        <w:t xml:space="preserve">, as I mentioned, </w:t>
      </w:r>
      <w:r>
        <w:rPr>
          <w:b w:val="0"/>
          <w:i w:val="0"/>
          <w:smallCaps w:val="0"/>
          <w:strike w:val="0"/>
          <w:sz w:val="22"/>
          <w:u w:val="single"/>
        </w:rPr>
        <w:t xml:space="preserve">would make him </w:t>
      </w:r>
      <w:r>
        <w:rPr>
          <w:b/>
          <w:i w:val="0"/>
          <w:smallCaps w:val="0"/>
          <w:strike w:val="0"/>
          <w:sz w:val="22"/>
          <w:u w:val="single"/>
        </w:rPr>
        <w:t>an uber-progressive capitalist</w:t>
      </w:r>
      <w:r>
        <w:rPr>
          <w:b w:val="0"/>
          <w:i w:val="0"/>
          <w:smallCaps w:val="0"/>
          <w:strike w:val="0"/>
          <w:u w:val="none"/>
        </w:rPr>
        <w:t xml:space="preserve">, </w:t>
      </w:r>
      <w:r>
        <w:rPr>
          <w:b w:val="0"/>
          <w:i w:val="0"/>
          <w:smallCaps w:val="0"/>
          <w:strike w:val="0"/>
          <w:sz w:val="22"/>
          <w:u w:val="single"/>
        </w:rPr>
        <w:t>not</w:t>
      </w:r>
      <w:r>
        <w:rPr>
          <w:b w:val="0"/>
          <w:i w:val="0"/>
          <w:smallCaps w:val="0"/>
          <w:strike w:val="0"/>
          <w:u w:val="none"/>
        </w:rPr>
        <w:t xml:space="preserve"> </w:t>
      </w:r>
      <w:r>
        <w:rPr>
          <w:b/>
          <w:i w:val="0"/>
          <w:smallCaps w:val="0"/>
          <w:strike w:val="0"/>
          <w:sz w:val="22"/>
          <w:u w:val="single"/>
        </w:rPr>
        <w:t>the raging commie</w:t>
      </w:r>
      <w:r>
        <w:rPr>
          <w:b w:val="0"/>
          <w:i w:val="0"/>
          <w:smallCaps w:val="0"/>
          <w:strike w:val="0"/>
          <w:u w:val="none"/>
        </w:rPr>
        <w:t xml:space="preserve"> </w:t>
      </w:r>
      <w:r>
        <w:rPr>
          <w:b w:val="0"/>
          <w:i w:val="0"/>
          <w:smallCaps w:val="0"/>
          <w:strike w:val="0"/>
          <w:sz w:val="22"/>
          <w:u w:val="single"/>
        </w:rPr>
        <w:t>of</w:t>
      </w:r>
      <w:r>
        <w:rPr>
          <w:b w:val="0"/>
          <w:i w:val="0"/>
          <w:smallCaps w:val="0"/>
          <w:strike w:val="0"/>
          <w:u w:val="none"/>
        </w:rPr>
        <w:t xml:space="preserve"> J. Edgar </w:t>
      </w:r>
      <w:r>
        <w:rPr>
          <w:b w:val="0"/>
          <w:i w:val="0"/>
          <w:smallCaps w:val="0"/>
          <w:strike w:val="0"/>
          <w:sz w:val="22"/>
          <w:u w:val="single"/>
        </w:rPr>
        <w:t>Hoover’s</w:t>
      </w:r>
      <w:r>
        <w:rPr>
          <w:b w:val="0"/>
          <w:i w:val="0"/>
          <w:smallCaps w:val="0"/>
          <w:strike w:val="0"/>
          <w:u w:val="none"/>
        </w:rPr>
        <w:t xml:space="preserve"> fevered </w:t>
      </w:r>
      <w:r>
        <w:rPr>
          <w:b w:val="0"/>
          <w:i w:val="0"/>
          <w:smallCaps w:val="0"/>
          <w:strike w:val="0"/>
          <w:sz w:val="22"/>
          <w:u w:val="single"/>
        </w:rPr>
        <w:t>nightmares</w:t>
      </w:r>
      <w:r>
        <w:rPr>
          <w:b w:val="0"/>
          <w:i w:val="0"/>
          <w:smallCaps w:val="0"/>
          <w:strike w:val="0"/>
          <w:u w:val="none"/>
        </w:rPr>
        <w:t>.</w:t>
      </w:r>
    </w:p>
    <w:p>
      <w:pPr>
        <w:spacing w:after="60"/>
      </w:pPr>
      <w:r>
        <w:rPr>
          <w:b w:val="0"/>
          <w:i w:val="0"/>
          <w:smallCaps w:val="0"/>
          <w:strike w:val="0"/>
          <w:u w:val="none"/>
        </w:rPr>
        <w:t>"It’s possible to be anti-capitalist without being anti-racist, and anti-racist without being anti-capitalist."</w:t>
      </w:r>
    </w:p>
    <w:p>
      <w:pPr>
        <w:spacing w:after="60"/>
      </w:pPr>
      <w:r>
        <w:rPr>
          <w:b w:val="0"/>
          <w:i w:val="0"/>
          <w:smallCaps w:val="0"/>
          <w:strike w:val="0"/>
          <w:u w:val="none"/>
        </w:rPr>
        <w:t>NICHOLAS LEMANN</w:t>
      </w:r>
    </w:p>
    <w:p>
      <w:pPr>
        <w:spacing w:after="60"/>
      </w:pPr>
      <w:r>
        <w:rPr>
          <w:b/>
          <w:i w:val="0"/>
          <w:smallCaps w:val="0"/>
          <w:strike w:val="0"/>
          <w:sz w:val="22"/>
          <w:u w:val="single"/>
        </w:rPr>
        <w:t>We abolished slavery</w:t>
      </w:r>
      <w:r>
        <w:rPr>
          <w:b w:val="0"/>
          <w:i w:val="0"/>
          <w:smallCaps w:val="0"/>
          <w:strike w:val="0"/>
          <w:u w:val="none"/>
        </w:rPr>
        <w:t xml:space="preserve"> </w:t>
      </w:r>
      <w:r>
        <w:rPr>
          <w:b w:val="0"/>
          <w:i w:val="0"/>
          <w:smallCaps w:val="0"/>
          <w:strike w:val="0"/>
          <w:sz w:val="22"/>
          <w:u w:val="single"/>
        </w:rPr>
        <w:t>to</w:t>
      </w:r>
      <w:r>
        <w:rPr>
          <w:b w:val="0"/>
          <w:i w:val="0"/>
          <w:smallCaps w:val="0"/>
          <w:strike w:val="0"/>
          <w:u w:val="none"/>
        </w:rPr>
        <w:t xml:space="preserve"> </w:t>
      </w:r>
      <w:r>
        <w:rPr>
          <w:b/>
          <w:i w:val="0"/>
          <w:smallCaps w:val="0"/>
          <w:strike w:val="0"/>
          <w:sz w:val="22"/>
          <w:u w:val="single"/>
        </w:rPr>
        <w:t>make capitalism less racist</w:t>
      </w:r>
      <w:r>
        <w:rPr>
          <w:b w:val="0"/>
          <w:i w:val="0"/>
          <w:smallCaps w:val="0"/>
          <w:strike w:val="0"/>
          <w:u w:val="none"/>
        </w:rPr>
        <w:t xml:space="preserve"> </w:t>
      </w:r>
      <w:r>
        <w:rPr>
          <w:b w:val="0"/>
          <w:i w:val="0"/>
          <w:smallCaps w:val="0"/>
          <w:strike w:val="0"/>
          <w:sz w:val="22"/>
          <w:u w:val="single"/>
        </w:rPr>
        <w:t>in the 19th century</w:t>
      </w:r>
      <w:r>
        <w:rPr>
          <w:b w:val="0"/>
          <w:i w:val="0"/>
          <w:smallCaps w:val="0"/>
          <w:strike w:val="0"/>
          <w:u w:val="none"/>
        </w:rPr>
        <w:t xml:space="preserve">. </w:t>
      </w:r>
      <w:r>
        <w:rPr>
          <w:b w:val="0"/>
          <w:i w:val="0"/>
          <w:smallCaps w:val="0"/>
          <w:strike w:val="0"/>
          <w:sz w:val="22"/>
          <w:u w:val="single"/>
        </w:rPr>
        <w:t>In the 21st</w:t>
      </w:r>
      <w:r>
        <w:rPr>
          <w:b w:val="0"/>
          <w:i w:val="0"/>
          <w:smallCaps w:val="0"/>
          <w:strike w:val="0"/>
          <w:u w:val="none"/>
        </w:rPr>
        <w:t xml:space="preserve">, </w:t>
      </w:r>
      <w:r>
        <w:rPr>
          <w:b/>
          <w:i w:val="0"/>
          <w:smallCaps w:val="0"/>
          <w:strike w:val="0"/>
          <w:sz w:val="22"/>
          <w:u w:val="single"/>
        </w:rPr>
        <w:t xml:space="preserve">It doesn’t take a democratic socialist </w:t>
      </w:r>
      <w:r>
        <w:rPr>
          <w:b w:val="0"/>
          <w:i w:val="0"/>
          <w:smallCaps w:val="0"/>
          <w:strike w:val="0"/>
          <w:sz w:val="22"/>
          <w:u w:val="single"/>
        </w:rPr>
        <w:t>to map the next steps on that far-from-finished journey</w:t>
      </w:r>
      <w:r>
        <w:rPr>
          <w:b w:val="0"/>
          <w:i w:val="0"/>
          <w:smallCaps w:val="0"/>
          <w:strike w:val="0"/>
          <w:u w:val="none"/>
        </w:rPr>
        <w:t xml:space="preserve">. Bessen favors </w:t>
      </w:r>
      <w:r>
        <w:rPr>
          <w:b w:val="0"/>
          <w:i w:val="0"/>
          <w:smallCaps w:val="0"/>
          <w:strike w:val="0"/>
          <w:sz w:val="22"/>
          <w:u w:val="single"/>
        </w:rPr>
        <w:t>one surgically precise intervention</w:t>
      </w:r>
      <w:r>
        <w:rPr>
          <w:b w:val="0"/>
          <w:i w:val="0"/>
          <w:smallCaps w:val="0"/>
          <w:strike w:val="0"/>
          <w:u w:val="none"/>
        </w:rPr>
        <w:t xml:space="preserve">: </w:t>
      </w:r>
      <w:r>
        <w:rPr>
          <w:b/>
          <w:i w:val="0"/>
          <w:smallCaps w:val="0"/>
          <w:strike w:val="0"/>
          <w:sz w:val="22"/>
          <w:u w:val="single"/>
        </w:rPr>
        <w:t>ban employers from inquiring about job applicants’ salary histories</w:t>
      </w:r>
      <w:r>
        <w:rPr>
          <w:b w:val="0"/>
          <w:i w:val="0"/>
          <w:smallCaps w:val="0"/>
          <w:strike w:val="0"/>
          <w:u w:val="none"/>
        </w:rPr>
        <w:t>. Since past discrimination suppresses Blacks’ wages, knowing those wages allows employers to lowball proffered salaries to minority hires. States with bans have narrowed the racial wage gap, his research shows.</w:t>
      </w:r>
    </w:p>
    <w:p>
      <w:pPr>
        <w:spacing w:after="60"/>
      </w:pPr>
      <w:r>
        <w:rPr>
          <w:b w:val="0"/>
          <w:i w:val="0"/>
          <w:smallCaps w:val="0"/>
          <w:strike w:val="0"/>
          <w:sz w:val="22"/>
          <w:u w:val="single"/>
        </w:rPr>
        <w:t>That’s just for starters</w:t>
      </w:r>
      <w:r>
        <w:rPr>
          <w:b w:val="0"/>
          <w:i w:val="0"/>
          <w:smallCaps w:val="0"/>
          <w:strike w:val="0"/>
          <w:u w:val="none"/>
        </w:rPr>
        <w:t xml:space="preserve">. We also </w:t>
      </w:r>
      <w:r>
        <w:rPr>
          <w:b/>
          <w:i w:val="0"/>
          <w:smallCaps w:val="0"/>
          <w:strike w:val="0"/>
          <w:sz w:val="22"/>
          <w:u w:val="single"/>
        </w:rPr>
        <w:t>could</w:t>
      </w:r>
      <w:r>
        <w:rPr>
          <w:b w:val="0"/>
          <w:i w:val="0"/>
          <w:smallCaps w:val="0"/>
          <w:strike w:val="0"/>
          <w:u w:val="none"/>
        </w:rPr>
        <w:t xml:space="preserve"> </w:t>
      </w:r>
      <w:r>
        <w:rPr>
          <w:b/>
          <w:i w:val="0"/>
          <w:smallCaps w:val="0"/>
          <w:strike w:val="0"/>
          <w:sz w:val="22"/>
          <w:u w:val="single"/>
        </w:rPr>
        <w:t>create</w:t>
      </w:r>
      <w:r>
        <w:rPr>
          <w:b w:val="0"/>
          <w:i w:val="0"/>
          <w:smallCaps w:val="0"/>
          <w:strike w:val="0"/>
          <w:u w:val="none"/>
        </w:rPr>
        <w:t xml:space="preserve"> </w:t>
      </w:r>
      <w:r>
        <w:rPr>
          <w:b/>
          <w:i w:val="0"/>
          <w:smallCaps w:val="0"/>
          <w:strike w:val="0"/>
          <w:sz w:val="22"/>
          <w:u w:val="single"/>
        </w:rPr>
        <w:t>public works jobs in Black neighborhoods</w:t>
      </w:r>
      <w:r>
        <w:rPr>
          <w:b w:val="0"/>
          <w:i w:val="0"/>
          <w:smallCaps w:val="0"/>
          <w:strike w:val="0"/>
          <w:u w:val="none"/>
        </w:rPr>
        <w:t xml:space="preserve"> ravaged by the evaporation of employment documented by scholar William Julius Wilson; </w:t>
      </w:r>
      <w:r>
        <w:rPr>
          <w:b/>
          <w:i w:val="0"/>
          <w:smallCaps w:val="0"/>
          <w:strike w:val="0"/>
          <w:sz w:val="22"/>
          <w:u w:val="single"/>
        </w:rPr>
        <w:t>pay for healthy food markets</w:t>
      </w:r>
      <w:r>
        <w:rPr>
          <w:b w:val="0"/>
          <w:i w:val="0"/>
          <w:smallCaps w:val="0"/>
          <w:strike w:val="0"/>
          <w:u w:val="none"/>
        </w:rPr>
        <w:t xml:space="preserve"> </w:t>
      </w:r>
      <w:r>
        <w:rPr>
          <w:b w:val="0"/>
          <w:i w:val="0"/>
          <w:smallCaps w:val="0"/>
          <w:strike w:val="0"/>
          <w:sz w:val="22"/>
          <w:u w:val="single"/>
        </w:rPr>
        <w:t>in</w:t>
      </w:r>
      <w:r>
        <w:rPr>
          <w:b w:val="0"/>
          <w:i w:val="0"/>
          <w:smallCaps w:val="0"/>
          <w:strike w:val="0"/>
          <w:u w:val="none"/>
        </w:rPr>
        <w:t xml:space="preserve"> </w:t>
      </w:r>
      <w:r>
        <w:rPr>
          <w:b/>
          <w:i w:val="0"/>
          <w:smallCaps w:val="0"/>
          <w:strike w:val="0"/>
          <w:sz w:val="22"/>
          <w:u w:val="single"/>
        </w:rPr>
        <w:t>food deserts</w:t>
      </w:r>
      <w:r>
        <w:rPr>
          <w:b w:val="0"/>
          <w:i w:val="0"/>
          <w:smallCaps w:val="0"/>
          <w:strike w:val="0"/>
          <w:u w:val="none"/>
        </w:rPr>
        <w:t xml:space="preserve">, at a time when 14 million American children aren’t getting enough to eat; </w:t>
      </w:r>
      <w:r>
        <w:rPr>
          <w:b/>
          <w:i w:val="0"/>
          <w:smallCaps w:val="0"/>
          <w:strike w:val="0"/>
          <w:sz w:val="22"/>
          <w:u w:val="single"/>
        </w:rPr>
        <w:t>make public colleges tuition-free</w:t>
      </w:r>
      <w:r>
        <w:rPr>
          <w:b w:val="0"/>
          <w:i w:val="0"/>
          <w:smallCaps w:val="0"/>
          <w:strike w:val="0"/>
          <w:u w:val="none"/>
        </w:rPr>
        <w:t xml:space="preserve">, a ticket to the middle class for disadvantaged people of all races;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enact Obamacare for All</w:t>
      </w:r>
      <w:r>
        <w:rPr>
          <w:b w:val="0"/>
          <w:i w:val="0"/>
          <w:smallCaps w:val="0"/>
          <w:strike w:val="0"/>
          <w:u w:val="none"/>
        </w:rPr>
        <w:t xml:space="preserve"> </w:t>
      </w:r>
      <w:r>
        <w:rPr>
          <w:b w:val="0"/>
          <w:i w:val="0"/>
          <w:smallCaps w:val="0"/>
          <w:strike w:val="0"/>
          <w:sz w:val="22"/>
          <w:u w:val="single"/>
        </w:rPr>
        <w:t>to</w:t>
      </w:r>
      <w:r>
        <w:rPr>
          <w:b w:val="0"/>
          <w:i w:val="0"/>
          <w:smallCaps w:val="0"/>
          <w:strike w:val="0"/>
          <w:u w:val="none"/>
        </w:rPr>
        <w:t xml:space="preserve"> </w:t>
      </w:r>
      <w:r>
        <w:rPr>
          <w:b/>
          <w:i w:val="0"/>
          <w:smallCaps w:val="0"/>
          <w:strike w:val="0"/>
          <w:sz w:val="22"/>
          <w:u w:val="single"/>
        </w:rPr>
        <w:t>begin addressing racial health care disparities</w:t>
      </w:r>
      <w:r>
        <w:rPr>
          <w:b w:val="0"/>
          <w:i w:val="0"/>
          <w:smallCaps w:val="0"/>
          <w:strike w:val="0"/>
          <w:u w:val="none"/>
        </w:rPr>
        <w:t>. And elect more compassionate leaders than our incumbent president and his congressional bootlickers.</w:t>
      </w:r>
    </w:p>
    <w:p>
      <w:pPr>
        <w:spacing w:after="60"/>
      </w:pPr>
      <w:r>
        <w:rPr>
          <w:b/>
          <w:i w:val="0"/>
          <w:smallCaps w:val="0"/>
          <w:strike w:val="0"/>
          <w:sz w:val="22"/>
          <w:u w:val="single"/>
        </w:rPr>
        <w:t>None of this would make us</w:t>
      </w:r>
      <w:r>
        <w:rPr>
          <w:b w:val="0"/>
          <w:i w:val="0"/>
          <w:smallCaps w:val="0"/>
          <w:strike w:val="0"/>
          <w:u w:val="none"/>
        </w:rPr>
        <w:t xml:space="preserve"> a </w:t>
      </w:r>
      <w:r>
        <w:rPr>
          <w:b/>
          <w:i w:val="0"/>
          <w:smallCaps w:val="0"/>
          <w:strike w:val="0"/>
          <w:sz w:val="22"/>
          <w:u w:val="single"/>
        </w:rPr>
        <w:t>less capitalist</w:t>
      </w:r>
      <w:r>
        <w:rPr>
          <w:b w:val="0"/>
          <w:i w:val="0"/>
          <w:smallCaps w:val="0"/>
          <w:strike w:val="0"/>
          <w:u w:val="none"/>
        </w:rPr>
        <w:t xml:space="preserve"> society. </w:t>
      </w:r>
      <w:r>
        <w:rPr>
          <w:b w:val="0"/>
          <w:i w:val="0"/>
          <w:smallCaps w:val="0"/>
          <w:strike w:val="0"/>
          <w:sz w:val="22"/>
          <w:u w:val="single"/>
        </w:rPr>
        <w:t>It</w:t>
      </w:r>
      <w:r>
        <w:rPr>
          <w:b w:val="0"/>
          <w:i w:val="0"/>
          <w:smallCaps w:val="0"/>
          <w:strike w:val="0"/>
          <w:u w:val="none"/>
        </w:rPr>
        <w:t xml:space="preserve"> </w:t>
      </w:r>
      <w:r>
        <w:rPr>
          <w:b/>
          <w:i w:val="0"/>
          <w:smallCaps w:val="0"/>
          <w:strike w:val="0"/>
          <w:sz w:val="22"/>
          <w:u w:val="single"/>
        </w:rPr>
        <w:t xml:space="preserve">would make us a less racist </w:t>
      </w:r>
      <w:r>
        <w:rPr>
          <w:b w:val="0"/>
          <w:i w:val="0"/>
          <w:smallCaps w:val="0"/>
          <w:strike w:val="0"/>
          <w:u w:val="none"/>
        </w:rPr>
        <w:t>one.</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