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Yes progress</w:t>
      </w:r>
      <w:r>
        <w:rPr>
          <w:b w:val="0"/>
          <w:i w:val="0"/>
          <w:smallCaps w:val="0"/>
          <w:strike w:val="0"/>
          <w:sz w:val="26"/>
          <w:u w:val="none"/>
        </w:rPr>
        <w:t>---reject their doomerism!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Walsh 23</w:t>
      </w:r>
      <w:r>
        <w:rPr>
          <w:b w:val="0"/>
          <w:i w:val="0"/>
          <w:smallCaps w:val="0"/>
          <w:strike w:val="0"/>
          <w:u w:val="none"/>
        </w:rPr>
        <w:t xml:space="preserve"> – Editor, Future Perfect. Wrote a book on existential risk. Worked at Time magazine for 15 years as a foreign correspondent in Asia.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Bryan Walsh, “The doomers are wrong about humanity’s future — and its past,” Vox, 03-20-2023, https://www.vox.com/the-highlight/23627382/progress-climate-change-poverty-global-health-doom-industrial-revolution-vaccines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 could tell you that a little more than </w:t>
      </w:r>
      <w:r>
        <w:rPr>
          <w:b w:val="0"/>
          <w:i w:val="0"/>
          <w:smallCaps w:val="0"/>
          <w:strike w:val="0"/>
          <w:sz w:val="22"/>
          <w:u w:val="single"/>
        </w:rPr>
        <w:t>200 years ago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nearly </w:t>
      </w:r>
      <w:r>
        <w:rPr>
          <w:b/>
          <w:i w:val="0"/>
          <w:smallCaps w:val="0"/>
          <w:strike w:val="0"/>
          <w:sz w:val="22"/>
          <w:u w:val="single"/>
        </w:rPr>
        <w:t>half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all children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born </w:t>
      </w:r>
      <w:r>
        <w:rPr>
          <w:b w:val="0"/>
          <w:i w:val="0"/>
          <w:smallCaps w:val="0"/>
          <w:strike w:val="0"/>
          <w:sz w:val="22"/>
          <w:u w:val="single"/>
        </w:rPr>
        <w:t>died</w:t>
      </w:r>
      <w:r>
        <w:rPr>
          <w:b w:val="0"/>
          <w:i w:val="0"/>
          <w:smallCaps w:val="0"/>
          <w:strike w:val="0"/>
          <w:sz w:val="16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before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they reached their </w:t>
      </w:r>
      <w:r>
        <w:rPr>
          <w:b w:val="0"/>
          <w:i w:val="0"/>
          <w:smallCaps w:val="0"/>
          <w:strike w:val="0"/>
          <w:sz w:val="22"/>
          <w:u w:val="single"/>
        </w:rPr>
        <w:t>15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 birthday, and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today it’s </w:t>
      </w:r>
      <w:r>
        <w:rPr>
          <w:b/>
          <w:i w:val="0"/>
          <w:smallCaps w:val="0"/>
          <w:strike w:val="0"/>
          <w:sz w:val="22"/>
          <w:u w:val="single"/>
        </w:rPr>
        <w:t>less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than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5 percent globally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 could tell you that </w:t>
      </w:r>
      <w:r>
        <w:rPr>
          <w:b w:val="0"/>
          <w:i w:val="0"/>
          <w:smallCaps w:val="0"/>
          <w:strike w:val="0"/>
          <w:sz w:val="22"/>
          <w:u w:val="single"/>
        </w:rPr>
        <w:t>in pre-industrial times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starvation was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 w:val="0"/>
          <w:i w:val="0"/>
          <w:smallCaps w:val="0"/>
          <w:strike w:val="0"/>
          <w:sz w:val="22"/>
          <w:u w:val="single"/>
        </w:rPr>
        <w:t>constant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specter </w:t>
      </w:r>
      <w:r>
        <w:rPr>
          <w:b w:val="0"/>
          <w:i w:val="0"/>
          <w:smallCaps w:val="0"/>
          <w:strike w:val="0"/>
          <w:sz w:val="22"/>
          <w:u w:val="single"/>
        </w:rPr>
        <w:t>and life expectancy was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</w:t>
      </w:r>
      <w:r>
        <w:rPr>
          <w:b w:val="0"/>
          <w:i w:val="0"/>
          <w:smallCaps w:val="0"/>
          <w:strike w:val="0"/>
          <w:sz w:val="22"/>
          <w:u w:val="single"/>
        </w:rPr>
        <w:t>30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 </w:t>
      </w:r>
      <w:r>
        <w:rPr>
          <w:b w:val="0"/>
          <w:i w:val="0"/>
          <w:smallCaps w:val="0"/>
          <w:strike w:val="0"/>
          <w:sz w:val="22"/>
          <w:u w:val="single"/>
        </w:rPr>
        <w:t>at best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 could tell you that </w:t>
      </w:r>
      <w:r>
        <w:rPr>
          <w:b w:val="0"/>
          <w:i w:val="0"/>
          <w:smallCaps w:val="0"/>
          <w:strike w:val="0"/>
          <w:sz w:val="22"/>
          <w:u w:val="single"/>
        </w:rPr>
        <w:t>at the dawn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 19th century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barely more than </w:t>
      </w:r>
      <w:r>
        <w:rPr>
          <w:b w:val="0"/>
          <w:i w:val="0"/>
          <w:smallCaps w:val="0"/>
          <w:strike w:val="0"/>
          <w:sz w:val="22"/>
          <w:u w:val="single"/>
        </w:rPr>
        <w:t>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person </w:t>
      </w:r>
      <w:r>
        <w:rPr>
          <w:b w:val="0"/>
          <w:i w:val="0"/>
          <w:smallCaps w:val="0"/>
          <w:strike w:val="0"/>
          <w:sz w:val="22"/>
          <w:u w:val="single"/>
        </w:rPr>
        <w:t>in 10 was literate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while </w:t>
      </w:r>
      <w:r>
        <w:rPr>
          <w:b w:val="0"/>
          <w:i w:val="0"/>
          <w:smallCaps w:val="0"/>
          <w:strike w:val="0"/>
          <w:sz w:val="22"/>
          <w:u w:val="single"/>
        </w:rPr>
        <w:t>today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ratio has been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nearly </w:t>
      </w:r>
      <w:r>
        <w:rPr>
          <w:b/>
          <w:i w:val="0"/>
          <w:smallCaps w:val="0"/>
          <w:strike w:val="0"/>
          <w:sz w:val="22"/>
          <w:u w:val="single"/>
        </w:rPr>
        <w:t>reversed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 could tell you that </w:t>
      </w:r>
      <w:r>
        <w:rPr>
          <w:b w:val="0"/>
          <w:i w:val="0"/>
          <w:smallCaps w:val="0"/>
          <w:strike w:val="0"/>
          <w:sz w:val="22"/>
          <w:u w:val="single"/>
        </w:rPr>
        <w:t>today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on average, </w:t>
      </w:r>
      <w:r>
        <w:rPr>
          <w:b w:val="0"/>
          <w:i w:val="0"/>
          <w:smallCaps w:val="0"/>
          <w:strike w:val="0"/>
          <w:sz w:val="22"/>
          <w:u w:val="single"/>
        </w:rPr>
        <w:t>the best time to be alive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human </w:t>
      </w:r>
      <w:r>
        <w:rPr>
          <w:b w:val="0"/>
          <w:i w:val="0"/>
          <w:smallCaps w:val="0"/>
          <w:strike w:val="0"/>
          <w:sz w:val="22"/>
          <w:u w:val="single"/>
        </w:rPr>
        <w:t>history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But that doesn’t mean you’ll be convinced.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one 2017 Pew poll, a plurality of Americans — people who, perhaps more than anywhere else, are heirs to the benefits of centuries of material and political progress — reported that life was better 50 years ago than it is today. A 2015 survey of thousands of adults in nine rich countries found that 10 percent or fewer believed that the world was getting better. On the internet, </w:t>
      </w:r>
      <w:r>
        <w:rPr>
          <w:b w:val="0"/>
          <w:i w:val="0"/>
          <w:smallCaps w:val="0"/>
          <w:strike w:val="0"/>
          <w:sz w:val="22"/>
          <w:u w:val="single"/>
        </w:rPr>
        <w:t>a strange nostalgia persists 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 supposedly better times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before industrialization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when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ordinary </w:t>
      </w:r>
      <w:r>
        <w:rPr>
          <w:b w:val="0"/>
          <w:i w:val="0"/>
          <w:smallCaps w:val="0"/>
          <w:strike w:val="0"/>
          <w:sz w:val="22"/>
          <w:u w:val="single"/>
        </w:rPr>
        <w:t>people supposedly worked less and life was allegedly simpler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healthier</w:t>
      </w:r>
      <w:r>
        <w:rPr>
          <w:b w:val="0"/>
          <w:i w:val="0"/>
          <w:smallCaps w:val="0"/>
          <w:strike w:val="0"/>
          <w:sz w:val="16"/>
          <w:u w:val="none"/>
        </w:rPr>
        <w:t>. (</w:t>
      </w:r>
      <w:r>
        <w:rPr>
          <w:b w:val="0"/>
          <w:i w:val="0"/>
          <w:smallCaps w:val="0"/>
          <w:strike w:val="0"/>
          <w:sz w:val="22"/>
          <w:u w:val="single"/>
        </w:rPr>
        <w:t>They didn’t and it wasn’t</w:t>
      </w:r>
      <w:r>
        <w:rPr>
          <w:b w:val="0"/>
          <w:i w:val="0"/>
          <w:smallCaps w:val="0"/>
          <w:strike w:val="0"/>
          <w:sz w:val="16"/>
          <w:u w:val="none"/>
        </w:rPr>
        <w:t>.)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Looking backward, we imagine a halcyon past that never was; looking forward, it seems to many as if, in the words of young environmental activist Greta Thunberg, “the world is getting more and more grim every day.”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So it’s boom times for doom times. But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apocalyptic mindset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has gripped so many of us </w:t>
      </w:r>
      <w:r>
        <w:rPr>
          <w:b w:val="0"/>
          <w:i w:val="0"/>
          <w:smallCaps w:val="0"/>
          <w:strike w:val="0"/>
          <w:sz w:val="22"/>
          <w:u w:val="single"/>
        </w:rPr>
        <w:t>not only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understates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how far we’ve come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how much </w:t>
      </w:r>
      <w:r>
        <w:rPr>
          <w:b/>
          <w:i w:val="0"/>
          <w:smallCaps w:val="0"/>
          <w:strike w:val="0"/>
          <w:sz w:val="22"/>
          <w:u w:val="single"/>
        </w:rPr>
        <w:t>further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 can still go.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 real story of progress today is its remarkable expansion to the rest of the world in recent decades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In 1950, life expectancy in Africa was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just </w:t>
      </w:r>
      <w:r>
        <w:rPr>
          <w:b w:val="0"/>
          <w:i w:val="0"/>
          <w:smallCaps w:val="0"/>
          <w:strike w:val="0"/>
          <w:sz w:val="22"/>
          <w:u w:val="single"/>
        </w:rPr>
        <w:t>40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</w:t>
      </w:r>
      <w:r>
        <w:rPr>
          <w:b w:val="0"/>
          <w:i w:val="0"/>
          <w:smallCaps w:val="0"/>
          <w:strike w:val="0"/>
          <w:sz w:val="22"/>
          <w:u w:val="single"/>
        </w:rPr>
        <w:t>today, it’s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past </w:t>
      </w:r>
      <w:r>
        <w:rPr>
          <w:b w:val="0"/>
          <w:i w:val="0"/>
          <w:smallCaps w:val="0"/>
          <w:strike w:val="0"/>
          <w:sz w:val="22"/>
          <w:u w:val="single"/>
        </w:rPr>
        <w:t>62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Meanwhile </w:t>
      </w:r>
      <w:r>
        <w:rPr>
          <w:b w:val="0"/>
          <w:i w:val="0"/>
          <w:smallCaps w:val="0"/>
          <w:strike w:val="0"/>
          <w:sz w:val="22"/>
          <w:u w:val="single"/>
        </w:rPr>
        <w:t>more than 1 billion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people have </w:t>
      </w:r>
      <w:r>
        <w:rPr>
          <w:b w:val="0"/>
          <w:i w:val="0"/>
          <w:smallCaps w:val="0"/>
          <w:strike w:val="0"/>
          <w:sz w:val="22"/>
          <w:u w:val="single"/>
        </w:rPr>
        <w:t>moved out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extreme poverty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since 1990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alone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But there’s more to do — much more.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 hundreds of millions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people </w:t>
      </w:r>
      <w:r>
        <w:rPr>
          <w:b w:val="0"/>
          <w:i w:val="0"/>
          <w:smallCaps w:val="0"/>
          <w:strike w:val="0"/>
          <w:sz w:val="22"/>
          <w:u w:val="single"/>
        </w:rPr>
        <w:t>still go without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benefit of </w:t>
      </w:r>
      <w:r>
        <w:rPr>
          <w:b w:val="0"/>
          <w:i w:val="0"/>
          <w:smallCaps w:val="0"/>
          <w:strike w:val="0"/>
          <w:sz w:val="22"/>
          <w:u w:val="single"/>
        </w:rPr>
        <w:t>electricity or live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still racked by violence and injustice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isn’t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so much </w:t>
      </w:r>
      <w:r>
        <w:rPr>
          <w:b w:val="0"/>
          <w:i w:val="0"/>
          <w:smallCaps w:val="0"/>
          <w:strike w:val="0"/>
          <w:sz w:val="22"/>
          <w:u w:val="single"/>
        </w:rPr>
        <w:t>an indictment of progress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</w:t>
      </w:r>
      <w:r>
        <w:rPr>
          <w:b w:val="0"/>
          <w:i w:val="0"/>
          <w:smallCaps w:val="0"/>
          <w:strike w:val="0"/>
          <w:sz w:val="22"/>
          <w:u w:val="single"/>
        </w:rPr>
        <w:t>it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 indication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is </w:t>
      </w:r>
      <w:r>
        <w:rPr>
          <w:b/>
          <w:i w:val="0"/>
          <w:smallCaps w:val="0"/>
          <w:strike w:val="0"/>
          <w:sz w:val="22"/>
          <w:u w:val="single"/>
        </w:rPr>
        <w:t>still more low-hanging fruit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harvest.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Humanity was stagnant for millennia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</w:t>
      </w:r>
      <w:r>
        <w:rPr>
          <w:b w:val="0"/>
          <w:i w:val="0"/>
          <w:smallCaps w:val="0"/>
          <w:strike w:val="0"/>
          <w:sz w:val="22"/>
          <w:u w:val="single"/>
        </w:rPr>
        <w:t>then something big changed 150 years ago.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world hasn’t become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 w:val="0"/>
          <w:i w:val="0"/>
          <w:smallCaps w:val="0"/>
          <w:strike w:val="0"/>
          <w:sz w:val="22"/>
          <w:u w:val="single"/>
        </w:rPr>
        <w:t>better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place </w:t>
      </w:r>
      <w:r>
        <w:rPr>
          <w:b w:val="0"/>
          <w:i w:val="0"/>
          <w:smallCaps w:val="0"/>
          <w:strike w:val="0"/>
          <w:sz w:val="22"/>
          <w:u w:val="single"/>
        </w:rPr>
        <w:t>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nearly </w:t>
      </w:r>
      <w:r>
        <w:rPr>
          <w:b w:val="0"/>
          <w:i w:val="0"/>
          <w:smallCaps w:val="0"/>
          <w:strike w:val="0"/>
          <w:sz w:val="22"/>
          <w:u w:val="single"/>
        </w:rPr>
        <w:t>everyone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who lives on it </w:t>
      </w:r>
      <w:r>
        <w:rPr>
          <w:b w:val="0"/>
          <w:i w:val="0"/>
          <w:smallCaps w:val="0"/>
          <w:strike w:val="0"/>
          <w:sz w:val="22"/>
          <w:u w:val="single"/>
        </w:rPr>
        <w:t>because we wished it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so.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astounding economic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tech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nological </w:t>
      </w:r>
      <w:r>
        <w:rPr>
          <w:b w:val="0"/>
          <w:i w:val="0"/>
          <w:smallCaps w:val="0"/>
          <w:strike w:val="0"/>
          <w:sz w:val="22"/>
          <w:u w:val="single"/>
        </w:rPr>
        <w:t>progress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made over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 past 200 years has been the result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deliberate policies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u w:val="single"/>
        </w:rPr>
        <w:t>drive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invent and innovate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one advance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building </w:t>
      </w:r>
      <w:r>
        <w:rPr>
          <w:b w:val="0"/>
          <w:i w:val="0"/>
          <w:smallCaps w:val="0"/>
          <w:strike w:val="0"/>
          <w:sz w:val="16"/>
          <w:u w:val="none"/>
        </w:rPr>
        <w:t>up</w:t>
      </w:r>
      <w:r>
        <w:rPr>
          <w:b w:val="0"/>
          <w:i w:val="0"/>
          <w:smallCaps w:val="0"/>
          <w:strike w:val="0"/>
          <w:sz w:val="22"/>
          <w:u w:val="single"/>
        </w:rPr>
        <w:t>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another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And as our material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condition improved, so,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the most part, </w:t>
      </w:r>
      <w:r>
        <w:rPr>
          <w:b w:val="0"/>
          <w:i w:val="0"/>
          <w:smallCaps w:val="0"/>
          <w:strike w:val="0"/>
          <w:sz w:val="22"/>
          <w:u w:val="single"/>
        </w:rPr>
        <w:t>did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our </w:t>
      </w:r>
      <w:r>
        <w:rPr>
          <w:b w:val="0"/>
          <w:i w:val="0"/>
          <w:smallCaps w:val="0"/>
          <w:strike w:val="0"/>
          <w:sz w:val="22"/>
          <w:u w:val="single"/>
        </w:rPr>
        <w:t>morals and politics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</w:t>
      </w:r>
      <w:r>
        <w:rPr>
          <w:b w:val="0"/>
          <w:i w:val="0"/>
          <w:smallCaps w:val="0"/>
          <w:strike w:val="0"/>
          <w:sz w:val="22"/>
          <w:u w:val="single"/>
        </w:rPr>
        <w:t>not as a side effect, but as a direct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consequence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It’s simply easier to be good when the world isn’t zero-sum.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Which isn’t to say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the record of progress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one of </w:t>
      </w:r>
      <w:r>
        <w:rPr>
          <w:b w:val="0"/>
          <w:i w:val="0"/>
          <w:smallCaps w:val="0"/>
          <w:strike w:val="0"/>
          <w:sz w:val="22"/>
          <w:u w:val="single"/>
        </w:rPr>
        <w:t>unending wins. For every problem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 </w:t>
      </w:r>
      <w:r>
        <w:rPr>
          <w:b w:val="0"/>
          <w:i w:val="0"/>
          <w:smallCaps w:val="0"/>
          <w:strike w:val="0"/>
          <w:sz w:val="22"/>
          <w:u w:val="single"/>
        </w:rPr>
        <w:t>solved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</w:t>
      </w:r>
      <w:r>
        <w:rPr>
          <w:b w:val="0"/>
          <w:i w:val="0"/>
          <w:smallCaps w:val="0"/>
          <w:strike w:val="0"/>
          <w:sz w:val="22"/>
          <w:u w:val="single"/>
        </w:rPr>
        <w:t>the lack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usable </w:t>
      </w:r>
      <w:r>
        <w:rPr>
          <w:b w:val="0"/>
          <w:i w:val="0"/>
          <w:smallCaps w:val="0"/>
          <w:strike w:val="0"/>
          <w:sz w:val="22"/>
          <w:u w:val="single"/>
        </w:rPr>
        <w:t>energy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</w:t>
      </w:r>
      <w:r>
        <w:rPr>
          <w:b w:val="0"/>
          <w:i w:val="0"/>
          <w:smallCaps w:val="0"/>
          <w:strike w:val="0"/>
          <w:sz w:val="22"/>
          <w:u w:val="single"/>
        </w:rPr>
        <w:t>pre-fossil fuel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days, </w:t>
      </w:r>
      <w:r>
        <w:rPr>
          <w:b w:val="0"/>
          <w:i w:val="0"/>
          <w:smallCaps w:val="0"/>
          <w:strike w:val="0"/>
          <w:sz w:val="22"/>
          <w:u w:val="single"/>
        </w:rPr>
        <w:t>for instance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</w:t>
      </w:r>
      <w:r>
        <w:rPr>
          <w:b w:val="0"/>
          <w:i w:val="0"/>
          <w:smallCaps w:val="0"/>
          <w:strike w:val="0"/>
          <w:sz w:val="22"/>
          <w:u w:val="single"/>
        </w:rPr>
        <w:t>it often created a new one, like climate change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But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just 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primary way </w:t>
      </w:r>
      <w:r>
        <w:rPr>
          <w:b w:val="0"/>
          <w:i w:val="0"/>
          <w:smallCaps w:val="0"/>
          <w:strike w:val="0"/>
          <w:sz w:val="22"/>
          <w:u w:val="single"/>
        </w:rPr>
        <w:t>climate change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is being addressed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</w:t>
      </w:r>
      <w:r>
        <w:rPr>
          <w:b w:val="0"/>
          <w:i w:val="0"/>
          <w:smallCaps w:val="0"/>
          <w:strike w:val="0"/>
          <w:sz w:val="22"/>
          <w:u w:val="single"/>
        </w:rPr>
        <w:t>through 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 has drastically reduced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price of clean energy, so progress tends to be the </w:t>
      </w:r>
      <w:r>
        <w:rPr>
          <w:b/>
          <w:i w:val="0"/>
          <w:smallCaps w:val="0"/>
          <w:strike w:val="0"/>
          <w:sz w:val="22"/>
          <w:u w:val="single"/>
        </w:rPr>
        <w:t>best route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solving the problems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 progress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itself </w:t>
      </w:r>
      <w:r>
        <w:rPr>
          <w:b w:val="0"/>
          <w:i w:val="0"/>
          <w:smallCaps w:val="0"/>
          <w:strike w:val="0"/>
          <w:sz w:val="22"/>
          <w:u w:val="single"/>
        </w:rPr>
        <w:t>can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create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Though historians still argue over what the writer Jason Crawford calls “</w:t>
      </w:r>
      <w:r>
        <w:rPr>
          <w:b w:val="0"/>
          <w:i w:val="0"/>
          <w:smallCaps w:val="0"/>
          <w:strike w:val="0"/>
          <w:sz w:val="22"/>
          <w:u w:val="single"/>
        </w:rPr>
        <w:t>the root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 </w:t>
      </w:r>
      <w:r>
        <w:rPr>
          <w:b w:val="0"/>
          <w:i w:val="0"/>
          <w:smallCaps w:val="0"/>
          <w:strike w:val="0"/>
          <w:sz w:val="22"/>
          <w:u w:val="single"/>
        </w:rPr>
        <w:t>of progress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,” the fundamental swerve </w:t>
      </w:r>
      <w:r>
        <w:rPr>
          <w:b w:val="0"/>
          <w:i w:val="0"/>
          <w:smallCaps w:val="0"/>
          <w:strike w:val="0"/>
          <w:sz w:val="22"/>
          <w:u w:val="single"/>
        </w:rPr>
        <w:t>was the belief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after eons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relatively </w:t>
      </w:r>
      <w:r>
        <w:rPr>
          <w:b w:val="0"/>
          <w:i w:val="0"/>
          <w:smallCaps w:val="0"/>
          <w:strike w:val="0"/>
          <w:sz w:val="22"/>
          <w:u w:val="single"/>
        </w:rPr>
        <w:t>little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meaningful </w:t>
      </w:r>
      <w:r>
        <w:rPr>
          <w:b w:val="0"/>
          <w:i w:val="0"/>
          <w:smallCaps w:val="0"/>
          <w:strike w:val="0"/>
          <w:sz w:val="22"/>
          <w:u w:val="single"/>
        </w:rPr>
        <w:t>change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the future could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actually </w:t>
      </w:r>
      <w:r>
        <w:rPr>
          <w:b w:val="0"/>
          <w:i w:val="0"/>
          <w:smallCaps w:val="0"/>
          <w:strike w:val="0"/>
          <w:sz w:val="22"/>
          <w:u w:val="single"/>
        </w:rPr>
        <w:t>be different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 better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But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doomerism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risks overtaking us </w:t>
      </w:r>
      <w:r>
        <w:rPr>
          <w:b w:val="0"/>
          <w:i w:val="0"/>
          <w:smallCaps w:val="0"/>
          <w:strike w:val="0"/>
          <w:sz w:val="22"/>
          <w:u w:val="single"/>
        </w:rPr>
        <w:t>erodes that belief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u w:val="single"/>
        </w:rPr>
        <w:t>undercuts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 policies that give it life.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biggest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danger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we face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today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if we care about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actually making the future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 w:val="0"/>
          <w:i w:val="0"/>
          <w:smallCaps w:val="0"/>
          <w:strike w:val="0"/>
          <w:sz w:val="22"/>
          <w:u w:val="single"/>
        </w:rPr>
        <w:t>more perfect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place, </w:t>
      </w:r>
      <w:r>
        <w:rPr>
          <w:b w:val="0"/>
          <w:i w:val="0"/>
          <w:smallCaps w:val="0"/>
          <w:strike w:val="0"/>
          <w:sz w:val="22"/>
          <w:u w:val="single"/>
        </w:rPr>
        <w:t>isn’t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industrial civilization will choke on its own exhaust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democracy will crumble 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AI will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rise up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overthrow us all.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It’s that we will </w:t>
      </w:r>
      <w:r>
        <w:rPr>
          <w:b/>
          <w:i w:val="0"/>
          <w:smallCaps w:val="0"/>
          <w:strike w:val="0"/>
          <w:sz w:val="22"/>
          <w:u w:val="single"/>
        </w:rPr>
        <w:t>cease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believing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one force that raised humanity out of tens of thousands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of years of general misery: the very </w:t>
      </w:r>
      <w:r>
        <w:rPr>
          <w:b/>
          <w:i w:val="0"/>
          <w:smallCaps w:val="0"/>
          <w:strike w:val="0"/>
          <w:sz w:val="22"/>
          <w:u w:val="single"/>
        </w:rPr>
        <w:t>idea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progress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How </w:t>
      </w:r>
      <w:r>
        <w:rPr>
          <w:b w:val="0"/>
          <w:i w:val="0"/>
          <w:smallCaps w:val="0"/>
          <w:strike w:val="0"/>
          <w:sz w:val="22"/>
          <w:u w:val="single"/>
        </w:rPr>
        <w:t>progress solves the problems we didn’t know were problems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Progress may be about where we’re going, but it’s impossible to understand without returning to where we’ve been. So let’s take a trip back to the foreign country that was the early years of the 19th century.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In 1820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according to data compiled by the historian Michail Moatsos, about </w:t>
      </w:r>
      <w:r>
        <w:rPr>
          <w:b w:val="0"/>
          <w:i w:val="0"/>
          <w:smallCaps w:val="0"/>
          <w:strike w:val="0"/>
          <w:sz w:val="22"/>
          <w:u w:val="single"/>
        </w:rPr>
        <w:t>three-quarters of the world’s population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earned so little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they could not afford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even </w:t>
      </w:r>
      <w:r>
        <w:rPr>
          <w:b w:val="0"/>
          <w:i w:val="0"/>
          <w:smallCaps w:val="0"/>
          <w:strike w:val="0"/>
          <w:sz w:val="22"/>
          <w:u w:val="single"/>
        </w:rPr>
        <w:t>a tiny living space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some heat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hopefully, </w:t>
      </w:r>
      <w:r>
        <w:rPr>
          <w:b w:val="0"/>
          <w:i w:val="0"/>
          <w:smallCaps w:val="0"/>
          <w:strike w:val="0"/>
          <w:sz w:val="22"/>
          <w:u w:val="single"/>
        </w:rPr>
        <w:t>enough food to stave off malnutrition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It was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state that we would now call “</w:t>
      </w:r>
      <w:r>
        <w:rPr>
          <w:b w:val="0"/>
          <w:i w:val="0"/>
          <w:smallCaps w:val="0"/>
          <w:strike w:val="0"/>
          <w:sz w:val="22"/>
          <w:u w:val="single"/>
        </w:rPr>
        <w:t>extreme poverty,” except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for most people </w:t>
      </w:r>
      <w:r>
        <w:rPr>
          <w:b w:val="0"/>
          <w:i w:val="0"/>
          <w:smallCaps w:val="0"/>
          <w:strike w:val="0"/>
          <w:sz w:val="22"/>
          <w:u w:val="single"/>
        </w:rPr>
        <w:t>back then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it wasn’t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extreme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</w:t>
      </w:r>
      <w:r>
        <w:rPr>
          <w:b w:val="0"/>
          <w:i w:val="0"/>
          <w:smallCaps w:val="0"/>
          <w:strike w:val="0"/>
          <w:sz w:val="22"/>
          <w:u w:val="single"/>
        </w:rPr>
        <w:t>it was simply life.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What matters here for the story of progress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n’t the fact that the overwhelming majority of humankind lived in destitution. It’s </w:t>
      </w:r>
      <w:r>
        <w:rPr>
          <w:b w:val="0"/>
          <w:i w:val="0"/>
          <w:smallCaps w:val="0"/>
          <w:strike w:val="0"/>
          <w:sz w:val="22"/>
          <w:u w:val="single"/>
        </w:rPr>
        <w:t>that this was the norm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 had been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norm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since essentially… </w:t>
      </w:r>
      <w:r>
        <w:rPr>
          <w:b w:val="0"/>
          <w:i w:val="0"/>
          <w:smallCaps w:val="0"/>
          <w:strike w:val="0"/>
          <w:sz w:val="22"/>
          <w:u w:val="single"/>
        </w:rPr>
        <w:t>forever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Poverty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illiteracy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premature death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these </w:t>
      </w:r>
      <w:r>
        <w:rPr>
          <w:b w:val="0"/>
          <w:i w:val="0"/>
          <w:smallCaps w:val="0"/>
          <w:strike w:val="0"/>
          <w:sz w:val="22"/>
          <w:u w:val="single"/>
        </w:rPr>
        <w:t>weren’t problems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as we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would come to </w:t>
      </w:r>
      <w:r>
        <w:rPr>
          <w:b w:val="0"/>
          <w:i w:val="0"/>
          <w:smallCaps w:val="0"/>
          <w:strike w:val="0"/>
          <w:sz w:val="22"/>
          <w:u w:val="single"/>
        </w:rPr>
        <w:t>define them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our time. </w:t>
      </w:r>
      <w:r>
        <w:rPr>
          <w:b w:val="0"/>
          <w:i w:val="0"/>
          <w:smallCaps w:val="0"/>
          <w:strike w:val="0"/>
          <w:sz w:val="22"/>
          <w:u w:val="single"/>
        </w:rPr>
        <w:t>They were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simply the background </w:t>
      </w:r>
      <w:r>
        <w:rPr>
          <w:b w:val="0"/>
          <w:i w:val="0"/>
          <w:smallCaps w:val="0"/>
          <w:strike w:val="0"/>
          <w:sz w:val="22"/>
          <w:u w:val="single"/>
        </w:rPr>
        <w:t>reality of being human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as largely </w:t>
      </w:r>
      <w:r>
        <w:rPr>
          <w:b w:val="0"/>
          <w:i w:val="0"/>
          <w:smallCaps w:val="0"/>
          <w:strike w:val="0"/>
          <w:sz w:val="22"/>
          <w:u w:val="single"/>
        </w:rPr>
        <w:t>unchangeable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birth and death itself. And there were only the slightest inklings at the time that this could or should change.</w:t>
      </w:r>
    </w:p>
    <w:p>
      <w:pPr>
        <w:pStyle w:val="Caption"/>
      </w:pPr>
      <w:r>
        <w:t>Source: Racial Scripts Kritik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