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Material</w:t>
      </w:r>
      <w:r>
        <w:rPr>
          <w:b/>
          <w:i w:val="0"/>
          <w:smallCaps w:val="0"/>
          <w:strike w:val="0"/>
          <w:sz w:val="26"/>
          <w:u w:val="none"/>
        </w:rPr>
        <w:t xml:space="preserve"> progress is </w:t>
      </w:r>
      <w:r>
        <w:rPr>
          <w:b/>
          <w:i w:val="0"/>
          <w:smallCaps w:val="0"/>
          <w:strike w:val="0"/>
          <w:sz w:val="26"/>
          <w:u w:val="single"/>
        </w:rPr>
        <w:t>key</w:t>
      </w:r>
      <w:r>
        <w:rPr>
          <w:b/>
          <w:i w:val="0"/>
          <w:smallCaps w:val="0"/>
          <w:strike w:val="0"/>
          <w:sz w:val="26"/>
          <w:u w:val="none"/>
        </w:rPr>
        <w:t xml:space="preserve"> to expanding our moral circle. The aff’s progress makes conditions better!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Walsh 23</w:t>
      </w:r>
      <w:r>
        <w:rPr>
          <w:b w:val="0"/>
          <w:i w:val="0"/>
          <w:smallCaps w:val="0"/>
          <w:strike w:val="0"/>
          <w:u w:val="none"/>
        </w:rPr>
        <w:t xml:space="preserve"> – Editor, Future Perfect. Wrote a book on existential risk. Worked at Time magazine for 15 years as a foreign correspondent in Asia.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Bryan Walsh, “The doomers are wrong about humanity’s future — and its past,” Vox, 03-20-2023, https://www.vox.com/the-highlight/23627382/progress-climate-change-poverty-global-health-doom-industrial-revolution-vaccines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How </w:t>
      </w:r>
      <w:r>
        <w:rPr>
          <w:b w:val="0"/>
          <w:i w:val="0"/>
          <w:smallCaps w:val="0"/>
          <w:strike w:val="0"/>
          <w:sz w:val="22"/>
          <w:u w:val="single"/>
        </w:rPr>
        <w:t>progress can solve the problem of being human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On January 6, 1941 — 11 months before Pearl Harbor — President Franklin Delano Roosevelt gave his State of the Union speech. But it’s better known by another name: the Four Freedoms speech.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As much of the world was engulfed in what would become the greatest and bloodiest conflict in human history, Roosevelt told Congress that “we look forward to a world founded upon four essential human freedoms”: freedom of speech, freedom of worship, freedom from want, and freedom from fear.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There are human values that can’t be captured in dry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economic statistics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</w:t>
      </w:r>
      <w:r>
        <w:rPr>
          <w:b w:val="0"/>
          <w:i w:val="0"/>
          <w:smallCaps w:val="0"/>
          <w:strike w:val="0"/>
          <w:sz w:val="22"/>
          <w:u w:val="single"/>
        </w:rPr>
        <w:t>life, liberty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 pursuit of </w:t>
      </w:r>
      <w:r>
        <w:rPr>
          <w:b w:val="0"/>
          <w:i w:val="0"/>
          <w:smallCaps w:val="0"/>
          <w:strike w:val="0"/>
          <w:sz w:val="22"/>
          <w:u w:val="single"/>
        </w:rPr>
        <w:t>happiness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If our world had somehow become as rich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</w:t>
      </w:r>
      <w:r>
        <w:rPr>
          <w:b w:val="0"/>
          <w:i w:val="0"/>
          <w:smallCaps w:val="0"/>
          <w:strike w:val="0"/>
          <w:sz w:val="22"/>
          <w:u w:val="single"/>
        </w:rPr>
        <w:t>long-lived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 is </w:t>
      </w:r>
      <w:r>
        <w:rPr>
          <w:b w:val="0"/>
          <w:i w:val="0"/>
          <w:smallCaps w:val="0"/>
          <w:strike w:val="0"/>
          <w:sz w:val="22"/>
          <w:u w:val="single"/>
        </w:rPr>
        <w:t>today with a system of political liberties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human rights frozen in 1820, we might barely consider it progress at all.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Except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that we have seen startling improvements in everything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political liberty to democratic representation to human rights to even the way we treat some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(if not all) </w:t>
      </w:r>
      <w:r>
        <w:rPr>
          <w:b w:val="0"/>
          <w:i w:val="0"/>
          <w:smallCaps w:val="0"/>
          <w:strike w:val="0"/>
          <w:sz w:val="22"/>
          <w:u w:val="single"/>
        </w:rPr>
        <w:t>animals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In 1800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according to Our World in Data, </w:t>
      </w:r>
      <w:r>
        <w:rPr>
          <w:b/>
          <w:i w:val="0"/>
          <w:smallCaps w:val="0"/>
          <w:strike w:val="0"/>
          <w:sz w:val="22"/>
          <w:u w:val="single"/>
        </w:rPr>
        <w:t>zero — none, nada, zip — people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lived in what we would now classify as a liberal democracy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Just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22 million people — about </w:t>
      </w:r>
      <w:r>
        <w:rPr>
          <w:b w:val="0"/>
          <w:i w:val="0"/>
          <w:smallCaps w:val="0"/>
          <w:strike w:val="0"/>
          <w:sz w:val="22"/>
          <w:u w:val="single"/>
        </w:rPr>
        <w:t>2 percent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global population — </w:t>
      </w:r>
      <w:r>
        <w:rPr>
          <w:b w:val="0"/>
          <w:i w:val="0"/>
          <w:smallCaps w:val="0"/>
          <w:strike w:val="0"/>
          <w:sz w:val="22"/>
          <w:u w:val="single"/>
        </w:rPr>
        <w:t>lived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what the site classifies as “</w:t>
      </w:r>
      <w:r>
        <w:rPr>
          <w:b w:val="0"/>
          <w:i w:val="0"/>
          <w:smallCaps w:val="0"/>
          <w:strike w:val="0"/>
          <w:sz w:val="22"/>
          <w:u w:val="single"/>
        </w:rPr>
        <w:t>electoral autocracies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</w:t>
      </w:r>
      <w:r>
        <w:rPr>
          <w:b w:val="0"/>
          <w:i w:val="0"/>
          <w:smallCaps w:val="0"/>
          <w:strike w:val="0"/>
          <w:sz w:val="22"/>
          <w:u w:val="single"/>
        </w:rPr>
        <w:t>meaning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what </w:t>
      </w:r>
      <w:r>
        <w:rPr>
          <w:b w:val="0"/>
          <w:i w:val="0"/>
          <w:smallCaps w:val="0"/>
          <w:strike w:val="0"/>
          <w:sz w:val="22"/>
          <w:u w:val="single"/>
        </w:rPr>
        <w:t>democracy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they had was </w:t>
      </w:r>
      <w:r>
        <w:rPr>
          <w:b w:val="0"/>
          <w:i w:val="0"/>
          <w:smallCaps w:val="0"/>
          <w:strike w:val="0"/>
          <w:sz w:val="22"/>
          <w:u w:val="single"/>
        </w:rPr>
        <w:t>limited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limited </w:t>
      </w:r>
      <w:r>
        <w:rPr>
          <w:b w:val="0"/>
          <w:i w:val="0"/>
          <w:smallCaps w:val="0"/>
          <w:strike w:val="0"/>
          <w:sz w:val="22"/>
          <w:u w:val="single"/>
        </w:rPr>
        <w:t>to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subset of the population.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One hundred years later, things weren’t much better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there were actual liberal democracies, but </w:t>
      </w:r>
      <w:r>
        <w:rPr>
          <w:b w:val="0"/>
          <w:i w:val="0"/>
          <w:smallCaps w:val="0"/>
          <w:strike w:val="0"/>
          <w:sz w:val="22"/>
          <w:u w:val="single"/>
        </w:rPr>
        <w:t>fewer than 1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percent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world’s population lived in them.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in the decades that followed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FDR’s “Four Freedoms” speech, </w:t>
      </w:r>
      <w:r>
        <w:rPr>
          <w:b/>
          <w:i w:val="0"/>
          <w:smallCaps w:val="0"/>
          <w:strike w:val="0"/>
          <w:sz w:val="22"/>
          <w:u w:val="single"/>
        </w:rPr>
        <w:t>things changed radically</w:t>
      </w:r>
      <w:r>
        <w:rPr>
          <w:b w:val="0"/>
          <w:i w:val="0"/>
          <w:smallCaps w:val="0"/>
          <w:strike w:val="0"/>
          <w:sz w:val="22"/>
          <w:u w:val="single"/>
        </w:rPr>
        <w:t>, thanks to the defeat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 fascist powers,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 spread of civil rights within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existing </w:t>
      </w:r>
      <w:r>
        <w:rPr>
          <w:b w:val="0"/>
          <w:i w:val="0"/>
          <w:smallCaps w:val="0"/>
          <w:strike w:val="0"/>
          <w:sz w:val="22"/>
          <w:u w:val="single"/>
        </w:rPr>
        <w:t>democracies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eventually, </w:t>
      </w:r>
      <w:r>
        <w:rPr>
          <w:b w:val="0"/>
          <w:i w:val="0"/>
          <w:smallCaps w:val="0"/>
          <w:strike w:val="0"/>
          <w:sz w:val="22"/>
          <w:u w:val="single"/>
        </w:rPr>
        <w:t>the collapse of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communist world.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Today just 2 billion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people </w:t>
      </w:r>
      <w:r>
        <w:rPr>
          <w:b w:val="0"/>
          <w:i w:val="0"/>
          <w:smallCaps w:val="0"/>
          <w:strike w:val="0"/>
          <w:sz w:val="22"/>
          <w:u w:val="single"/>
        </w:rPr>
        <w:t>live in countries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are </w:t>
      </w:r>
      <w:r>
        <w:rPr>
          <w:b w:val="0"/>
          <w:i w:val="0"/>
          <w:smallCaps w:val="0"/>
          <w:strike w:val="0"/>
          <w:sz w:val="22"/>
          <w:u w:val="single"/>
        </w:rPr>
        <w:t>classified as closed autocracies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relatively few legal rights, no real electoral democracy — </w:t>
      </w:r>
      <w:r>
        <w:rPr>
          <w:b w:val="0"/>
          <w:i w:val="0"/>
          <w:smallCaps w:val="0"/>
          <w:strike w:val="0"/>
          <w:sz w:val="22"/>
          <w:u w:val="single"/>
        </w:rPr>
        <w:t>and most of them are in China.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That </w:t>
      </w:r>
      <w:r>
        <w:rPr>
          <w:b/>
          <w:i w:val="0"/>
          <w:smallCaps w:val="0"/>
          <w:strike w:val="0"/>
          <w:sz w:val="22"/>
          <w:u w:val="single"/>
        </w:rPr>
        <w:t>doesn’t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mean that the liberal democracies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exist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</w:t>
      </w:r>
      <w:r>
        <w:rPr>
          <w:b/>
          <w:i w:val="0"/>
          <w:smallCaps w:val="0"/>
          <w:strike w:val="0"/>
          <w:sz w:val="22"/>
          <w:u w:val="single"/>
        </w:rPr>
        <w:t>perfect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any means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US very much included</w:t>
      </w:r>
      <w:r>
        <w:rPr>
          <w:b w:val="0"/>
          <w:i w:val="0"/>
          <w:smallCaps w:val="0"/>
          <w:strike w:val="0"/>
          <w:sz w:val="22"/>
          <w:u w:val="single"/>
        </w:rPr>
        <w:t>. Nor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does it mean </w:t>
      </w:r>
      <w:r>
        <w:rPr>
          <w:b w:val="0"/>
          <w:i w:val="0"/>
          <w:smallCaps w:val="0"/>
          <w:strike w:val="0"/>
          <w:sz w:val="22"/>
          <w:u w:val="single"/>
        </w:rPr>
        <w:t>that periods of advancement weren’t followed 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periods of </w:t>
      </w:r>
      <w:r>
        <w:rPr>
          <w:b w:val="0"/>
          <w:i w:val="0"/>
          <w:smallCaps w:val="0"/>
          <w:strike w:val="0"/>
          <w:sz w:val="22"/>
          <w:u w:val="single"/>
        </w:rPr>
        <w:t>retrenchment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worse. </w:t>
      </w:r>
      <w:r>
        <w:rPr>
          <w:b w:val="0"/>
          <w:i w:val="0"/>
          <w:smallCaps w:val="0"/>
          <w:strike w:val="0"/>
          <w:sz w:val="22"/>
          <w:u w:val="single"/>
        </w:rPr>
        <w:t>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especially in politics and morals, doesn’t flow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</w:t>
      </w:r>
      <w:r>
        <w:rPr>
          <w:b w:val="0"/>
          <w:i w:val="0"/>
          <w:smallCaps w:val="0"/>
          <w:strike w:val="0"/>
          <w:sz w:val="22"/>
          <w:u w:val="single"/>
        </w:rPr>
        <w:t>steadily as a calendar — just compare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Germany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</w:t>
      </w:r>
      <w:r>
        <w:rPr>
          <w:b w:val="0"/>
          <w:i w:val="0"/>
          <w:smallCaps w:val="0"/>
          <w:strike w:val="0"/>
          <w:sz w:val="22"/>
          <w:u w:val="single"/>
        </w:rPr>
        <w:t>1929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Germany in </w:t>
      </w:r>
      <w:r>
        <w:rPr>
          <w:b w:val="0"/>
          <w:i w:val="0"/>
          <w:smallCaps w:val="0"/>
          <w:strike w:val="0"/>
          <w:sz w:val="22"/>
          <w:u w:val="single"/>
        </w:rPr>
        <w:t>1939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all you have to do is </w:t>
      </w:r>
      <w:r>
        <w:rPr>
          <w:b/>
          <w:i w:val="0"/>
          <w:smallCaps w:val="0"/>
          <w:strike w:val="0"/>
          <w:sz w:val="22"/>
          <w:u w:val="single"/>
        </w:rPr>
        <w:t>roll the clock back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few decades to see the way that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on the whole, have been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extended </w:t>
      </w:r>
      <w:r>
        <w:rPr>
          <w:b/>
          <w:i w:val="0"/>
          <w:smallCaps w:val="0"/>
          <w:strike w:val="0"/>
          <w:sz w:val="22"/>
          <w:u w:val="single"/>
        </w:rPr>
        <w:t>wider and wider</w:t>
      </w:r>
      <w:r>
        <w:rPr>
          <w:b w:val="0"/>
          <w:i w:val="0"/>
          <w:smallCaps w:val="0"/>
          <w:strike w:val="0"/>
          <w:sz w:val="22"/>
          <w:u w:val="single"/>
        </w:rPr>
        <w:t>: to LGBTQ citizens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to </w:t>
      </w:r>
      <w:r>
        <w:rPr>
          <w:b w:val="0"/>
          <w:i w:val="0"/>
          <w:smallCaps w:val="0"/>
          <w:strike w:val="0"/>
          <w:sz w:val="22"/>
          <w:u w:val="single"/>
        </w:rPr>
        <w:t>people of color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to </w:t>
      </w:r>
      <w:r>
        <w:rPr>
          <w:b w:val="0"/>
          <w:i w:val="0"/>
          <w:smallCaps w:val="0"/>
          <w:strike w:val="0"/>
          <w:sz w:val="22"/>
          <w:u w:val="single"/>
        </w:rPr>
        <w:t>women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fundamental fact is </w:t>
      </w:r>
      <w:r>
        <w:rPr>
          <w:b w:val="0"/>
          <w:i w:val="0"/>
          <w:smallCaps w:val="0"/>
          <w:strike w:val="0"/>
          <w:sz w:val="22"/>
          <w:u w:val="single"/>
        </w:rPr>
        <w:t>that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much as the technological and economic world of </w:t>
      </w:r>
      <w:r>
        <w:rPr>
          <w:b/>
          <w:i w:val="0"/>
          <w:smallCaps w:val="0"/>
          <w:strike w:val="0"/>
          <w:sz w:val="22"/>
          <w:u w:val="single"/>
        </w:rPr>
        <w:t>2023 would be unrecognizable to people in 1800</w:t>
      </w:r>
      <w:r>
        <w:rPr>
          <w:b w:val="0"/>
          <w:i w:val="0"/>
          <w:smallCaps w:val="0"/>
          <w:strike w:val="0"/>
          <w:sz w:val="22"/>
          <w:u w:val="single"/>
        </w:rPr>
        <w:t>, the same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is true of the political world.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Nor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 you </w:t>
      </w:r>
      <w:r>
        <w:rPr>
          <w:b/>
          <w:i w:val="0"/>
          <w:smallCaps w:val="0"/>
          <w:strike w:val="0"/>
          <w:sz w:val="22"/>
          <w:u w:val="single"/>
        </w:rPr>
        <w:t>disentangle that political progress from material 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Take the gradual but definitive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emancipation of women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That has been a hard-fought, ongoing battle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chiefly waged by women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who saw the inherent unfairness of a male-dominated society.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But it was aided by the invention of labor-saving technologies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 the home like washing machines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refrigerators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primarily gave time back to women and made it easier for them to move into the workforce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These are all examples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expansion of the circle of moral concern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>the enlargement of who and what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considered worthy of respect and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from the foundation of the family or </w:t>
      </w:r>
      <w:r>
        <w:rPr>
          <w:b/>
          <w:i w:val="0"/>
          <w:smallCaps w:val="0"/>
          <w:strike w:val="0"/>
          <w:sz w:val="22"/>
          <w:u w:val="single"/>
        </w:rPr>
        <w:t>tribe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all the way to </w:t>
      </w:r>
      <w:r>
        <w:rPr>
          <w:b/>
          <w:i w:val="0"/>
          <w:smallCaps w:val="0"/>
          <w:strike w:val="0"/>
          <w:sz w:val="22"/>
          <w:u w:val="single"/>
        </w:rPr>
        <w:t>humans around the world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(and increasingly non-human animals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well).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it </w:t>
      </w:r>
      <w:r>
        <w:rPr>
          <w:b/>
          <w:i w:val="0"/>
          <w:smallCaps w:val="0"/>
          <w:strike w:val="0"/>
          <w:sz w:val="22"/>
          <w:u w:val="single"/>
        </w:rPr>
        <w:t>can’t be separated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the </w:t>
      </w:r>
      <w:r>
        <w:rPr>
          <w:b/>
          <w:i w:val="0"/>
          <w:smallCaps w:val="0"/>
          <w:strike w:val="0"/>
          <w:sz w:val="22"/>
          <w:u w:val="single"/>
        </w:rPr>
        <w:t>hard fact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material progress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pre-industrial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world was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zero-sum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one —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that, ultimately, is what the </w:t>
      </w:r>
      <w:r>
        <w:rPr>
          <w:b/>
          <w:i w:val="0"/>
          <w:smallCaps w:val="0"/>
          <w:strike w:val="0"/>
          <w:sz w:val="22"/>
          <w:u w:val="single"/>
        </w:rPr>
        <w:t>Malthusian Trap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means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In a zero-sum world,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you advance </w:t>
      </w:r>
      <w:r>
        <w:rPr>
          <w:b/>
          <w:i w:val="0"/>
          <w:smallCaps w:val="0"/>
          <w:strike w:val="0"/>
          <w:sz w:val="22"/>
          <w:u w:val="single"/>
        </w:rPr>
        <w:t>only at the expense of others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by taking from a set stock, not by adding, </w:t>
      </w:r>
      <w:r>
        <w:rPr>
          <w:b w:val="0"/>
          <w:i w:val="0"/>
          <w:smallCaps w:val="0"/>
          <w:strike w:val="0"/>
          <w:sz w:val="22"/>
          <w:u w:val="single"/>
        </w:rPr>
        <w:t>which is why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wars of conquest between great powers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were </w:t>
      </w:r>
      <w:r>
        <w:rPr>
          <w:b/>
          <w:i w:val="0"/>
          <w:smallCaps w:val="0"/>
          <w:strike w:val="0"/>
          <w:sz w:val="22"/>
          <w:u w:val="single"/>
        </w:rPr>
        <w:t>so common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hundreds of years ago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why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homicide between neighbors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was </w:t>
      </w:r>
      <w:r>
        <w:rPr>
          <w:b w:val="0"/>
          <w:i w:val="0"/>
          <w:smallCaps w:val="0"/>
          <w:strike w:val="0"/>
          <w:sz w:val="22"/>
          <w:u w:val="single"/>
        </w:rPr>
        <w:t>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much more </w:t>
      </w:r>
      <w:r>
        <w:rPr>
          <w:b w:val="0"/>
          <w:i w:val="0"/>
          <w:smallCaps w:val="0"/>
          <w:strike w:val="0"/>
          <w:sz w:val="22"/>
          <w:u w:val="single"/>
        </w:rPr>
        <w:t>frequent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pre-industrial era.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We have obviously not </w:t>
      </w:r>
      <w:r>
        <w:rPr>
          <w:b/>
          <w:i w:val="0"/>
          <w:smallCaps w:val="0"/>
          <w:strike w:val="0"/>
          <w:sz w:val="22"/>
          <w:u w:val="single"/>
        </w:rPr>
        <w:t>eradicated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violence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including by the state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itself. </w:t>
      </w:r>
      <w:r>
        <w:rPr>
          <w:b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society that can </w:t>
      </w:r>
      <w:r>
        <w:rPr>
          <w:b/>
          <w:i w:val="0"/>
          <w:smallCaps w:val="0"/>
          <w:strike w:val="0"/>
          <w:sz w:val="22"/>
          <w:u w:val="single"/>
        </w:rPr>
        <w:t>produce more of what it needs and wants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will be </w:t>
      </w:r>
      <w:r>
        <w:rPr>
          <w:b/>
          <w:i w:val="0"/>
          <w:smallCaps w:val="0"/>
          <w:strike w:val="0"/>
          <w:sz w:val="22"/>
          <w:u w:val="single"/>
        </w:rPr>
        <w:t>less inclined to fight over what it has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either with its </w:t>
      </w:r>
      <w:r>
        <w:rPr>
          <w:b/>
          <w:i w:val="0"/>
          <w:smallCaps w:val="0"/>
          <w:strike w:val="0"/>
          <w:sz w:val="22"/>
          <w:u w:val="single"/>
        </w:rPr>
        <w:t>neighbors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itself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It’s </w:t>
      </w:r>
      <w:r>
        <w:rPr>
          <w:b/>
          <w:i w:val="0"/>
          <w:smallCaps w:val="0"/>
          <w:strike w:val="0"/>
          <w:sz w:val="22"/>
          <w:u w:val="single"/>
        </w:rPr>
        <w:t>not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the humans of 2023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necessarily better, </w:t>
      </w:r>
      <w:r>
        <w:rPr>
          <w:b/>
          <w:i w:val="0"/>
          <w:smallCaps w:val="0"/>
          <w:strike w:val="0"/>
          <w:sz w:val="22"/>
          <w:u w:val="single"/>
        </w:rPr>
        <w:t>more moral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than their ancestors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200 or more years ago.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It’s that war and violence </w:t>
      </w:r>
      <w:r>
        <w:rPr>
          <w:b/>
          <w:i w:val="0"/>
          <w:smallCaps w:val="0"/>
          <w:strike w:val="0"/>
          <w:sz w:val="22"/>
          <w:u w:val="single"/>
        </w:rPr>
        <w:t>cease to make economic sense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Racial Scripts Kritik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