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Bioterror causes extinction. </w:t>
      </w:r>
    </w:p>
    <w:p>
      <w:pPr>
        <w:spacing w:after="80"/>
      </w:pPr>
      <w:r>
        <w:rPr>
          <w:b/>
          <w:i w:val="0"/>
          <w:smallCaps w:val="0"/>
          <w:strike w:val="0"/>
          <w:sz w:val="26"/>
          <w:u w:val="none"/>
        </w:rPr>
        <w:t xml:space="preserve">Walsh ’20 </w:t>
      </w:r>
      <w:r>
        <w:rPr>
          <w:b w:val="0"/>
          <w:i w:val="0"/>
          <w:smallCaps w:val="0"/>
          <w:strike w:val="0"/>
          <w:u w:val="none"/>
        </w:rPr>
        <w:t xml:space="preserve">[Bryan; 2020; Future Correspondent for Axios, Editor of the Science and Technology Publication </w:t>
      </w:r>
      <w:r>
        <w:rPr>
          <w:b w:val="0"/>
          <w:i w:val="0"/>
          <w:smallCaps w:val="0"/>
          <w:strike w:val="0"/>
          <w:u w:val="none"/>
        </w:rPr>
        <w:t>OneZero</w:t>
      </w:r>
      <w:r>
        <w:rPr>
          <w:b w:val="0"/>
          <w:i w:val="0"/>
          <w:smallCaps w:val="0"/>
          <w:strike w:val="0"/>
          <w:u w:val="none"/>
        </w:rPr>
        <w:t>, Former Senior and International Editor at Time Magazine, B.A. from Princeton University; End Times: A Brief Guide to the End of the World, p. 204-206]</w:t>
      </w:r>
    </w:p>
    <w:p>
      <w:pPr>
        <w:spacing w:after="60"/>
      </w:pPr>
      <w:r>
        <w:rPr>
          <w:b w:val="0"/>
          <w:i w:val="0"/>
          <w:smallCaps w:val="0"/>
          <w:strike w:val="0"/>
          <w:u w:val="none"/>
        </w:rPr>
        <w:t xml:space="preserve">I’ve lived through disease outbreaks, and in the previous chapter I showed just how unprepared we are to face a widespread pandemic of flu or another new pathogen like SARS. But </w:t>
      </w:r>
      <w:r>
        <w:rPr>
          <w:b w:val="0"/>
          <w:i w:val="0"/>
          <w:smallCaps w:val="0"/>
          <w:strike w:val="0"/>
          <w:sz w:val="22"/>
          <w:u w:val="single"/>
        </w:rPr>
        <w:t xml:space="preserve">a </w:t>
      </w:r>
      <w:r>
        <w:rPr>
          <w:b/>
          <w:i w:val="0"/>
          <w:smallCaps w:val="0"/>
          <w:strike w:val="0"/>
          <w:sz w:val="22"/>
          <w:u w:val="single"/>
        </w:rPr>
        <w:t>deliberate</w:t>
      </w:r>
      <w:r>
        <w:rPr>
          <w:b w:val="0"/>
          <w:i w:val="0"/>
          <w:smallCaps w:val="0"/>
          <w:strike w:val="0"/>
          <w:sz w:val="22"/>
          <w:u w:val="single"/>
        </w:rPr>
        <w:t xml:space="preserve"> outbreak caused by an </w:t>
      </w:r>
      <w:r>
        <w:rPr>
          <w:b/>
          <w:i w:val="0"/>
          <w:smallCaps w:val="0"/>
          <w:strike w:val="0"/>
          <w:sz w:val="22"/>
          <w:u w:val="single"/>
        </w:rPr>
        <w:t>engineered</w:t>
      </w:r>
      <w:r>
        <w:rPr>
          <w:b w:val="0"/>
          <w:i w:val="0"/>
          <w:smallCaps w:val="0"/>
          <w:strike w:val="0"/>
          <w:sz w:val="22"/>
          <w:u w:val="single"/>
        </w:rPr>
        <w:t xml:space="preserve"> pathogen would be </w:t>
      </w:r>
      <w:r>
        <w:rPr>
          <w:b/>
          <w:i w:val="0"/>
          <w:smallCaps w:val="0"/>
          <w:strike w:val="0"/>
          <w:sz w:val="22"/>
          <w:u w:val="single"/>
        </w:rPr>
        <w:t>far worse</w:t>
      </w:r>
      <w:r>
        <w:rPr>
          <w:b w:val="0"/>
          <w:i w:val="0"/>
          <w:smallCaps w:val="0"/>
          <w:strike w:val="0"/>
          <w:u w:val="none"/>
        </w:rPr>
        <w:t xml:space="preserve">. We would face the same agonizing decisions that must be made during a natural pandemic: whether to ban travel from affected regions, how to keep overburdened hospitals working as the rolls of the sick grew, how to accelerate the development and distribution of vaccines and drugs. To that dire list add the </w:t>
      </w:r>
      <w:r>
        <w:rPr>
          <w:b w:val="0"/>
          <w:i w:val="0"/>
          <w:smallCaps w:val="0"/>
          <w:strike w:val="0"/>
          <w:sz w:val="22"/>
          <w:u w:val="single"/>
        </w:rPr>
        <w:t>terror</w:t>
      </w:r>
      <w:r>
        <w:rPr>
          <w:b w:val="0"/>
          <w:i w:val="0"/>
          <w:smallCaps w:val="0"/>
          <w:strike w:val="0"/>
          <w:u w:val="none"/>
        </w:rPr>
        <w:t xml:space="preserve"> that </w:t>
      </w:r>
      <w:r>
        <w:rPr>
          <w:b w:val="0"/>
          <w:i w:val="0"/>
          <w:smallCaps w:val="0"/>
          <w:strike w:val="0"/>
          <w:sz w:val="22"/>
          <w:u w:val="single"/>
        </w:rPr>
        <w:t xml:space="preserve">would </w:t>
      </w:r>
      <w:r>
        <w:rPr>
          <w:b/>
          <w:i w:val="0"/>
          <w:smallCaps w:val="0"/>
          <w:strike w:val="0"/>
          <w:sz w:val="22"/>
          <w:u w:val="single"/>
        </w:rPr>
        <w:t>spread</w:t>
      </w:r>
      <w:r>
        <w:rPr>
          <w:b w:val="0"/>
          <w:i w:val="0"/>
          <w:smallCaps w:val="0"/>
          <w:strike w:val="0"/>
          <w:u w:val="none"/>
        </w:rPr>
        <w:t xml:space="preserve"> once it became clear that the death and disease in our midst was not the random work of nature, but a deliberate act of malice. We’re scared of disease </w:t>
      </w:r>
      <w:r>
        <w:rPr>
          <w:b w:val="0"/>
          <w:i w:val="0"/>
          <w:smallCaps w:val="0"/>
          <w:strike w:val="0"/>
          <w:u w:val="none"/>
        </w:rPr>
        <w:t>outbreaks</w:t>
      </w:r>
      <w:r>
        <w:rPr>
          <w:b w:val="0"/>
          <w:i w:val="0"/>
          <w:smallCaps w:val="0"/>
          <w:strike w:val="0"/>
          <w:u w:val="none"/>
        </w:rPr>
        <w:t xml:space="preserve"> and we’re scared of terrorism—put them together and you have </w:t>
      </w:r>
      <w:r>
        <w:rPr>
          <w:b w:val="0"/>
          <w:i w:val="0"/>
          <w:smallCaps w:val="0"/>
          <w:strike w:val="0"/>
          <w:sz w:val="22"/>
          <w:u w:val="single"/>
        </w:rPr>
        <w:t xml:space="preserve">a formula for </w:t>
      </w:r>
      <w:r>
        <w:rPr>
          <w:b/>
          <w:i w:val="0"/>
          <w:smallCaps w:val="0"/>
          <w:strike w:val="0"/>
          <w:sz w:val="22"/>
          <w:u w:val="single"/>
        </w:rPr>
        <w:t>chaos</w:t>
      </w:r>
      <w:r>
        <w:rPr>
          <w:b w:val="0"/>
          <w:i w:val="0"/>
          <w:smallCaps w:val="0"/>
          <w:strike w:val="0"/>
          <w:u w:val="none"/>
        </w:rPr>
        <w:t xml:space="preserve">. </w:t>
      </w:r>
    </w:p>
    <w:p>
      <w:pPr>
        <w:spacing w:after="60"/>
      </w:pPr>
      <w:r>
        <w:rPr>
          <w:b w:val="0"/>
          <w:i w:val="0"/>
          <w:smallCaps w:val="0"/>
          <w:strike w:val="0"/>
          <w:u w:val="none"/>
        </w:rPr>
        <w:t xml:space="preserve">As deadly and as disruptive as a conventional bioterror incident would be, an attack that employed existing pathogens could only spread so far, limited by the same laws of evolution that circumscribe natural disease outbreaks. But </w:t>
      </w:r>
      <w:r>
        <w:rPr>
          <w:b w:val="0"/>
          <w:i w:val="0"/>
          <w:smallCaps w:val="0"/>
          <w:strike w:val="0"/>
          <w:sz w:val="22"/>
          <w:highlight w:val="cyan"/>
          <w:u w:val="single"/>
        </w:rPr>
        <w:t>a virus</w:t>
      </w:r>
      <w:r>
        <w:rPr>
          <w:b w:val="0"/>
          <w:i w:val="0"/>
          <w:smallCaps w:val="0"/>
          <w:strike w:val="0"/>
          <w:sz w:val="22"/>
          <w:u w:val="single"/>
        </w:rPr>
        <w:t xml:space="preserve"> engineered in a lab to break</w:t>
      </w:r>
      <w:r>
        <w:rPr>
          <w:b w:val="0"/>
          <w:i w:val="0"/>
          <w:smallCaps w:val="0"/>
          <w:strike w:val="0"/>
          <w:u w:val="none"/>
        </w:rPr>
        <w:t xml:space="preserve"> those </w:t>
      </w:r>
      <w:r>
        <w:rPr>
          <w:b w:val="0"/>
          <w:i w:val="0"/>
          <w:smallCaps w:val="0"/>
          <w:strike w:val="0"/>
          <w:sz w:val="22"/>
          <w:u w:val="single"/>
        </w:rPr>
        <w:t xml:space="preserve">laws </w:t>
      </w:r>
      <w:r>
        <w:rPr>
          <w:b w:val="0"/>
          <w:i w:val="0"/>
          <w:smallCaps w:val="0"/>
          <w:strike w:val="0"/>
          <w:sz w:val="22"/>
          <w:highlight w:val="cyan"/>
          <w:u w:val="single"/>
        </w:rPr>
        <w:t xml:space="preserve">could </w:t>
      </w:r>
      <w:r>
        <w:rPr>
          <w:b/>
          <w:i w:val="0"/>
          <w:smallCaps w:val="0"/>
          <w:strike w:val="0"/>
          <w:sz w:val="22"/>
          <w:highlight w:val="cyan"/>
          <w:u w:val="single"/>
        </w:rPr>
        <w:t>spread</w:t>
      </w:r>
      <w:r>
        <w:rPr>
          <w:b/>
          <w:i w:val="0"/>
          <w:smallCaps w:val="0"/>
          <w:strike w:val="0"/>
          <w:sz w:val="22"/>
          <w:u w:val="single"/>
        </w:rPr>
        <w:t xml:space="preserve"> faster</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kill quicker</w:t>
      </w:r>
      <w:r>
        <w:rPr>
          <w:b w:val="0"/>
          <w:i w:val="0"/>
          <w:smallCaps w:val="0"/>
          <w:strike w:val="0"/>
          <w:sz w:val="22"/>
          <w:highlight w:val="cyan"/>
          <w:u w:val="single"/>
        </w:rPr>
        <w:t xml:space="preserve"> than </w:t>
      </w:r>
      <w:r>
        <w:rPr>
          <w:b/>
          <w:i w:val="0"/>
          <w:smallCaps w:val="0"/>
          <w:strike w:val="0"/>
          <w:sz w:val="22"/>
          <w:highlight w:val="cyan"/>
          <w:u w:val="single"/>
        </w:rPr>
        <w:t>anything</w:t>
      </w:r>
      <w:r>
        <w:rPr>
          <w:b w:val="0"/>
          <w:i w:val="0"/>
          <w:smallCaps w:val="0"/>
          <w:strike w:val="0"/>
          <w:sz w:val="22"/>
          <w:u w:val="single"/>
        </w:rPr>
        <w:t xml:space="preserve"> that would emerge out of nature. </w:t>
      </w:r>
      <w:r>
        <w:rPr>
          <w:b w:val="0"/>
          <w:i w:val="0"/>
          <w:smallCaps w:val="0"/>
          <w:strike w:val="0"/>
          <w:sz w:val="22"/>
          <w:highlight w:val="cyan"/>
          <w:u w:val="single"/>
        </w:rPr>
        <w:t>It can</w:t>
      </w:r>
      <w:r>
        <w:rPr>
          <w:b w:val="0"/>
          <w:i w:val="0"/>
          <w:smallCaps w:val="0"/>
          <w:strike w:val="0"/>
          <w:sz w:val="22"/>
          <w:u w:val="single"/>
        </w:rPr>
        <w:t xml:space="preserve"> be designed to </w:t>
      </w:r>
      <w:r>
        <w:rPr>
          <w:b/>
          <w:i w:val="0"/>
          <w:smallCaps w:val="0"/>
          <w:strike w:val="0"/>
          <w:sz w:val="22"/>
          <w:highlight w:val="cyan"/>
          <w:u w:val="single"/>
        </w:rPr>
        <w:t>evade</w:t>
      </w:r>
      <w:r>
        <w:rPr>
          <w:b/>
          <w:i w:val="0"/>
          <w:smallCaps w:val="0"/>
          <w:strike w:val="0"/>
          <w:sz w:val="22"/>
          <w:u w:val="single"/>
        </w:rPr>
        <w:t xml:space="preserve"> medical </w:t>
      </w:r>
      <w:r>
        <w:rPr>
          <w:b/>
          <w:i w:val="0"/>
          <w:smallCaps w:val="0"/>
          <w:strike w:val="0"/>
          <w:sz w:val="22"/>
          <w:highlight w:val="cyan"/>
          <w:u w:val="single"/>
        </w:rPr>
        <w:t>countermeasures</w:t>
      </w:r>
      <w:r>
        <w:rPr>
          <w:b w:val="0"/>
          <w:i w:val="0"/>
          <w:smallCaps w:val="0"/>
          <w:strike w:val="0"/>
          <w:sz w:val="22"/>
          <w:u w:val="single"/>
        </w:rPr>
        <w:t>,</w:t>
      </w:r>
      <w:r>
        <w:rPr>
          <w:b w:val="0"/>
          <w:i w:val="0"/>
          <w:smallCaps w:val="0"/>
          <w:strike w:val="0"/>
          <w:sz w:val="22"/>
          <w:u w:val="single"/>
        </w:rPr>
        <w:t xml:space="preserve"> frustrating</w:t>
      </w:r>
      <w:r>
        <w:rPr>
          <w:b w:val="0"/>
          <w:i w:val="0"/>
          <w:smallCaps w:val="0"/>
          <w:strike w:val="0"/>
          <w:u w:val="none"/>
        </w:rPr>
        <w:t xml:space="preserve"> doctors’ </w:t>
      </w:r>
      <w:r>
        <w:rPr>
          <w:b w:val="0"/>
          <w:i w:val="0"/>
          <w:smallCaps w:val="0"/>
          <w:strike w:val="0"/>
          <w:sz w:val="22"/>
          <w:u w:val="single"/>
        </w:rPr>
        <w:t>attempts to diagnose</w:t>
      </w:r>
      <w:r>
        <w:rPr>
          <w:b w:val="0"/>
          <w:i w:val="0"/>
          <w:smallCaps w:val="0"/>
          <w:strike w:val="0"/>
          <w:u w:val="none"/>
        </w:rPr>
        <w:t xml:space="preserve"> cases </w:t>
      </w:r>
      <w:r>
        <w:rPr>
          <w:b w:val="0"/>
          <w:i w:val="0"/>
          <w:smallCaps w:val="0"/>
          <w:strike w:val="0"/>
          <w:sz w:val="22"/>
          <w:u w:val="single"/>
        </w:rPr>
        <w:t>and treat</w:t>
      </w:r>
      <w:r>
        <w:rPr>
          <w:b w:val="0"/>
          <w:i w:val="0"/>
          <w:smallCaps w:val="0"/>
          <w:strike w:val="0"/>
          <w:u w:val="none"/>
        </w:rPr>
        <w:t xml:space="preserve"> patients. </w:t>
      </w:r>
      <w:r>
        <w:rPr>
          <w:b w:val="0"/>
          <w:i w:val="0"/>
          <w:smallCaps w:val="0"/>
          <w:strike w:val="0"/>
          <w:sz w:val="22"/>
          <w:u w:val="single"/>
        </w:rPr>
        <w:t xml:space="preserve">If health officials manage to stamp out the outbreak, it could </w:t>
      </w:r>
      <w:r>
        <w:rPr>
          <w:b w:val="0"/>
          <w:i w:val="0"/>
          <w:smallCaps w:val="0"/>
          <w:strike w:val="0"/>
          <w:sz w:val="22"/>
          <w:highlight w:val="cyan"/>
          <w:u w:val="single"/>
        </w:rPr>
        <w:t xml:space="preserve">be </w:t>
      </w:r>
      <w:r>
        <w:rPr>
          <w:b/>
          <w:i w:val="0"/>
          <w:smallCaps w:val="0"/>
          <w:strike w:val="0"/>
          <w:sz w:val="22"/>
          <w:highlight w:val="cyan"/>
          <w:u w:val="single"/>
        </w:rPr>
        <w:t>reintroduced</w:t>
      </w:r>
      <w:r>
        <w:rPr>
          <w:b w:val="0"/>
          <w:i w:val="0"/>
          <w:smallCaps w:val="0"/>
          <w:strike w:val="0"/>
          <w:u w:val="none"/>
        </w:rPr>
        <w:t xml:space="preserve"> into the public</w:t>
      </w:r>
      <w:r>
        <w:rPr>
          <w:b w:val="0"/>
          <w:i w:val="0"/>
          <w:smallCaps w:val="0"/>
          <w:strike w:val="0"/>
          <w:sz w:val="22"/>
          <w:u w:val="single"/>
        </w:rPr>
        <w:t xml:space="preserve"> again </w:t>
      </w:r>
      <w:r>
        <w:rPr>
          <w:b w:val="0"/>
          <w:i w:val="0"/>
          <w:smallCaps w:val="0"/>
          <w:strike w:val="0"/>
          <w:sz w:val="22"/>
          <w:highlight w:val="cyan"/>
          <w:u w:val="single"/>
        </w:rPr>
        <w:t>and</w:t>
      </w:r>
      <w:r>
        <w:rPr>
          <w:b w:val="0"/>
          <w:i w:val="0"/>
          <w:smallCaps w:val="0"/>
          <w:strike w:val="0"/>
          <w:sz w:val="22"/>
          <w:u w:val="single"/>
        </w:rPr>
        <w:t xml:space="preserve"> again. It could, with the right</w:t>
      </w:r>
      <w:r>
        <w:rPr>
          <w:b w:val="0"/>
          <w:i w:val="0"/>
          <w:smallCaps w:val="0"/>
          <w:strike w:val="0"/>
          <w:u w:val="none"/>
        </w:rPr>
        <w:t xml:space="preserve"> mix of genetic </w:t>
      </w:r>
      <w:r>
        <w:rPr>
          <w:b w:val="0"/>
          <w:i w:val="0"/>
          <w:smallCaps w:val="0"/>
          <w:strike w:val="0"/>
          <w:sz w:val="22"/>
          <w:u w:val="single"/>
        </w:rPr>
        <w:t>traits</w:t>
      </w:r>
      <w:r>
        <w:rPr>
          <w:b w:val="0"/>
          <w:i w:val="0"/>
          <w:smallCaps w:val="0"/>
          <w:strike w:val="0"/>
          <w:u w:val="none"/>
        </w:rPr>
        <w:t xml:space="preserve">, even </w:t>
      </w:r>
      <w:r>
        <w:rPr>
          <w:b/>
          <w:i w:val="0"/>
          <w:smallCaps w:val="0"/>
          <w:strike w:val="0"/>
          <w:sz w:val="22"/>
          <w:highlight w:val="cyan"/>
          <w:u w:val="single"/>
        </w:rPr>
        <w:t>wipe</w:t>
      </w:r>
      <w:r>
        <w:rPr>
          <w:b/>
          <w:i w:val="0"/>
          <w:smallCaps w:val="0"/>
          <w:strike w:val="0"/>
          <w:sz w:val="22"/>
          <w:u w:val="single"/>
        </w:rPr>
        <w:t xml:space="preserve"> us off </w:t>
      </w:r>
      <w:r>
        <w:rPr>
          <w:b/>
          <w:i w:val="0"/>
          <w:smallCaps w:val="0"/>
          <w:strike w:val="0"/>
          <w:sz w:val="22"/>
          <w:highlight w:val="cyan"/>
          <w:u w:val="single"/>
        </w:rPr>
        <w:t>the planet</w:t>
      </w:r>
      <w:r>
        <w:rPr>
          <w:b w:val="0"/>
          <w:i w:val="0"/>
          <w:smallCaps w:val="0"/>
          <w:strike w:val="0"/>
          <w:sz w:val="22"/>
          <w:u w:val="single"/>
        </w:rPr>
        <w:t xml:space="preserve">, making engineered viruses a </w:t>
      </w:r>
      <w:r>
        <w:rPr>
          <w:b/>
          <w:i w:val="0"/>
          <w:smallCaps w:val="0"/>
          <w:strike w:val="0"/>
          <w:sz w:val="22"/>
          <w:u w:val="single"/>
        </w:rPr>
        <w:t>genuine existential threat</w:t>
      </w:r>
      <w:r>
        <w:rPr>
          <w:b w:val="0"/>
          <w:i w:val="0"/>
          <w:smallCaps w:val="0"/>
          <w:strike w:val="0"/>
          <w:sz w:val="22"/>
          <w:u w:val="single"/>
        </w:rPr>
        <w:t>.</w:t>
      </w:r>
      <w:r>
        <w:rPr>
          <w:b w:val="0"/>
          <w:i w:val="0"/>
          <w:smallCaps w:val="0"/>
          <w:strike w:val="0"/>
          <w:u w:val="none"/>
        </w:rPr>
        <w:t xml:space="preserve"> </w:t>
      </w:r>
    </w:p>
    <w:p>
      <w:pPr>
        <w:spacing w:after="60"/>
      </w:pPr>
      <w:r>
        <w:rPr>
          <w:b w:val="0"/>
          <w:i w:val="0"/>
          <w:smallCaps w:val="0"/>
          <w:strike w:val="0"/>
          <w:u w:val="none"/>
        </w:rPr>
        <w:t xml:space="preserve">And such </w:t>
      </w:r>
      <w:r>
        <w:rPr>
          <w:b w:val="0"/>
          <w:i w:val="0"/>
          <w:smallCaps w:val="0"/>
          <w:strike w:val="0"/>
          <w:sz w:val="22"/>
          <w:highlight w:val="cyan"/>
          <w:u w:val="single"/>
        </w:rPr>
        <w:t xml:space="preserve">an attack may </w:t>
      </w:r>
      <w:r>
        <w:rPr>
          <w:b/>
          <w:i w:val="0"/>
          <w:smallCaps w:val="0"/>
          <w:strike w:val="0"/>
          <w:sz w:val="22"/>
          <w:highlight w:val="cyan"/>
          <w:u w:val="single"/>
        </w:rPr>
        <w:t>not</w:t>
      </w:r>
      <w:r>
        <w:rPr>
          <w:b/>
          <w:i w:val="0"/>
          <w:smallCaps w:val="0"/>
          <w:strike w:val="0"/>
          <w:sz w:val="22"/>
          <w:u w:val="single"/>
        </w:rPr>
        <w:t xml:space="preserve"> even </w:t>
      </w:r>
      <w:r>
        <w:rPr>
          <w:b/>
          <w:i w:val="0"/>
          <w:smallCaps w:val="0"/>
          <w:strike w:val="0"/>
          <w:sz w:val="22"/>
          <w:highlight w:val="cyan"/>
          <w:u w:val="single"/>
        </w:rPr>
        <w:t>be</w:t>
      </w:r>
      <w:r>
        <w:rPr>
          <w:b/>
          <w:i w:val="0"/>
          <w:smallCaps w:val="0"/>
          <w:strike w:val="0"/>
          <w:sz w:val="22"/>
          <w:u w:val="single"/>
        </w:rPr>
        <w:t xml:space="preserve"> that </w:t>
      </w:r>
      <w:r>
        <w:rPr>
          <w:b/>
          <w:i w:val="0"/>
          <w:smallCaps w:val="0"/>
          <w:strike w:val="0"/>
          <w:sz w:val="22"/>
          <w:highlight w:val="cyan"/>
          <w:u w:val="single"/>
        </w:rPr>
        <w:t>difficult</w:t>
      </w:r>
      <w:r>
        <w:rPr>
          <w:b w:val="0"/>
          <w:i w:val="0"/>
          <w:smallCaps w:val="0"/>
          <w:strike w:val="0"/>
          <w:sz w:val="22"/>
          <w:u w:val="single"/>
        </w:rPr>
        <w:t xml:space="preserve"> to carry out. Thanks to advances in </w:t>
      </w:r>
      <w:r>
        <w:rPr>
          <w:b/>
          <w:i w:val="0"/>
          <w:smallCaps w:val="0"/>
          <w:strike w:val="0"/>
          <w:sz w:val="22"/>
          <w:highlight w:val="cyan"/>
          <w:u w:val="single"/>
        </w:rPr>
        <w:t>biotech</w:t>
      </w:r>
      <w:r>
        <w:rPr>
          <w:b w:val="0"/>
          <w:i w:val="0"/>
          <w:smallCaps w:val="0"/>
          <w:strike w:val="0"/>
          <w:u w:val="none"/>
        </w:rPr>
        <w:t xml:space="preserve">nology </w:t>
      </w:r>
      <w:r>
        <w:rPr>
          <w:b w:val="0"/>
          <w:i w:val="0"/>
          <w:smallCaps w:val="0"/>
          <w:strike w:val="0"/>
          <w:sz w:val="22"/>
          <w:u w:val="single"/>
        </w:rPr>
        <w:t xml:space="preserve">that have </w:t>
      </w:r>
      <w:r>
        <w:rPr>
          <w:b/>
          <w:i w:val="0"/>
          <w:smallCaps w:val="0"/>
          <w:strike w:val="0"/>
          <w:sz w:val="22"/>
          <w:u w:val="single"/>
        </w:rPr>
        <w:t xml:space="preserve">rapidly </w:t>
      </w:r>
      <w:r>
        <w:rPr>
          <w:b/>
          <w:i w:val="0"/>
          <w:smallCaps w:val="0"/>
          <w:strike w:val="0"/>
          <w:sz w:val="22"/>
          <w:highlight w:val="cyan"/>
          <w:u w:val="single"/>
        </w:rPr>
        <w:t>reduced</w:t>
      </w:r>
      <w:r>
        <w:rPr>
          <w:b w:val="0"/>
          <w:i w:val="0"/>
          <w:smallCaps w:val="0"/>
          <w:strike w:val="0"/>
          <w:sz w:val="22"/>
          <w:u w:val="single"/>
        </w:rPr>
        <w:t xml:space="preserve"> the </w:t>
      </w:r>
      <w:r>
        <w:rPr>
          <w:b/>
          <w:i w:val="0"/>
          <w:smallCaps w:val="0"/>
          <w:strike w:val="0"/>
          <w:sz w:val="22"/>
          <w:highlight w:val="cyan"/>
          <w:u w:val="single"/>
        </w:rPr>
        <w:t>skill</w:t>
      </w:r>
      <w:r>
        <w:rPr>
          <w:b/>
          <w:i w:val="0"/>
          <w:smallCaps w:val="0"/>
          <w:strike w:val="0"/>
          <w:sz w:val="22"/>
          <w:u w:val="single"/>
        </w:rPr>
        <w:t xml:space="preserve"> level</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funding</w:t>
      </w:r>
      <w:r>
        <w:rPr>
          <w:b w:val="0"/>
          <w:i w:val="0"/>
          <w:smallCaps w:val="0"/>
          <w:strike w:val="0"/>
          <w:sz w:val="22"/>
          <w:u w:val="single"/>
        </w:rPr>
        <w:t xml:space="preserve"> needed </w:t>
      </w:r>
      <w:r>
        <w:rPr>
          <w:b w:val="0"/>
          <w:i w:val="0"/>
          <w:smallCaps w:val="0"/>
          <w:strike w:val="0"/>
          <w:sz w:val="22"/>
          <w:highlight w:val="cyan"/>
          <w:u w:val="single"/>
        </w:rPr>
        <w:t>to</w:t>
      </w:r>
      <w:r>
        <w:rPr>
          <w:b w:val="0"/>
          <w:i w:val="0"/>
          <w:smallCaps w:val="0"/>
          <w:strike w:val="0"/>
          <w:sz w:val="22"/>
          <w:u w:val="single"/>
        </w:rPr>
        <w:t xml:space="preserve"> perform </w:t>
      </w:r>
      <w:r>
        <w:rPr>
          <w:b/>
          <w:i w:val="0"/>
          <w:smallCaps w:val="0"/>
          <w:strike w:val="0"/>
          <w:sz w:val="22"/>
          <w:u w:val="single"/>
        </w:rPr>
        <w:t xml:space="preserve">gene </w:t>
      </w:r>
      <w:r>
        <w:rPr>
          <w:b/>
          <w:i w:val="0"/>
          <w:smallCaps w:val="0"/>
          <w:strike w:val="0"/>
          <w:sz w:val="22"/>
          <w:highlight w:val="cyan"/>
          <w:u w:val="single"/>
        </w:rPr>
        <w:t>edit</w:t>
      </w:r>
      <w:r>
        <w:rPr>
          <w:b w:val="0"/>
          <w:i w:val="0"/>
          <w:smallCaps w:val="0"/>
          <w:strike w:val="0"/>
          <w:sz w:val="22"/>
          <w:u w:val="single"/>
        </w:rPr>
        <w:t xml:space="preserve">ing and </w:t>
      </w:r>
      <w:r>
        <w:rPr>
          <w:b/>
          <w:i w:val="0"/>
          <w:smallCaps w:val="0"/>
          <w:strike w:val="0"/>
          <w:sz w:val="22"/>
          <w:u w:val="single"/>
        </w:rPr>
        <w:t>engineer</w:t>
      </w:r>
      <w:r>
        <w:rPr>
          <w:b w:val="0"/>
          <w:i w:val="0"/>
          <w:smallCaps w:val="0"/>
          <w:strike w:val="0"/>
          <w:sz w:val="22"/>
          <w:u w:val="single"/>
        </w:rPr>
        <w:t>ing</w:t>
      </w:r>
      <w:r>
        <w:rPr>
          <w:b w:val="0"/>
          <w:i w:val="0"/>
          <w:smallCaps w:val="0"/>
          <w:strike w:val="0"/>
          <w:u w:val="none"/>
        </w:rPr>
        <w:t xml:space="preserve">, what might have once required the </w:t>
      </w:r>
      <w:r>
        <w:rPr>
          <w:b w:val="0"/>
          <w:i w:val="0"/>
          <w:smallCaps w:val="0"/>
          <w:strike w:val="0"/>
          <w:sz w:val="22"/>
          <w:u w:val="single"/>
        </w:rPr>
        <w:t>work</w:t>
      </w:r>
      <w:r>
        <w:rPr>
          <w:b w:val="0"/>
          <w:i w:val="0"/>
          <w:smallCaps w:val="0"/>
          <w:strike w:val="0"/>
          <w:u w:val="none"/>
        </w:rPr>
        <w:t xml:space="preserve"> of an army of virologists employed by a nation-state </w:t>
      </w:r>
      <w:r>
        <w:rPr>
          <w:b w:val="0"/>
          <w:i w:val="0"/>
          <w:smallCaps w:val="0"/>
          <w:strike w:val="0"/>
          <w:sz w:val="22"/>
          <w:u w:val="single"/>
        </w:rPr>
        <w:t>could soon be done by</w:t>
      </w:r>
      <w:r>
        <w:rPr>
          <w:b w:val="0"/>
          <w:i w:val="0"/>
          <w:smallCaps w:val="0"/>
          <w:strike w:val="0"/>
          <w:u w:val="none"/>
        </w:rPr>
        <w:t xml:space="preserve"> a handful of talented and trained </w:t>
      </w:r>
      <w:r>
        <w:rPr>
          <w:b w:val="0"/>
          <w:i w:val="0"/>
          <w:smallCaps w:val="0"/>
          <w:strike w:val="0"/>
          <w:sz w:val="22"/>
          <w:u w:val="single"/>
        </w:rPr>
        <w:t>individuals</w:t>
      </w:r>
      <w:r>
        <w:rPr>
          <w:b w:val="0"/>
          <w:i w:val="0"/>
          <w:smallCaps w:val="0"/>
          <w:strike w:val="0"/>
          <w:u w:val="none"/>
        </w:rPr>
        <w:t xml:space="preserve">. Or maybe just one. </w:t>
      </w:r>
    </w:p>
    <w:p>
      <w:pPr>
        <w:spacing w:after="60"/>
      </w:pPr>
      <w:r>
        <w:rPr>
          <w:b w:val="0"/>
          <w:i w:val="0"/>
          <w:smallCaps w:val="0"/>
          <w:strike w:val="0"/>
          <w:u w:val="none"/>
        </w:rPr>
        <w:t xml:space="preserve">When Melinda Gates was asked at the South by Southwest conference in 2018 to identify what she saw as </w:t>
      </w:r>
      <w:r>
        <w:rPr>
          <w:b w:val="0"/>
          <w:i w:val="0"/>
          <w:smallCaps w:val="0"/>
          <w:strike w:val="0"/>
          <w:sz w:val="22"/>
          <w:u w:val="single"/>
        </w:rPr>
        <w:t xml:space="preserve">the </w:t>
      </w:r>
      <w:r>
        <w:rPr>
          <w:b/>
          <w:i w:val="0"/>
          <w:smallCaps w:val="0"/>
          <w:strike w:val="0"/>
          <w:sz w:val="22"/>
          <w:u w:val="single"/>
        </w:rPr>
        <w:t>biggest threat</w:t>
      </w:r>
      <w:r>
        <w:rPr>
          <w:b w:val="0"/>
          <w:i w:val="0"/>
          <w:smallCaps w:val="0"/>
          <w:strike w:val="0"/>
          <w:sz w:val="22"/>
          <w:u w:val="single"/>
        </w:rPr>
        <w:t xml:space="preserve"> facing the world</w:t>
      </w:r>
      <w:r>
        <w:rPr>
          <w:b w:val="0"/>
          <w:i w:val="0"/>
          <w:smallCaps w:val="0"/>
          <w:strike w:val="0"/>
          <w:u w:val="none"/>
        </w:rPr>
        <w:t xml:space="preserve"> over the next decade, she didn’t hesitate: “A </w:t>
      </w:r>
      <w:r>
        <w:rPr>
          <w:b/>
          <w:i w:val="0"/>
          <w:smallCaps w:val="0"/>
          <w:strike w:val="0"/>
          <w:sz w:val="22"/>
          <w:u w:val="single"/>
        </w:rPr>
        <w:t>bioterrorism</w:t>
      </w:r>
      <w:r>
        <w:rPr>
          <w:b w:val="0"/>
          <w:i w:val="0"/>
          <w:smallCaps w:val="0"/>
          <w:strike w:val="0"/>
          <w:u w:val="none"/>
        </w:rPr>
        <w:t xml:space="preserve"> event. Definitely.”2 </w:t>
      </w:r>
    </w:p>
    <w:p>
      <w:pPr>
        <w:spacing w:after="60"/>
      </w:pPr>
      <w:r>
        <w:rPr>
          <w:b w:val="0"/>
          <w:i w:val="0"/>
          <w:smallCaps w:val="0"/>
          <w:strike w:val="0"/>
          <w:u w:val="none"/>
        </w:rPr>
        <w:t xml:space="preserve">She’s far from alone. In 2016, President Obama’s director of national intelligence James Clapper identified CRISPR as a “weapon of mass destruction,” a category usually reserved for known nightmares like nuclear bombs and chemical weapons. A 2018 report from the National Academies of Sciences concluded that </w:t>
      </w:r>
      <w:r>
        <w:rPr>
          <w:b/>
          <w:i w:val="0"/>
          <w:smallCaps w:val="0"/>
          <w:strike w:val="0"/>
          <w:sz w:val="22"/>
          <w:u w:val="single"/>
        </w:rPr>
        <w:t>biotech</w:t>
      </w:r>
      <w:r>
        <w:rPr>
          <w:b w:val="0"/>
          <w:i w:val="0"/>
          <w:smallCaps w:val="0"/>
          <w:strike w:val="0"/>
          <w:u w:val="none"/>
        </w:rPr>
        <w:t xml:space="preserve">nology </w:t>
      </w:r>
      <w:r>
        <w:rPr>
          <w:b w:val="0"/>
          <w:i w:val="0"/>
          <w:smallCaps w:val="0"/>
          <w:strike w:val="0"/>
          <w:sz w:val="22"/>
          <w:u w:val="single"/>
        </w:rPr>
        <w:t>had rewritten what was possible in creating new weapons</w:t>
      </w:r>
      <w:r>
        <w:rPr>
          <w:b w:val="0"/>
          <w:i w:val="0"/>
          <w:smallCaps w:val="0"/>
          <w:strike w:val="0"/>
          <w:u w:val="none"/>
        </w:rPr>
        <w:t xml:space="preserve">, while also increasing the range of people capable of carrying out such attacks.3 That’s </w:t>
      </w:r>
      <w:r>
        <w:rPr>
          <w:b w:val="0"/>
          <w:i w:val="0"/>
          <w:smallCaps w:val="0"/>
          <w:strike w:val="0"/>
          <w:sz w:val="22"/>
          <w:u w:val="single"/>
        </w:rPr>
        <w:t>a fatal combination</w:t>
      </w:r>
      <w:r>
        <w:rPr>
          <w:b w:val="0"/>
          <w:i w:val="0"/>
          <w:smallCaps w:val="0"/>
          <w:strike w:val="0"/>
          <w:u w:val="none"/>
        </w:rPr>
        <w:t xml:space="preserve">, one </w:t>
      </w:r>
      <w:r>
        <w:rPr>
          <w:b w:val="0"/>
          <w:i w:val="0"/>
          <w:smallCaps w:val="0"/>
          <w:strike w:val="0"/>
          <w:sz w:val="22"/>
          <w:u w:val="single"/>
        </w:rPr>
        <w:t>that</w:t>
      </w:r>
      <w:r>
        <w:rPr>
          <w:b w:val="0"/>
          <w:i w:val="0"/>
          <w:smallCaps w:val="0"/>
          <w:strike w:val="0"/>
          <w:u w:val="none"/>
        </w:rPr>
        <w:t xml:space="preserve"> plausibly </w:t>
      </w:r>
      <w:r>
        <w:rPr>
          <w:b/>
          <w:i w:val="0"/>
          <w:smallCaps w:val="0"/>
          <w:strike w:val="0"/>
          <w:sz w:val="22"/>
          <w:u w:val="single"/>
        </w:rPr>
        <w:t>threatens the future of humanity</w:t>
      </w:r>
      <w:r>
        <w:rPr>
          <w:b w:val="0"/>
          <w:i w:val="0"/>
          <w:smallCaps w:val="0"/>
          <w:strike w:val="0"/>
          <w:sz w:val="22"/>
          <w:u w:val="single"/>
        </w:rPr>
        <w:t xml:space="preserve"> like </w:t>
      </w:r>
      <w:r>
        <w:rPr>
          <w:b/>
          <w:i w:val="0"/>
          <w:smallCaps w:val="0"/>
          <w:strike w:val="0"/>
          <w:sz w:val="22"/>
          <w:u w:val="single"/>
        </w:rPr>
        <w:t>nothing else</w:t>
      </w:r>
      <w:r>
        <w:rPr>
          <w:b w:val="0"/>
          <w:i w:val="0"/>
          <w:smallCaps w:val="0"/>
          <w:strike w:val="0"/>
          <w:u w:val="none"/>
        </w:rPr>
        <w:t xml:space="preserve">. </w:t>
      </w:r>
    </w:p>
    <w:p>
      <w:pPr>
        <w:spacing w:after="60"/>
      </w:pP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existential </w:t>
      </w:r>
      <w:r>
        <w:rPr>
          <w:b/>
          <w:i w:val="0"/>
          <w:smallCaps w:val="0"/>
          <w:strike w:val="0"/>
          <w:sz w:val="22"/>
          <w:highlight w:val="cyan"/>
          <w:u w:val="single"/>
        </w:rPr>
        <w:t>threat</w:t>
      </w:r>
      <w:r>
        <w:rPr>
          <w:b w:val="0"/>
          <w:i w:val="0"/>
          <w:smallCaps w:val="0"/>
          <w:strike w:val="0"/>
          <w:u w:val="none"/>
        </w:rPr>
        <w:t xml:space="preserve"> that would be </w:t>
      </w:r>
      <w:r>
        <w:rPr>
          <w:b/>
          <w:i w:val="0"/>
          <w:smallCaps w:val="0"/>
          <w:strike w:val="0"/>
          <w:sz w:val="22"/>
          <w:highlight w:val="cyan"/>
          <w:u w:val="single"/>
        </w:rPr>
        <w:t>most available</w:t>
      </w:r>
      <w:r>
        <w:rPr>
          <w:b w:val="0"/>
          <w:i w:val="0"/>
          <w:smallCaps w:val="0"/>
          <w:strike w:val="0"/>
          <w:sz w:val="22"/>
          <w:u w:val="single"/>
        </w:rPr>
        <w:t xml:space="preserve"> for someone</w:t>
      </w:r>
      <w:r>
        <w:rPr>
          <w:b w:val="0"/>
          <w:i w:val="0"/>
          <w:smallCaps w:val="0"/>
          <w:strike w:val="0"/>
          <w:u w:val="none"/>
        </w:rPr>
        <w:t xml:space="preserve">, if they felt like doing something, </w:t>
      </w:r>
      <w:r>
        <w:rPr>
          <w:b w:val="0"/>
          <w:i w:val="0"/>
          <w:smallCaps w:val="0"/>
          <w:strike w:val="0"/>
          <w:sz w:val="22"/>
          <w:u w:val="single"/>
        </w:rPr>
        <w:t xml:space="preserve">would be </w:t>
      </w:r>
      <w:r>
        <w:rPr>
          <w:b w:val="0"/>
          <w:i w:val="0"/>
          <w:smallCaps w:val="0"/>
          <w:strike w:val="0"/>
          <w:sz w:val="22"/>
          <w:highlight w:val="cyan"/>
          <w:u w:val="single"/>
        </w:rPr>
        <w:t xml:space="preserve">a </w:t>
      </w:r>
      <w:r>
        <w:rPr>
          <w:b/>
          <w:i w:val="0"/>
          <w:smallCaps w:val="0"/>
          <w:strike w:val="0"/>
          <w:sz w:val="22"/>
          <w:highlight w:val="cyan"/>
          <w:u w:val="single"/>
        </w:rPr>
        <w:t>bioweapon</w:t>
      </w:r>
      <w:r>
        <w:rPr>
          <w:b w:val="0"/>
          <w:i w:val="0"/>
          <w:smallCaps w:val="0"/>
          <w:strike w:val="0"/>
          <w:sz w:val="22"/>
          <w:highlight w:val="cyan"/>
          <w:u w:val="single"/>
        </w:rPr>
        <w:t>,”</w:t>
      </w:r>
      <w:r>
        <w:rPr>
          <w:b w:val="0"/>
          <w:i w:val="0"/>
          <w:smallCaps w:val="0"/>
          <w:strike w:val="0"/>
          <w:u w:val="none"/>
        </w:rPr>
        <w:t xml:space="preserve"> said Eric Klien, founder of the Lifeboat Foundation, a nonprofit dedicated to helping humanity survive existential risks. “It would not be hard for a small group of people, maybe even just two or three people, to kill a hundred million people using a bioweapon. </w:t>
      </w:r>
      <w:r>
        <w:rPr>
          <w:b w:val="0"/>
          <w:i w:val="0"/>
          <w:smallCaps w:val="0"/>
          <w:strike w:val="0"/>
          <w:sz w:val="22"/>
          <w:u w:val="single"/>
        </w:rPr>
        <w:t>There are</w:t>
      </w:r>
      <w:r>
        <w:rPr>
          <w:b w:val="0"/>
          <w:i w:val="0"/>
          <w:smallCaps w:val="0"/>
          <w:strike w:val="0"/>
          <w:u w:val="none"/>
        </w:rPr>
        <w:t xml:space="preserve"> probably </w:t>
      </w:r>
      <w:r>
        <w:rPr>
          <w:b w:val="0"/>
          <w:i w:val="0"/>
          <w:smallCaps w:val="0"/>
          <w:strike w:val="0"/>
          <w:sz w:val="22"/>
          <w:u w:val="single"/>
        </w:rPr>
        <w:t>a million people</w:t>
      </w:r>
      <w:r>
        <w:rPr>
          <w:b w:val="0"/>
          <w:i w:val="0"/>
          <w:smallCaps w:val="0"/>
          <w:strike w:val="0"/>
          <w:u w:val="none"/>
        </w:rPr>
        <w:t xml:space="preserve"> currently on the planet </w:t>
      </w:r>
      <w:r>
        <w:rPr>
          <w:b w:val="0"/>
          <w:i w:val="0"/>
          <w:smallCaps w:val="0"/>
          <w:strike w:val="0"/>
          <w:sz w:val="22"/>
          <w:u w:val="single"/>
        </w:rPr>
        <w:t>who would have the technical knowledge to pull this off</w:t>
      </w:r>
      <w:r>
        <w:rPr>
          <w:b w:val="0"/>
          <w:i w:val="0"/>
          <w:smallCaps w:val="0"/>
          <w:strike w:val="0"/>
          <w:u w:val="none"/>
        </w:rPr>
        <w:t xml:space="preserve">. It’s </w:t>
      </w:r>
      <w:r>
        <w:rPr>
          <w:b w:val="0"/>
          <w:i w:val="0"/>
          <w:smallCaps w:val="0"/>
          <w:strike w:val="0"/>
          <w:u w:val="none"/>
        </w:rPr>
        <w:t>actually surprising</w:t>
      </w:r>
      <w:r>
        <w:rPr>
          <w:b w:val="0"/>
          <w:i w:val="0"/>
          <w:smallCaps w:val="0"/>
          <w:strike w:val="0"/>
          <w:u w:val="none"/>
        </w:rPr>
        <w:t xml:space="preserve"> that it hasn’t happened yet.”</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