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March in rights </w:t>
      </w:r>
      <w:r>
        <w:rPr>
          <w:b/>
          <w:i w:val="0"/>
          <w:smallCaps w:val="0"/>
          <w:strike w:val="0"/>
          <w:sz w:val="26"/>
          <w:u w:val="none"/>
        </w:rPr>
        <w:t>aren’t</w:t>
      </w:r>
      <w:r>
        <w:rPr>
          <w:b/>
          <w:i w:val="0"/>
          <w:smallCaps w:val="0"/>
          <w:strike w:val="0"/>
          <w:sz w:val="26"/>
          <w:u w:val="none"/>
        </w:rPr>
        <w:t xml:space="preserve"> confined to pharma—perception spills over to other industries</w:t>
      </w:r>
      <w:r>
        <w:rPr>
          <w:b/>
          <w:i w:val="0"/>
          <w:smallCaps w:val="0"/>
          <w:strike w:val="0"/>
          <w:sz w:val="26"/>
          <w:u w:val="none"/>
        </w:rPr>
        <w:t>,</w:t>
      </w:r>
      <w:r>
        <w:rPr>
          <w:b/>
          <w:i w:val="0"/>
          <w:smallCaps w:val="0"/>
          <w:strike w:val="0"/>
          <w:sz w:val="26"/>
          <w:u w:val="none"/>
        </w:rPr>
        <w:t xml:space="preserve"> making it impossible to win the tech race against China </w:t>
      </w:r>
    </w:p>
    <w:p>
      <w:pPr>
        <w:spacing w:after="80"/>
      </w:pPr>
      <w:r>
        <w:rPr>
          <w:b/>
          <w:i w:val="0"/>
          <w:smallCaps w:val="0"/>
          <w:strike w:val="0"/>
          <w:sz w:val="26"/>
          <w:u w:val="none"/>
        </w:rPr>
        <w:t xml:space="preserve">Iancu, Former director of the Patent and Trademark Office, 2024 </w:t>
      </w:r>
      <w:r>
        <w:rPr>
          <w:b w:val="0"/>
          <w:i w:val="0"/>
          <w:smallCaps w:val="0"/>
          <w:strike w:val="0"/>
          <w:u w:val="none"/>
        </w:rPr>
        <w:t>(</w:t>
      </w:r>
      <w:r>
        <w:rPr>
          <w:b w:val="0"/>
          <w:i w:val="0"/>
          <w:smallCaps w:val="0"/>
          <w:strike w:val="0"/>
          <w:u w:val="none"/>
        </w:rPr>
        <w:t xml:space="preserve"> </w:t>
      </w:r>
      <w:r>
        <w:rPr>
          <w:b w:val="0"/>
          <w:i w:val="0"/>
          <w:smallCaps w:val="0"/>
          <w:strike w:val="0"/>
          <w:u w:val="none"/>
        </w:rPr>
        <w:t>Pharmavoice</w:t>
      </w:r>
      <w:r>
        <w:rPr>
          <w:b w:val="0"/>
          <w:i w:val="0"/>
          <w:smallCaps w:val="0"/>
          <w:strike w:val="0"/>
          <w:u w:val="none"/>
        </w:rPr>
        <w:t xml:space="preserve"> citing an interview with Andrei, </w:t>
      </w:r>
      <w:r>
        <w:rPr>
          <w:b w:val="0"/>
          <w:i w:val="0"/>
          <w:smallCaps w:val="0"/>
          <w:strike w:val="0"/>
          <w:u w:val="none"/>
        </w:rPr>
        <w:t xml:space="preserve">“Former U.S. patent head on why federal march-in rights for drugs would be a ‘devastating’ mistake,” </w:t>
      </w:r>
      <w:r>
        <w:rPr>
          <w:b w:val="0"/>
          <w:i w:val="0"/>
          <w:smallCaps w:val="0"/>
          <w:strike w:val="0"/>
          <w:u w:val="none"/>
        </w:rPr>
        <w:t>PharmaVoice</w:t>
      </w:r>
      <w:r>
        <w:rPr>
          <w:b w:val="0"/>
          <w:i w:val="0"/>
          <w:smallCaps w:val="0"/>
          <w:strike w:val="0"/>
          <w:u w:val="none"/>
        </w:rPr>
        <w:t xml:space="preserve">, </w:t>
      </w:r>
      <w:r>
        <w:rPr>
          <w:b w:val="0"/>
          <w:i w:val="0"/>
          <w:smallCaps w:val="0"/>
          <w:strike w:val="0"/>
          <w:u w:val="none"/>
        </w:rPr>
        <w:t xml:space="preserve">, </w:t>
      </w:r>
      <w:r>
        <w:rPr>
          <w:b w:val="0"/>
          <w:i w:val="0"/>
          <w:smallCaps w:val="0"/>
          <w:strike w:val="0"/>
          <w:u w:val="none"/>
        </w:rPr>
        <w:t>DoA</w:t>
      </w:r>
      <w:r>
        <w:rPr>
          <w:b w:val="0"/>
          <w:i w:val="0"/>
          <w:smallCaps w:val="0"/>
          <w:strike w:val="0"/>
          <w:u w:val="none"/>
        </w:rPr>
        <w:t xml:space="preserve"> 6/8/2024)</w:t>
      </w:r>
    </w:p>
    <w:p>
      <w:pPr>
        <w:spacing w:after="60"/>
      </w:pPr>
      <w:r>
        <w:rPr>
          <w:b w:val="0"/>
          <w:i w:val="0"/>
          <w:smallCaps w:val="0"/>
          <w:strike w:val="0"/>
          <w:u w:val="none"/>
        </w:rPr>
        <w:t>PHARMAVOICE: Can you start by characterizing President Biden’s march-in proposal from your perspective in terms of what it’s trying to accomplish?</w:t>
      </w:r>
    </w:p>
    <w:p>
      <w:pPr>
        <w:spacing w:after="60"/>
      </w:pPr>
      <w:r>
        <w:rPr>
          <w:b w:val="0"/>
          <w:i w:val="0"/>
          <w:smallCaps w:val="0"/>
          <w:strike w:val="0"/>
          <w:u w:val="none"/>
        </w:rPr>
        <w:t xml:space="preserve">ANDREI IANCU: </w:t>
      </w:r>
      <w:r>
        <w:rPr>
          <w:b/>
          <w:i w:val="0"/>
          <w:smallCaps w:val="0"/>
          <w:strike w:val="0"/>
          <w:highlight w:val="cyan"/>
          <w:u w:val="single"/>
        </w:rPr>
        <w:t>The president’s proposal to march in</w:t>
      </w:r>
      <w:r>
        <w:rPr>
          <w:b w:val="0"/>
          <w:i w:val="0"/>
          <w:smallCaps w:val="0"/>
          <w:strike w:val="0"/>
          <w:u w:val="none"/>
        </w:rPr>
        <w:t xml:space="preserve"> and seize patents that were derived from federally funded research, or at least in parts from federally funded research, is being touted by the administration as an attempt to reduce drug prices. And </w:t>
      </w:r>
      <w:r>
        <w:rPr>
          <w:b w:val="0"/>
          <w:i w:val="0"/>
          <w:smallCaps w:val="0"/>
          <w:strike w:val="0"/>
          <w:u w:val="none"/>
        </w:rPr>
        <w:t>whether or not</w:t>
      </w:r>
      <w:r>
        <w:rPr>
          <w:b w:val="0"/>
          <w:i w:val="0"/>
          <w:smallCaps w:val="0"/>
          <w:strike w:val="0"/>
          <w:u w:val="none"/>
        </w:rPr>
        <w:t xml:space="preserve"> that is the actual intent, that is what they are saying publicly. The reality though, is the march-in proposal </w:t>
      </w:r>
      <w:r>
        <w:rPr>
          <w:b/>
          <w:i w:val="0"/>
          <w:smallCaps w:val="0"/>
          <w:strike w:val="0"/>
          <w:highlight w:val="cyan"/>
          <w:u w:val="single"/>
        </w:rPr>
        <w:t>would do nothing to</w:t>
      </w:r>
      <w:r>
        <w:rPr>
          <w:b/>
          <w:i w:val="0"/>
          <w:smallCaps w:val="0"/>
          <w:strike w:val="0"/>
          <w:u w:val="single"/>
        </w:rPr>
        <w:t xml:space="preserve"> </w:t>
      </w:r>
      <w:r>
        <w:rPr>
          <w:b/>
          <w:i w:val="0"/>
          <w:smallCaps w:val="0"/>
          <w:strike w:val="0"/>
          <w:u w:val="single"/>
        </w:rPr>
        <w:t>actually reduce</w:t>
      </w:r>
      <w:r>
        <w:rPr>
          <w:b/>
          <w:i w:val="0"/>
          <w:smallCaps w:val="0"/>
          <w:strike w:val="0"/>
          <w:u w:val="single"/>
        </w:rPr>
        <w:t xml:space="preserve"> </w:t>
      </w:r>
      <w:r>
        <w:rPr>
          <w:b/>
          <w:i w:val="0"/>
          <w:smallCaps w:val="0"/>
          <w:strike w:val="0"/>
          <w:highlight w:val="cyan"/>
          <w:u w:val="single"/>
        </w:rPr>
        <w:t>drug pricing</w:t>
      </w:r>
      <w:r>
        <w:rPr>
          <w:b/>
          <w:i w:val="0"/>
          <w:smallCaps w:val="0"/>
          <w:strike w:val="0"/>
          <w:u w:val="single"/>
        </w:rPr>
        <w:t xml:space="preserve">. Instead, </w:t>
      </w:r>
      <w:r>
        <w:rPr>
          <w:b/>
          <w:i w:val="0"/>
          <w:smallCaps w:val="0"/>
          <w:strike w:val="0"/>
          <w:highlight w:val="cyan"/>
          <w:u w:val="single"/>
        </w:rPr>
        <w:t>it would</w:t>
      </w:r>
      <w:r>
        <w:rPr>
          <w:b/>
          <w:i w:val="0"/>
          <w:smallCaps w:val="0"/>
          <w:strike w:val="0"/>
          <w:u w:val="single"/>
        </w:rPr>
        <w:t xml:space="preserve"> simply just </w:t>
      </w:r>
      <w:r>
        <w:rPr>
          <w:b/>
          <w:i w:val="0"/>
          <w:smallCaps w:val="0"/>
          <w:strike w:val="0"/>
          <w:highlight w:val="cyan"/>
          <w:u w:val="single"/>
        </w:rPr>
        <w:t>reduce innovation in all industries</w:t>
      </w:r>
      <w:r>
        <w:rPr>
          <w:b/>
          <w:i w:val="0"/>
          <w:smallCaps w:val="0"/>
          <w:strike w:val="0"/>
          <w:u w:val="single"/>
        </w:rPr>
        <w:t xml:space="preserve"> in the United States.</w:t>
      </w:r>
    </w:p>
    <w:p>
      <w:pPr>
        <w:spacing w:after="60"/>
      </w:pPr>
      <w:r>
        <w:rPr>
          <w:b w:val="0"/>
          <w:i w:val="0"/>
          <w:smallCaps w:val="0"/>
          <w:strike w:val="0"/>
          <w:u w:val="none"/>
        </w:rPr>
        <w:t>Let’s explore that last part more. What effect do you believe the proposal would have on innovation in the pharma and biotech space?</w:t>
      </w:r>
    </w:p>
    <w:p>
      <w:pPr>
        <w:spacing w:after="60"/>
      </w:pPr>
      <w:r>
        <w:rPr>
          <w:b/>
          <w:i w:val="0"/>
          <w:smallCaps w:val="0"/>
          <w:strike w:val="0"/>
          <w:highlight w:val="cyan"/>
          <w:u w:val="single"/>
        </w:rPr>
        <w:t>It would be devastating to innovation that comes out of university</w:t>
      </w:r>
      <w:r>
        <w:rPr>
          <w:b/>
          <w:i w:val="0"/>
          <w:smallCaps w:val="0"/>
          <w:strike w:val="0"/>
          <w:u w:val="single"/>
        </w:rPr>
        <w:t xml:space="preserve"> laboratories</w:t>
      </w:r>
      <w:r>
        <w:rPr>
          <w:b/>
          <w:i w:val="0"/>
          <w:smallCaps w:val="0"/>
          <w:strike w:val="0"/>
          <w:highlight w:val="cyan"/>
          <w:u w:val="single"/>
        </w:rPr>
        <w:t xml:space="preserve"> or federal lab</w:t>
      </w:r>
      <w:r>
        <w:rPr>
          <w:b/>
          <w:i w:val="0"/>
          <w:smallCaps w:val="0"/>
          <w:strike w:val="0"/>
          <w:u w:val="single"/>
        </w:rPr>
        <w:t>oratorie</w:t>
      </w:r>
      <w:r>
        <w:rPr>
          <w:b/>
          <w:i w:val="0"/>
          <w:smallCaps w:val="0"/>
          <w:strike w:val="0"/>
          <w:highlight w:val="cyan"/>
          <w:u w:val="single"/>
        </w:rPr>
        <w:t>s</w:t>
      </w:r>
      <w:r>
        <w:rPr>
          <w:b w:val="0"/>
          <w:i w:val="0"/>
          <w:smallCaps w:val="0"/>
          <w:strike w:val="0"/>
          <w:u w:val="none"/>
        </w:rPr>
        <w:t xml:space="preserve"> and any other research lab that depends at least in part on federal funds. If an inventor or a researcher obtains a federal </w:t>
      </w:r>
      <w:r>
        <w:rPr>
          <w:b w:val="0"/>
          <w:i w:val="0"/>
          <w:smallCaps w:val="0"/>
          <w:strike w:val="0"/>
          <w:u w:val="none"/>
        </w:rPr>
        <w:t>grant, and</w:t>
      </w:r>
      <w:r>
        <w:rPr>
          <w:b w:val="0"/>
          <w:i w:val="0"/>
          <w:smallCaps w:val="0"/>
          <w:strike w:val="0"/>
          <w:u w:val="none"/>
        </w:rPr>
        <w:t xml:space="preserve"> uses that grant to fund their research and supplements that grant with private funds, then any patents that are generated from that research will be subject to the administration marching in and seizing that patent if the administration determines for a whole host of reasons that it needs to do so. </w:t>
      </w:r>
    </w:p>
    <w:p>
      <w:pPr>
        <w:spacing w:after="60"/>
      </w:pPr>
      <w:r>
        <w:rPr>
          <w:b/>
          <w:i w:val="0"/>
          <w:smallCaps w:val="0"/>
          <w:strike w:val="0"/>
          <w:u w:val="single"/>
        </w:rPr>
        <w:t xml:space="preserve">The impact is that </w:t>
      </w:r>
      <w:r>
        <w:rPr>
          <w:b/>
          <w:i w:val="0"/>
          <w:smallCaps w:val="0"/>
          <w:strike w:val="0"/>
          <w:highlight w:val="cyan"/>
          <w:u w:val="single"/>
        </w:rPr>
        <w:t xml:space="preserve">industry will shy away from any innovations that are derived from </w:t>
      </w:r>
      <w:r>
        <w:rPr>
          <w:b/>
          <w:i w:val="0"/>
          <w:smallCaps w:val="0"/>
          <w:strike w:val="0"/>
          <w:u w:val="single"/>
        </w:rPr>
        <w:t xml:space="preserve">such </w:t>
      </w:r>
      <w:r>
        <w:rPr>
          <w:b/>
          <w:i w:val="0"/>
          <w:smallCaps w:val="0"/>
          <w:strike w:val="0"/>
          <w:highlight w:val="cyan"/>
          <w:u w:val="single"/>
        </w:rPr>
        <w:t>lab</w:t>
      </w:r>
      <w:r>
        <w:rPr>
          <w:b/>
          <w:i w:val="0"/>
          <w:smallCaps w:val="0"/>
          <w:strike w:val="0"/>
          <w:u w:val="single"/>
        </w:rPr>
        <w:t>oratorie</w:t>
      </w:r>
      <w:r>
        <w:rPr>
          <w:b/>
          <w:i w:val="0"/>
          <w:smallCaps w:val="0"/>
          <w:strike w:val="0"/>
          <w:highlight w:val="cyan"/>
          <w:u w:val="single"/>
        </w:rPr>
        <w:t>s that have used federal funds</w:t>
      </w:r>
      <w:r>
        <w:rPr>
          <w:b w:val="0"/>
          <w:i w:val="0"/>
          <w:smallCaps w:val="0"/>
          <w:strike w:val="0"/>
          <w:u w:val="none"/>
        </w:rPr>
        <w:t xml:space="preserve"> — any innovation that comes out of that would be tainted, so to speak, with the potential for the government to march in and seize it. As a result of that, </w:t>
      </w:r>
      <w:r>
        <w:rPr>
          <w:b/>
          <w:i w:val="0"/>
          <w:smallCaps w:val="0"/>
          <w:strike w:val="0"/>
          <w:highlight w:val="cyan"/>
          <w:u w:val="single"/>
        </w:rPr>
        <w:t>the industry is not going to invest the millions and sometimes billions of dollars it takes to bring that innovation from that lab</w:t>
      </w:r>
      <w:r>
        <w:rPr>
          <w:b/>
          <w:i w:val="0"/>
          <w:smallCaps w:val="0"/>
          <w:strike w:val="0"/>
          <w:u w:val="single"/>
        </w:rPr>
        <w:t xml:space="preserve">oratory </w:t>
      </w:r>
      <w:r>
        <w:rPr>
          <w:b/>
          <w:i w:val="0"/>
          <w:smallCaps w:val="0"/>
          <w:strike w:val="0"/>
          <w:highlight w:val="cyan"/>
          <w:u w:val="single"/>
        </w:rPr>
        <w:t>to the market.</w:t>
      </w:r>
      <w:r>
        <w:rPr>
          <w:b/>
          <w:i w:val="0"/>
          <w:smallCaps w:val="0"/>
          <w:strike w:val="0"/>
          <w:u w:val="single"/>
        </w:rPr>
        <w:t xml:space="preserve"> </w:t>
      </w:r>
    </w:p>
    <w:p>
      <w:pPr>
        <w:spacing w:after="60"/>
      </w:pPr>
      <w:r>
        <w:rPr>
          <w:b w:val="0"/>
          <w:i w:val="0"/>
          <w:smallCaps w:val="0"/>
          <w:strike w:val="0"/>
          <w:u w:val="none"/>
        </w:rPr>
        <w:t xml:space="preserve">One of the issues in the current system is that taxpayers are contributing to the development of medications that then come to the market, and taxpayers </w:t>
      </w:r>
      <w:r>
        <w:rPr>
          <w:b w:val="0"/>
          <w:i w:val="0"/>
          <w:smallCaps w:val="0"/>
          <w:strike w:val="0"/>
          <w:u w:val="none"/>
        </w:rPr>
        <w:t>have to</w:t>
      </w:r>
      <w:r>
        <w:rPr>
          <w:b w:val="0"/>
          <w:i w:val="0"/>
          <w:smallCaps w:val="0"/>
          <w:strike w:val="0"/>
          <w:u w:val="none"/>
        </w:rPr>
        <w:t xml:space="preserve"> pay again to access them. How do you address that sort of double jeopardy?</w:t>
      </w:r>
    </w:p>
    <w:p>
      <w:pPr>
        <w:spacing w:after="60"/>
      </w:pPr>
      <w:r>
        <w:rPr>
          <w:b w:val="0"/>
          <w:i w:val="0"/>
          <w:smallCaps w:val="0"/>
          <w:strike w:val="0"/>
          <w:u w:val="none"/>
        </w:rPr>
        <w:t xml:space="preserve">Here’s the reality: </w:t>
      </w:r>
      <w:r>
        <w:rPr>
          <w:b/>
          <w:i w:val="0"/>
          <w:smallCaps w:val="0"/>
          <w:strike w:val="0"/>
          <w:highlight w:val="cyan"/>
          <w:u w:val="single"/>
        </w:rPr>
        <w:t>If the government threatens to take away these patents</w:t>
      </w:r>
      <w:r>
        <w:rPr>
          <w:b/>
          <w:i w:val="0"/>
          <w:smallCaps w:val="0"/>
          <w:strike w:val="0"/>
          <w:u w:val="single"/>
        </w:rPr>
        <w:t xml:space="preserve">, the </w:t>
      </w:r>
      <w:r>
        <w:rPr>
          <w:b/>
          <w:i w:val="0"/>
          <w:smallCaps w:val="0"/>
          <w:strike w:val="0"/>
          <w:highlight w:val="cyan"/>
          <w:u w:val="single"/>
        </w:rPr>
        <w:t>consumers will have zero access to that technology</w:t>
      </w:r>
      <w:r>
        <w:rPr>
          <w:b/>
          <w:i w:val="0"/>
          <w:smallCaps w:val="0"/>
          <w:strike w:val="0"/>
          <w:u w:val="single"/>
        </w:rPr>
        <w:t xml:space="preserve"> if the industry doesn’t bring it to market. </w:t>
      </w:r>
      <w:r>
        <w:rPr>
          <w:b/>
          <w:i w:val="0"/>
          <w:smallCaps w:val="0"/>
          <w:strike w:val="0"/>
          <w:highlight w:val="cyan"/>
          <w:u w:val="single"/>
        </w:rPr>
        <w:t>The price of no technology on the market is infinite, and there is no amount of money you can give to buy a product that doesn’t exist.</w:t>
      </w:r>
    </w:p>
    <w:p>
      <w:pPr>
        <w:spacing w:after="60"/>
      </w:pPr>
      <w:r>
        <w:rPr>
          <w:b w:val="0"/>
          <w:i w:val="0"/>
          <w:smallCaps w:val="0"/>
          <w:strike w:val="0"/>
          <w:u w:val="none"/>
        </w:rPr>
        <w:t xml:space="preserve">The answer to any pricing issues is more free market, not less free market in the United States, from the beginning of time. What has made this country great from an economic perspective? Competition and the free markets. And anytime we get stuck, the answer for America is more free enterprise from an economics perspective. </w:t>
      </w:r>
      <w:r>
        <w:rPr>
          <w:b w:val="0"/>
          <w:i w:val="0"/>
          <w:smallCaps w:val="0"/>
          <w:strike w:val="0"/>
          <w:u w:val="none"/>
        </w:rPr>
        <w:t>So</w:t>
      </w:r>
      <w:r>
        <w:rPr>
          <w:b w:val="0"/>
          <w:i w:val="0"/>
          <w:smallCaps w:val="0"/>
          <w:strike w:val="0"/>
          <w:u w:val="none"/>
        </w:rPr>
        <w:t xml:space="preserve"> if we want to reduce pricing, we need to increase competition in the free market, not have the government step in, seize technology, nationalize industries and therefore reduce competition. In the long run that will reduce the amount of product on the market and </w:t>
      </w:r>
      <w:r>
        <w:rPr>
          <w:b w:val="0"/>
          <w:i w:val="0"/>
          <w:smallCaps w:val="0"/>
          <w:strike w:val="0"/>
          <w:u w:val="none"/>
        </w:rPr>
        <w:t>actually make</w:t>
      </w:r>
      <w:r>
        <w:rPr>
          <w:b w:val="0"/>
          <w:i w:val="0"/>
          <w:smallCaps w:val="0"/>
          <w:strike w:val="0"/>
          <w:u w:val="none"/>
        </w:rPr>
        <w:t xml:space="preserve"> it more expensive.</w:t>
      </w:r>
    </w:p>
    <w:p>
      <w:pPr>
        <w:spacing w:after="60"/>
      </w:pPr>
      <w:r>
        <w:rPr>
          <w:b w:val="0"/>
          <w:i w:val="0"/>
          <w:smallCaps w:val="0"/>
          <w:strike w:val="0"/>
          <w:u w:val="none"/>
        </w:rPr>
        <w:t>Should the federal government step out of drug research outright to avoid the conflict of interest?</w:t>
      </w:r>
    </w:p>
    <w:p>
      <w:pPr>
        <w:spacing w:after="60"/>
      </w:pPr>
      <w:r>
        <w:rPr>
          <w:b w:val="0"/>
          <w:i w:val="0"/>
          <w:smallCaps w:val="0"/>
          <w:strike w:val="0"/>
          <w:u w:val="none"/>
        </w:rPr>
        <w:t xml:space="preserve">That is a potential answer. And </w:t>
      </w:r>
      <w:r>
        <w:rPr>
          <w:b/>
          <w:i w:val="0"/>
          <w:smallCaps w:val="0"/>
          <w:strike w:val="0"/>
          <w:highlight w:val="cyan"/>
          <w:u w:val="single"/>
        </w:rPr>
        <w:t>if the president’s march-in proposal goes through</w:t>
      </w:r>
      <w:r>
        <w:rPr>
          <w:b/>
          <w:i w:val="0"/>
          <w:smallCaps w:val="0"/>
          <w:strike w:val="0"/>
          <w:u w:val="single"/>
        </w:rPr>
        <w:t xml:space="preserve">, many </w:t>
      </w:r>
      <w:r>
        <w:rPr>
          <w:b/>
          <w:i w:val="0"/>
          <w:smallCaps w:val="0"/>
          <w:strike w:val="0"/>
          <w:highlight w:val="cyan"/>
          <w:u w:val="single"/>
        </w:rPr>
        <w:t>research institutions</w:t>
      </w:r>
      <w:r>
        <w:rPr>
          <w:b/>
          <w:i w:val="0"/>
          <w:smallCaps w:val="0"/>
          <w:strike w:val="0"/>
          <w:u w:val="single"/>
        </w:rPr>
        <w:t xml:space="preserve"> will vote with their feet, and they will </w:t>
      </w:r>
      <w:r>
        <w:rPr>
          <w:b/>
          <w:i w:val="0"/>
          <w:smallCaps w:val="0"/>
          <w:strike w:val="0"/>
          <w:highlight w:val="cyan"/>
          <w:u w:val="single"/>
        </w:rPr>
        <w:t>shy away from taking federal funds</w:t>
      </w:r>
      <w:r>
        <w:rPr>
          <w:b/>
          <w:i w:val="0"/>
          <w:smallCaps w:val="0"/>
          <w:strike w:val="0"/>
          <w:u w:val="single"/>
        </w:rPr>
        <w:t xml:space="preserve"> if they don’t absolutely need them. </w:t>
      </w:r>
      <w:r>
        <w:rPr>
          <w:b/>
          <w:i w:val="0"/>
          <w:smallCaps w:val="0"/>
          <w:strike w:val="0"/>
          <w:highlight w:val="cyan"/>
          <w:u w:val="single"/>
        </w:rPr>
        <w:t>But that would be devastating</w:t>
      </w:r>
      <w:r>
        <w:rPr>
          <w:b/>
          <w:i w:val="0"/>
          <w:smallCaps w:val="0"/>
          <w:strike w:val="0"/>
          <w:u w:val="single"/>
        </w:rPr>
        <w:t xml:space="preserve"> to the United States — </w:t>
      </w:r>
      <w:r>
        <w:rPr>
          <w:b/>
          <w:i w:val="0"/>
          <w:smallCaps w:val="0"/>
          <w:strike w:val="0"/>
          <w:highlight w:val="cyan"/>
          <w:u w:val="single"/>
        </w:rPr>
        <w:t>the U.S. needs to increase its dedication of public funds to R&amp;D to maintain our technological lead.</w:t>
      </w:r>
    </w:p>
    <w:p>
      <w:pPr>
        <w:spacing w:after="60"/>
      </w:pPr>
      <w:r>
        <w:rPr>
          <w:b w:val="0"/>
          <w:i w:val="0"/>
          <w:smallCaps w:val="0"/>
          <w:strike w:val="0"/>
          <w:u w:val="none"/>
        </w:rPr>
        <w:t xml:space="preserve">The R&amp;D budget for the federal government as a percentage of GDP has stayed relatively constant for the last 50 years, whereas </w:t>
      </w:r>
      <w:r>
        <w:rPr>
          <w:b/>
          <w:i w:val="0"/>
          <w:smallCaps w:val="0"/>
          <w:strike w:val="0"/>
          <w:highlight w:val="cyan"/>
          <w:u w:val="single"/>
        </w:rPr>
        <w:t xml:space="preserve">our competitors have dramatically increased their R&amp;D budgets. </w:t>
      </w:r>
      <w:r>
        <w:rPr>
          <w:b/>
          <w:i w:val="0"/>
          <w:smallCaps w:val="0"/>
          <w:strike w:val="0"/>
          <w:highlight w:val="cyan"/>
          <w:u w:val="single"/>
        </w:rPr>
        <w:t>Take a look</w:t>
      </w:r>
      <w:r>
        <w:rPr>
          <w:b/>
          <w:i w:val="0"/>
          <w:smallCaps w:val="0"/>
          <w:strike w:val="0"/>
          <w:highlight w:val="cyan"/>
          <w:u w:val="single"/>
        </w:rPr>
        <w:t xml:space="preserve"> at China, </w:t>
      </w:r>
      <w:r>
        <w:rPr>
          <w:b/>
          <w:i w:val="0"/>
          <w:smallCaps w:val="0"/>
          <w:strike w:val="0"/>
          <w:u w:val="single"/>
        </w:rPr>
        <w:t>for example</w:t>
      </w:r>
      <w:r>
        <w:rPr>
          <w:b w:val="0"/>
          <w:i w:val="0"/>
          <w:smallCaps w:val="0"/>
          <w:strike w:val="0"/>
          <w:u w:val="none"/>
        </w:rPr>
        <w:t>.</w:t>
      </w:r>
      <w:r>
        <w:rPr>
          <w:b w:val="0"/>
          <w:i w:val="0"/>
          <w:smallCaps w:val="0"/>
          <w:strike w:val="0"/>
          <w:u w:val="none"/>
        </w:rPr>
        <w:t xml:space="preserve"> The answer to this is not less public funding — the answer is more public funding to encourage private competition. </w:t>
      </w:r>
      <w:r>
        <w:rPr>
          <w:b w:val="0"/>
          <w:i w:val="0"/>
          <w:smallCaps w:val="0"/>
          <w:strike w:val="0"/>
          <w:u w:val="none"/>
        </w:rPr>
        <w:t>Both of these</w:t>
      </w:r>
      <w:r>
        <w:rPr>
          <w:b w:val="0"/>
          <w:i w:val="0"/>
          <w:smallCaps w:val="0"/>
          <w:strike w:val="0"/>
          <w:u w:val="none"/>
        </w:rPr>
        <w:t xml:space="preserve"> things can and should happen at the same time.</w:t>
      </w:r>
    </w:p>
    <w:p>
      <w:pPr>
        <w:pStyle w:val="Caption"/>
      </w:pPr>
      <w:r>
        <w:t>Source: Pharma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