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But,</w:t>
      </w:r>
      <w:r>
        <w:rPr>
          <w:b/>
          <w:i w:val="0"/>
          <w:smallCaps w:val="0"/>
          <w:strike w:val="0"/>
          <w:sz w:val="26"/>
          <w:u w:val="none"/>
        </w:rPr>
        <w:t xml:space="preserve"> the affirmative solves—US technical leadership is key to prevent conflict escalation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Kroenig</w:t>
      </w:r>
      <w:r>
        <w:rPr>
          <w:b/>
          <w:i w:val="0"/>
          <w:smallCaps w:val="0"/>
          <w:strike w:val="0"/>
          <w:sz w:val="26"/>
          <w:u w:val="none"/>
        </w:rPr>
        <w:t xml:space="preserve"> and Gopalaswamy 18</w:t>
      </w:r>
      <w:r>
        <w:rPr>
          <w:b w:val="0"/>
          <w:i w:val="0"/>
          <w:smallCaps w:val="0"/>
          <w:strike w:val="0"/>
          <w:u w:val="none"/>
        </w:rPr>
        <w:t xml:space="preserve"> – Associate Professor of Government and Foreign Service at Georgetown University and Deputy Director for Strategy in the Scowcroft Center for Strategy and Security at the Atlantic Council; Director of the South Asia Center at the Atlantic Council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Matthew </w:t>
      </w:r>
      <w:r>
        <w:rPr>
          <w:b w:val="0"/>
          <w:i w:val="0"/>
          <w:smallCaps w:val="0"/>
          <w:strike w:val="0"/>
          <w:u w:val="none"/>
        </w:rPr>
        <w:t>Kroenig</w:t>
      </w:r>
      <w:r>
        <w:rPr>
          <w:b w:val="0"/>
          <w:i w:val="0"/>
          <w:smallCaps w:val="0"/>
          <w:strike w:val="0"/>
          <w:u w:val="none"/>
        </w:rPr>
        <w:t xml:space="preserve"> and Bharath Gopalaswamy, "Will disruptive technology cause nuclear war?," Bulletin of the Atomic Scientists, 11-12-2018, 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Rather, </w:t>
      </w:r>
      <w:r>
        <w:rPr>
          <w:b w:val="0"/>
          <w:i w:val="0"/>
          <w:smallCaps w:val="0"/>
          <w:strike w:val="0"/>
          <w:u w:val="single"/>
        </w:rPr>
        <w:t xml:space="preserve">we should think </w:t>
      </w:r>
      <w:r>
        <w:rPr>
          <w:b/>
          <w:i w:val="0"/>
          <w:smallCaps w:val="0"/>
          <w:strike w:val="0"/>
          <w:u w:val="single"/>
        </w:rPr>
        <w:t>more broadly</w:t>
      </w:r>
      <w:r>
        <w:rPr>
          <w:b w:val="0"/>
          <w:i w:val="0"/>
          <w:smallCaps w:val="0"/>
          <w:strike w:val="0"/>
          <w:u w:val="single"/>
        </w:rPr>
        <w:t xml:space="preserve"> about how </w:t>
      </w:r>
      <w:r>
        <w:rPr>
          <w:b/>
          <w:i w:val="0"/>
          <w:smallCaps w:val="0"/>
          <w:strike w:val="0"/>
          <w:sz w:val="22"/>
          <w:u w:val="single"/>
        </w:rPr>
        <w:t>new technology</w:t>
      </w:r>
      <w:r>
        <w:rPr>
          <w:b w:val="0"/>
          <w:i w:val="0"/>
          <w:smallCaps w:val="0"/>
          <w:strike w:val="0"/>
          <w:u w:val="single"/>
        </w:rPr>
        <w:t xml:space="preserve"> might affect global politics</w:t>
      </w:r>
      <w:r>
        <w:rPr>
          <w:b w:val="0"/>
          <w:i w:val="0"/>
          <w:smallCaps w:val="0"/>
          <w:strike w:val="0"/>
          <w:u w:val="none"/>
        </w:rPr>
        <w:t xml:space="preserve">, and, for this, </w:t>
      </w:r>
      <w:r>
        <w:rPr>
          <w:b w:val="0"/>
          <w:i w:val="0"/>
          <w:smallCaps w:val="0"/>
          <w:strike w:val="0"/>
          <w:u w:val="single"/>
        </w:rPr>
        <w:t>it is helpful to turn to</w:t>
      </w:r>
      <w:r>
        <w:rPr>
          <w:b w:val="0"/>
          <w:i w:val="0"/>
          <w:smallCaps w:val="0"/>
          <w:strike w:val="0"/>
          <w:u w:val="none"/>
        </w:rPr>
        <w:t xml:space="preserve"> scholarly international relations theory. The dominant theory of the causes of war in the academy is </w:t>
      </w:r>
      <w:r>
        <w:rPr>
          <w:b w:val="0"/>
          <w:i w:val="0"/>
          <w:smallCaps w:val="0"/>
          <w:strike w:val="0"/>
          <w:u w:val="single"/>
        </w:rPr>
        <w:t xml:space="preserve">the “bargaining model of war.” This theory identifies </w:t>
      </w:r>
      <w:r>
        <w:rPr>
          <w:b/>
          <w:i w:val="0"/>
          <w:smallCaps w:val="0"/>
          <w:strike w:val="0"/>
          <w:sz w:val="22"/>
          <w:u w:val="single"/>
        </w:rPr>
        <w:t>rapid shifts</w:t>
      </w:r>
      <w:r>
        <w:rPr>
          <w:b w:val="0"/>
          <w:i w:val="0"/>
          <w:smallCaps w:val="0"/>
          <w:strike w:val="0"/>
          <w:u w:val="single"/>
        </w:rPr>
        <w:t xml:space="preserve"> in the balance of power as a </w:t>
      </w:r>
      <w:r>
        <w:rPr>
          <w:b/>
          <w:i w:val="0"/>
          <w:smallCaps w:val="0"/>
          <w:strike w:val="0"/>
          <w:sz w:val="22"/>
          <w:u w:val="single"/>
        </w:rPr>
        <w:t>primary cause of conflict</w:t>
      </w:r>
      <w:r>
        <w:rPr>
          <w:b w:val="0"/>
          <w:i w:val="0"/>
          <w:smallCaps w:val="0"/>
          <w:strike w:val="0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International politics often presents states with conflicts that they can settle through </w:t>
      </w:r>
      <w:r>
        <w:rPr>
          <w:b/>
          <w:i w:val="0"/>
          <w:smallCaps w:val="0"/>
          <w:strike w:val="0"/>
          <w:sz w:val="22"/>
          <w:u w:val="single"/>
        </w:rPr>
        <w:t>peaceful bargaining</w:t>
      </w:r>
      <w:r>
        <w:rPr>
          <w:b w:val="0"/>
          <w:i w:val="0"/>
          <w:smallCaps w:val="0"/>
          <w:strike w:val="0"/>
          <w:u w:val="single"/>
        </w:rPr>
        <w:t xml:space="preserve">, but when bargaining </w:t>
      </w:r>
      <w:r>
        <w:rPr>
          <w:b/>
          <w:i w:val="0"/>
          <w:smallCaps w:val="0"/>
          <w:strike w:val="0"/>
          <w:sz w:val="22"/>
          <w:u w:val="single"/>
        </w:rPr>
        <w:t>breaks down, war results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Shifts</w:t>
      </w:r>
      <w:r>
        <w:rPr>
          <w:b w:val="0"/>
          <w:i w:val="0"/>
          <w:smallCaps w:val="0"/>
          <w:strike w:val="0"/>
          <w:u w:val="single"/>
        </w:rPr>
        <w:t xml:space="preserve"> in the balance of power are </w:t>
      </w:r>
      <w:r>
        <w:rPr>
          <w:b/>
          <w:i w:val="0"/>
          <w:smallCaps w:val="0"/>
          <w:strike w:val="0"/>
          <w:sz w:val="22"/>
          <w:u w:val="single"/>
        </w:rPr>
        <w:t>problematic</w:t>
      </w:r>
      <w:r>
        <w:rPr>
          <w:b w:val="0"/>
          <w:i w:val="0"/>
          <w:smallCaps w:val="0"/>
          <w:strike w:val="0"/>
          <w:u w:val="single"/>
        </w:rPr>
        <w:t xml:space="preserve"> because they </w:t>
      </w:r>
      <w:r>
        <w:rPr>
          <w:b/>
          <w:i w:val="0"/>
          <w:smallCaps w:val="0"/>
          <w:strike w:val="0"/>
          <w:sz w:val="22"/>
          <w:u w:val="single"/>
        </w:rPr>
        <w:t>undermine effective bargaining</w:t>
      </w:r>
      <w:r>
        <w:rPr>
          <w:b w:val="0"/>
          <w:i w:val="0"/>
          <w:smallCaps w:val="0"/>
          <w:strike w:val="0"/>
          <w:u w:val="none"/>
        </w:rPr>
        <w:t xml:space="preserve">. After all, why agree to a deal today if your bargaining position will be stronger tomorrow? </w:t>
      </w:r>
      <w:r>
        <w:rPr>
          <w:b w:val="0"/>
          <w:i w:val="0"/>
          <w:smallCaps w:val="0"/>
          <w:strike w:val="0"/>
          <w:u w:val="none"/>
        </w:rPr>
        <w:t>And,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a clear understanding of the </w:t>
      </w:r>
      <w:r>
        <w:rPr>
          <w:b/>
          <w:i w:val="0"/>
          <w:smallCaps w:val="0"/>
          <w:strike w:val="0"/>
          <w:sz w:val="22"/>
          <w:u w:val="single"/>
        </w:rPr>
        <w:t>military balance of power</w:t>
      </w:r>
      <w:r>
        <w:rPr>
          <w:b w:val="0"/>
          <w:i w:val="0"/>
          <w:smallCaps w:val="0"/>
          <w:strike w:val="0"/>
          <w:u w:val="single"/>
        </w:rPr>
        <w:t xml:space="preserve"> can contribute to </w:t>
      </w:r>
      <w:r>
        <w:rPr>
          <w:b/>
          <w:i w:val="0"/>
          <w:smallCaps w:val="0"/>
          <w:strike w:val="0"/>
          <w:sz w:val="22"/>
          <w:u w:val="single"/>
        </w:rPr>
        <w:t>peace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(Why start a war you are likely to lose?) </w:t>
      </w:r>
      <w:r>
        <w:rPr>
          <w:b w:val="0"/>
          <w:i w:val="0"/>
          <w:smallCaps w:val="0"/>
          <w:strike w:val="0"/>
          <w:u w:val="single"/>
        </w:rPr>
        <w:t xml:space="preserve">But shifts in the balance of power </w:t>
      </w:r>
      <w:r>
        <w:rPr>
          <w:b/>
          <w:i w:val="0"/>
          <w:smallCaps w:val="0"/>
          <w:strike w:val="0"/>
          <w:sz w:val="22"/>
          <w:u w:val="single"/>
        </w:rPr>
        <w:t>muddy understandings</w:t>
      </w:r>
      <w:r>
        <w:rPr>
          <w:b w:val="0"/>
          <w:i w:val="0"/>
          <w:smallCaps w:val="0"/>
          <w:strike w:val="0"/>
          <w:u w:val="single"/>
        </w:rPr>
        <w:t xml:space="preserve"> of which states have the advantage.</w:t>
      </w:r>
      <w:r>
        <w:rPr>
          <w:b w:val="0"/>
          <w:i w:val="0"/>
          <w:smallCaps w:val="0"/>
          <w:strike w:val="0"/>
          <w:u w:val="singl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You may see where this is going. </w:t>
      </w:r>
      <w:r>
        <w:rPr>
          <w:b w:val="0"/>
          <w:i w:val="0"/>
          <w:smallCaps w:val="0"/>
          <w:strike w:val="0"/>
          <w:u w:val="single"/>
        </w:rPr>
        <w:t xml:space="preserve">New </w:t>
      </w:r>
      <w:r>
        <w:rPr>
          <w:b w:val="0"/>
          <w:i w:val="0"/>
          <w:smallCaps w:val="0"/>
          <w:strike w:val="0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u w:val="single"/>
        </w:rPr>
        <w:t xml:space="preserve">nologies threaten to </w:t>
      </w:r>
      <w:r>
        <w:rPr>
          <w:b w:val="0"/>
          <w:i w:val="0"/>
          <w:smallCaps w:val="0"/>
          <w:strike w:val="0"/>
          <w:highlight w:val="cyan"/>
          <w:u w:val="single"/>
        </w:rPr>
        <w:t>create</w:t>
      </w:r>
      <w:r>
        <w:rPr>
          <w:b w:val="0"/>
          <w:i w:val="0"/>
          <w:smallCaps w:val="0"/>
          <w:strike w:val="0"/>
          <w:u w:val="single"/>
        </w:rPr>
        <w:t xml:space="preserve"> potentially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destabilizing shifts</w:t>
      </w:r>
      <w:r>
        <w:rPr>
          <w:b w:val="0"/>
          <w:i w:val="0"/>
          <w:smallCaps w:val="0"/>
          <w:strike w:val="0"/>
          <w:u w:val="single"/>
        </w:rPr>
        <w:t xml:space="preserve"> in the balance of power.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For decades, </w:t>
      </w:r>
      <w:r>
        <w:rPr>
          <w:b w:val="0"/>
          <w:i w:val="0"/>
          <w:smallCaps w:val="0"/>
          <w:strike w:val="0"/>
          <w:u w:val="single"/>
        </w:rPr>
        <w:t>stability in Europe and Asia has been supported by US military power. In recent years</w:t>
      </w:r>
      <w:r>
        <w:rPr>
          <w:b w:val="0"/>
          <w:i w:val="0"/>
          <w:smallCaps w:val="0"/>
          <w:strike w:val="0"/>
          <w:u w:val="none"/>
        </w:rPr>
        <w:t xml:space="preserve">, however, </w:t>
      </w:r>
      <w:r>
        <w:rPr>
          <w:b w:val="0"/>
          <w:i w:val="0"/>
          <w:smallCaps w:val="0"/>
          <w:strike w:val="0"/>
          <w:u w:val="single"/>
        </w:rPr>
        <w:t xml:space="preserve">the balance of power in Asia has begun to shift, as China has increased its military capabilities. </w:t>
      </w:r>
      <w:r>
        <w:rPr>
          <w:b w:val="0"/>
          <w:i w:val="0"/>
          <w:smallCaps w:val="0"/>
          <w:strike w:val="0"/>
          <w:u w:val="none"/>
        </w:rPr>
        <w:t xml:space="preserve">Already, </w:t>
      </w:r>
      <w:r>
        <w:rPr>
          <w:b w:val="0"/>
          <w:i w:val="0"/>
          <w:smallCaps w:val="0"/>
          <w:strike w:val="0"/>
          <w:u w:val="single"/>
        </w:rPr>
        <w:t xml:space="preserve">Beijing has become </w:t>
      </w:r>
      <w:r>
        <w:rPr>
          <w:b/>
          <w:i w:val="0"/>
          <w:smallCaps w:val="0"/>
          <w:strike w:val="0"/>
          <w:sz w:val="22"/>
          <w:u w:val="single"/>
        </w:rPr>
        <w:t>more assertive</w:t>
      </w:r>
      <w:r>
        <w:rPr>
          <w:b w:val="0"/>
          <w:i w:val="0"/>
          <w:smallCaps w:val="0"/>
          <w:strike w:val="0"/>
          <w:u w:val="single"/>
        </w:rPr>
        <w:t xml:space="preserve"> in the region</w:t>
      </w:r>
      <w:r>
        <w:rPr>
          <w:b w:val="0"/>
          <w:i w:val="0"/>
          <w:smallCaps w:val="0"/>
          <w:strike w:val="0"/>
          <w:u w:val="none"/>
        </w:rPr>
        <w:t xml:space="preserve">, claiming contested territory in the South China Sea. </w:t>
      </w:r>
      <w:r>
        <w:rPr>
          <w:b w:val="0"/>
          <w:i w:val="0"/>
          <w:smallCaps w:val="0"/>
          <w:strike w:val="0"/>
          <w:u w:val="single"/>
        </w:rPr>
        <w:t xml:space="preserve">And the results of Russia’s </w:t>
      </w:r>
      <w:r>
        <w:rPr>
          <w:b/>
          <w:i w:val="0"/>
          <w:smallCaps w:val="0"/>
          <w:strike w:val="0"/>
          <w:sz w:val="22"/>
          <w:u w:val="single"/>
        </w:rPr>
        <w:t>military modernization</w:t>
      </w:r>
      <w:r>
        <w:rPr>
          <w:b w:val="0"/>
          <w:i w:val="0"/>
          <w:smallCaps w:val="0"/>
          <w:strike w:val="0"/>
          <w:u w:val="single"/>
        </w:rPr>
        <w:t xml:space="preserve"> have been on </w:t>
      </w:r>
      <w:r>
        <w:rPr>
          <w:b/>
          <w:i w:val="0"/>
          <w:smallCaps w:val="0"/>
          <w:strike w:val="0"/>
          <w:sz w:val="22"/>
          <w:u w:val="single"/>
        </w:rPr>
        <w:t>full display</w:t>
      </w:r>
      <w:r>
        <w:rPr>
          <w:b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in its ongoing intervention in Ukraine.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Moreover,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China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may have the lead</w:t>
      </w:r>
      <w:r>
        <w:rPr>
          <w:b w:val="0"/>
          <w:i w:val="0"/>
          <w:smallCaps w:val="0"/>
          <w:strike w:val="0"/>
          <w:u w:val="single"/>
        </w:rPr>
        <w:t xml:space="preserve"> over the United States </w:t>
      </w:r>
      <w:r>
        <w:rPr>
          <w:b w:val="0"/>
          <w:i w:val="0"/>
          <w:smallCaps w:val="0"/>
          <w:strike w:val="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emerging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/>
          <w:i w:val="0"/>
          <w:smallCaps w:val="0"/>
          <w:strike w:val="0"/>
          <w:sz w:val="22"/>
          <w:u w:val="single"/>
        </w:rPr>
        <w:t>nologies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could be decisive</w:t>
      </w:r>
      <w:r>
        <w:rPr>
          <w:b w:val="0"/>
          <w:i w:val="0"/>
          <w:smallCaps w:val="0"/>
          <w:strike w:val="0"/>
          <w:u w:val="single"/>
        </w:rPr>
        <w:t xml:space="preserve"> for the future of military acquisitions and warfare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including</w:t>
      </w:r>
      <w:r>
        <w:rPr>
          <w:b w:val="0"/>
          <w:i w:val="0"/>
          <w:smallCaps w:val="0"/>
          <w:strike w:val="0"/>
          <w:u w:val="none"/>
        </w:rPr>
        <w:t xml:space="preserve"> 3D </w:t>
      </w:r>
      <w:r>
        <w:rPr>
          <w:b/>
          <w:i w:val="0"/>
          <w:smallCaps w:val="0"/>
          <w:strike w:val="0"/>
          <w:sz w:val="22"/>
          <w:u w:val="single"/>
        </w:rPr>
        <w:t>printing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hypersonic</w:t>
      </w:r>
      <w:r>
        <w:rPr>
          <w:b w:val="0"/>
          <w:i w:val="0"/>
          <w:smallCaps w:val="0"/>
          <w:strike w:val="0"/>
          <w:u w:val="none"/>
        </w:rPr>
        <w:t xml:space="preserve"> missiles, </w:t>
      </w:r>
      <w:r>
        <w:rPr>
          <w:b/>
          <w:i w:val="0"/>
          <w:smallCaps w:val="0"/>
          <w:strike w:val="0"/>
          <w:sz w:val="22"/>
          <w:u w:val="single"/>
        </w:rPr>
        <w:t>quantum</w:t>
      </w:r>
      <w:r>
        <w:rPr>
          <w:b w:val="0"/>
          <w:i w:val="0"/>
          <w:smallCaps w:val="0"/>
          <w:strike w:val="0"/>
          <w:u w:val="none"/>
        </w:rPr>
        <w:t xml:space="preserve"> computing, </w:t>
      </w:r>
      <w:r>
        <w:rPr>
          <w:b/>
          <w:i w:val="0"/>
          <w:smallCaps w:val="0"/>
          <w:strike w:val="0"/>
          <w:sz w:val="22"/>
          <w:u w:val="single"/>
        </w:rPr>
        <w:t>5G</w:t>
      </w:r>
      <w:r>
        <w:rPr>
          <w:b w:val="0"/>
          <w:i w:val="0"/>
          <w:smallCaps w:val="0"/>
          <w:strike w:val="0"/>
          <w:u w:val="none"/>
        </w:rPr>
        <w:t xml:space="preserve"> wireless connectivity, </w:t>
      </w:r>
      <w:r>
        <w:rPr>
          <w:b w:val="0"/>
          <w:i w:val="0"/>
          <w:smallCaps w:val="0"/>
          <w:strike w:val="0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rtificial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u w:val="none"/>
        </w:rPr>
        <w:t xml:space="preserve">ntelligence (AI). And Russian President Vladimir Putin is building new unmanned vehicles while ominously declaring, “Whoever leads in AI will rule the world.” 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If China</w:t>
      </w:r>
      <w:r>
        <w:rPr>
          <w:b w:val="0"/>
          <w:i w:val="0"/>
          <w:smallCaps w:val="0"/>
          <w:strike w:val="0"/>
          <w:u w:val="single"/>
        </w:rPr>
        <w:t xml:space="preserve"> or Russia </w:t>
      </w:r>
      <w:r>
        <w:rPr>
          <w:b w:val="0"/>
          <w:i w:val="0"/>
          <w:smallCaps w:val="0"/>
          <w:strike w:val="0"/>
          <w:u w:val="single"/>
        </w:rPr>
        <w:t>are able to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incorporate new tech</w:t>
      </w:r>
      <w:r>
        <w:rPr>
          <w:b/>
          <w:i w:val="0"/>
          <w:smallCaps w:val="0"/>
          <w:strike w:val="0"/>
          <w:sz w:val="22"/>
          <w:u w:val="single"/>
        </w:rPr>
        <w:t>nologies</w:t>
      </w:r>
      <w:r>
        <w:rPr>
          <w:b w:val="0"/>
          <w:i w:val="0"/>
          <w:smallCaps w:val="0"/>
          <w:strike w:val="0"/>
          <w:u w:val="single"/>
        </w:rPr>
        <w:t xml:space="preserve"> into their militaries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before the U</w:t>
      </w:r>
      <w:r>
        <w:rPr>
          <w:b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/>
          <w:i w:val="0"/>
          <w:smallCaps w:val="0"/>
          <w:strike w:val="0"/>
          <w:sz w:val="22"/>
          <w:u w:val="single"/>
        </w:rPr>
        <w:t>tates</w:t>
      </w:r>
      <w:r>
        <w:rPr>
          <w:b w:val="0"/>
          <w:i w:val="0"/>
          <w:smallCaps w:val="0"/>
          <w:strike w:val="0"/>
          <w:u w:val="single"/>
        </w:rPr>
        <w:t xml:space="preserve">, then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this could </w:t>
      </w:r>
      <w:r>
        <w:rPr>
          <w:b w:val="0"/>
          <w:i w:val="0"/>
          <w:smallCaps w:val="0"/>
          <w:strike w:val="0"/>
          <w:u w:val="single"/>
        </w:rPr>
        <w:t>lead to</w:t>
      </w:r>
      <w:r>
        <w:rPr>
          <w:b w:val="0"/>
          <w:i w:val="0"/>
          <w:smallCaps w:val="0"/>
          <w:strike w:val="0"/>
          <w:u w:val="single"/>
        </w:rPr>
        <w:t xml:space="preserve"> the kind of </w:t>
      </w:r>
      <w:r>
        <w:rPr>
          <w:b/>
          <w:i w:val="0"/>
          <w:smallCaps w:val="0"/>
          <w:strike w:val="0"/>
          <w:sz w:val="22"/>
          <w:u w:val="single"/>
        </w:rPr>
        <w:t>rapid shift</w:t>
      </w:r>
      <w:r>
        <w:rPr>
          <w:b w:val="0"/>
          <w:i w:val="0"/>
          <w:smallCaps w:val="0"/>
          <w:strike w:val="0"/>
          <w:u w:val="single"/>
        </w:rPr>
        <w:t xml:space="preserve"> in the balance of power </w:t>
      </w:r>
      <w:r>
        <w:rPr>
          <w:b w:val="0"/>
          <w:i w:val="0"/>
          <w:smallCaps w:val="0"/>
          <w:strike w:val="0"/>
          <w:u w:val="single"/>
        </w:rPr>
        <w:t>that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often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cause</w:t>
      </w:r>
      <w:r>
        <w:rPr>
          <w:b/>
          <w:i w:val="0"/>
          <w:smallCaps w:val="0"/>
          <w:strike w:val="0"/>
          <w:sz w:val="22"/>
          <w:u w:val="single"/>
        </w:rPr>
        <w:t xml:space="preserve">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war.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If Beijing believes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emerging tech</w:t>
      </w:r>
      <w:r>
        <w:rPr>
          <w:b w:val="0"/>
          <w:i w:val="0"/>
          <w:smallCaps w:val="0"/>
          <w:strike w:val="0"/>
          <w:u w:val="single"/>
        </w:rPr>
        <w:t xml:space="preserve">nologies </w:t>
      </w:r>
      <w:r>
        <w:rPr>
          <w:b w:val="0"/>
          <w:i w:val="0"/>
          <w:smallCaps w:val="0"/>
          <w:strike w:val="0"/>
          <w:highlight w:val="cyan"/>
          <w:u w:val="single"/>
        </w:rPr>
        <w:t>provide</w:t>
      </w:r>
      <w:r>
        <w:rPr>
          <w:b w:val="0"/>
          <w:i w:val="0"/>
          <w:smallCaps w:val="0"/>
          <w:strike w:val="0"/>
          <w:u w:val="single"/>
        </w:rPr>
        <w:t xml:space="preserve"> it with a </w:t>
      </w:r>
      <w:r>
        <w:rPr>
          <w:b/>
          <w:i w:val="0"/>
          <w:smallCaps w:val="0"/>
          <w:strike w:val="0"/>
          <w:sz w:val="22"/>
          <w:u w:val="single"/>
        </w:rPr>
        <w:t xml:space="preserve">newfound, local military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advantage</w:t>
      </w:r>
      <w:r>
        <w:rPr>
          <w:b w:val="0"/>
          <w:i w:val="0"/>
          <w:smallCaps w:val="0"/>
          <w:strike w:val="0"/>
          <w:u w:val="single"/>
        </w:rPr>
        <w:t xml:space="preserve"> over the United States</w:t>
      </w:r>
      <w:r>
        <w:rPr>
          <w:b w:val="0"/>
          <w:i w:val="0"/>
          <w:smallCaps w:val="0"/>
          <w:strike w:val="0"/>
          <w:u w:val="none"/>
        </w:rPr>
        <w:t xml:space="preserve">, for example,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it may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willing</w:t>
      </w:r>
      <w:r>
        <w:rPr>
          <w:b w:val="0"/>
          <w:i w:val="0"/>
          <w:smallCaps w:val="0"/>
          <w:strike w:val="0"/>
          <w:u w:val="none"/>
        </w:rPr>
        <w:t xml:space="preserve"> than previously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initiate conflict</w:t>
      </w:r>
      <w:r>
        <w:rPr>
          <w:b/>
          <w:i w:val="0"/>
          <w:smallCaps w:val="0"/>
          <w:strike w:val="0"/>
          <w:sz w:val="22"/>
          <w:u w:val="single"/>
        </w:rPr>
        <w:t xml:space="preserve"> over Taiwan</w:t>
      </w:r>
      <w:r>
        <w:rPr>
          <w:b w:val="0"/>
          <w:i w:val="0"/>
          <w:smallCaps w:val="0"/>
          <w:strike w:val="0"/>
          <w:u w:val="single"/>
        </w:rPr>
        <w:t xml:space="preserve">. And if Putin thinks new tech has </w:t>
      </w:r>
      <w:r>
        <w:rPr>
          <w:b/>
          <w:i w:val="0"/>
          <w:smallCaps w:val="0"/>
          <w:strike w:val="0"/>
          <w:sz w:val="22"/>
          <w:u w:val="single"/>
        </w:rPr>
        <w:t>strengthened his hand</w:t>
      </w:r>
      <w:r>
        <w:rPr>
          <w:b w:val="0"/>
          <w:i w:val="0"/>
          <w:smallCaps w:val="0"/>
          <w:strike w:val="0"/>
          <w:u w:val="single"/>
        </w:rPr>
        <w:t>, he may</w:t>
      </w:r>
      <w:r>
        <w:rPr>
          <w:b w:val="0"/>
          <w:i w:val="0"/>
          <w:smallCaps w:val="0"/>
          <w:strike w:val="0"/>
          <w:u w:val="none"/>
        </w:rPr>
        <w:t xml:space="preserve"> be more tempted to </w:t>
      </w:r>
      <w:r>
        <w:rPr>
          <w:b w:val="0"/>
          <w:i w:val="0"/>
          <w:smallCaps w:val="0"/>
          <w:strike w:val="0"/>
          <w:u w:val="single"/>
        </w:rPr>
        <w:t xml:space="preserve">launch a Ukraine-style </w:t>
      </w:r>
      <w:r>
        <w:rPr>
          <w:b/>
          <w:i w:val="0"/>
          <w:smallCaps w:val="0"/>
          <w:strike w:val="0"/>
          <w:sz w:val="22"/>
          <w:u w:val="single"/>
        </w:rPr>
        <w:t>invasion of a NATO member</w:t>
      </w:r>
      <w:r>
        <w:rPr>
          <w:b w:val="0"/>
          <w:i w:val="0"/>
          <w:smallCaps w:val="0"/>
          <w:strike w:val="0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Either scenario could </w:t>
      </w:r>
      <w:r>
        <w:rPr>
          <w:b w:val="0"/>
          <w:i w:val="0"/>
          <w:smallCaps w:val="0"/>
          <w:strike w:val="0"/>
          <w:highlight w:val="cyan"/>
          <w:u w:val="single"/>
        </w:rPr>
        <w:t>bring</w:t>
      </w:r>
      <w:r>
        <w:rPr>
          <w:b w:val="0"/>
          <w:i w:val="0"/>
          <w:smallCaps w:val="0"/>
          <w:strike w:val="0"/>
          <w:u w:val="single"/>
        </w:rPr>
        <w:t xml:space="preserve"> these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nuclear powers into direct conflict</w:t>
      </w:r>
      <w:r>
        <w:rPr>
          <w:b w:val="0"/>
          <w:i w:val="0"/>
          <w:smallCaps w:val="0"/>
          <w:strike w:val="0"/>
          <w:u w:val="single"/>
        </w:rPr>
        <w:t xml:space="preserve"> with the United States, and</w:t>
      </w:r>
      <w:r>
        <w:rPr>
          <w:b w:val="0"/>
          <w:i w:val="0"/>
          <w:smallCaps w:val="0"/>
          <w:strike w:val="0"/>
          <w:u w:val="none"/>
        </w:rPr>
        <w:t xml:space="preserve"> once nuclear armed states are at war, </w:t>
      </w:r>
      <w:r>
        <w:rPr>
          <w:b w:val="0"/>
          <w:i w:val="0"/>
          <w:smallCaps w:val="0"/>
          <w:strike w:val="0"/>
          <w:u w:val="single"/>
        </w:rPr>
        <w:t xml:space="preserve">there is an </w:t>
      </w:r>
      <w:r>
        <w:rPr>
          <w:b/>
          <w:i w:val="0"/>
          <w:smallCaps w:val="0"/>
          <w:strike w:val="0"/>
          <w:sz w:val="22"/>
          <w:u w:val="single"/>
        </w:rPr>
        <w:t>inherent risk of nuclear conflict</w:t>
      </w:r>
      <w:r>
        <w:rPr>
          <w:b w:val="0"/>
          <w:i w:val="0"/>
          <w:smallCaps w:val="0"/>
          <w:strike w:val="0"/>
          <w:u w:val="single"/>
        </w:rPr>
        <w:t xml:space="preserve"> through limited nuclear war strategies, nuclear brinkmanship, or simple accident or inadvertent escalation.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framing of the problem leads to a different set of policy implications. </w:t>
      </w:r>
      <w:r>
        <w:rPr>
          <w:b w:val="0"/>
          <w:i w:val="0"/>
          <w:smallCaps w:val="0"/>
          <w:strike w:val="0"/>
          <w:u w:val="single"/>
        </w:rPr>
        <w:t>The concern is</w:t>
      </w:r>
      <w:r>
        <w:rPr>
          <w:b w:val="0"/>
          <w:i w:val="0"/>
          <w:smallCaps w:val="0"/>
          <w:strike w:val="0"/>
          <w:u w:val="none"/>
        </w:rPr>
        <w:t xml:space="preserve"> not simply technologies that threaten to undermine nuclear second-strike capabilities directly, but, rather, any </w:t>
      </w:r>
      <w:r>
        <w:rPr>
          <w:b w:val="0"/>
          <w:i w:val="0"/>
          <w:smallCaps w:val="0"/>
          <w:strike w:val="0"/>
          <w:u w:val="single"/>
        </w:rPr>
        <w:t>technologies</w:t>
      </w:r>
      <w:r>
        <w:rPr>
          <w:b w:val="0"/>
          <w:i w:val="0"/>
          <w:smallCaps w:val="0"/>
          <w:strike w:val="0"/>
          <w:u w:val="none"/>
        </w:rPr>
        <w:t xml:space="preserve"> that </w:t>
      </w:r>
      <w:r>
        <w:rPr>
          <w:b w:val="0"/>
          <w:i w:val="0"/>
          <w:smallCaps w:val="0"/>
          <w:strike w:val="0"/>
          <w:u w:val="single"/>
        </w:rPr>
        <w:t>can result in a meaningful shift in the broader balance of power</w:t>
      </w:r>
      <w:r>
        <w:rPr>
          <w:b w:val="0"/>
          <w:i w:val="0"/>
          <w:smallCaps w:val="0"/>
          <w:strike w:val="0"/>
          <w:u w:val="none"/>
        </w:rPr>
        <w:t xml:space="preserve">. And </w:t>
      </w:r>
      <w:r>
        <w:rPr>
          <w:b w:val="0"/>
          <w:i w:val="0"/>
          <w:smallCaps w:val="0"/>
          <w:strike w:val="0"/>
          <w:u w:val="single"/>
        </w:rPr>
        <w:t>the solution is</w:t>
      </w:r>
      <w:r>
        <w:rPr>
          <w:b w:val="0"/>
          <w:i w:val="0"/>
          <w:smallCaps w:val="0"/>
          <w:strike w:val="0"/>
          <w:u w:val="none"/>
        </w:rPr>
        <w:t xml:space="preserve"> not to preserve second-strike capabilities, but </w:t>
      </w:r>
      <w:r>
        <w:rPr>
          <w:b w:val="0"/>
          <w:i w:val="0"/>
          <w:smallCaps w:val="0"/>
          <w:strike w:val="0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preserve prevailing power balances</w:t>
      </w:r>
      <w:r>
        <w:rPr>
          <w:b w:val="0"/>
          <w:i w:val="0"/>
          <w:smallCaps w:val="0"/>
          <w:strike w:val="0"/>
          <w:u w:val="single"/>
        </w:rPr>
        <w:t xml:space="preserve"> more broadly.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When it comes to new technology, </w:t>
      </w:r>
      <w:r>
        <w:rPr>
          <w:b w:val="0"/>
          <w:i w:val="0"/>
          <w:smallCaps w:val="0"/>
          <w:strike w:val="0"/>
          <w:u w:val="single"/>
        </w:rPr>
        <w:t xml:space="preserve">this means that the United States should seek to </w:t>
      </w:r>
      <w:r>
        <w:rPr>
          <w:b/>
          <w:i w:val="0"/>
          <w:smallCaps w:val="0"/>
          <w:strike w:val="0"/>
          <w:sz w:val="22"/>
          <w:u w:val="single"/>
        </w:rPr>
        <w:t>maintain an innovation edge</w:t>
      </w:r>
      <w:r>
        <w:rPr>
          <w:b w:val="0"/>
          <w:i w:val="0"/>
          <w:smallCaps w:val="0"/>
          <w:strike w:val="0"/>
          <w:u w:val="none"/>
        </w:rPr>
        <w:t xml:space="preserve">. Washington should also work with other states, including its nuclear-armed rivals, to develop a new set of arms control and nonproliferation agreements and export controls to deny these newer and potentially destabilizing technologies to potentially hostile states.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These are no easy tasks, but </w:t>
      </w:r>
      <w:r>
        <w:rPr>
          <w:b w:val="0"/>
          <w:i w:val="0"/>
          <w:smallCaps w:val="0"/>
          <w:strike w:val="0"/>
          <w:u w:val="single"/>
        </w:rPr>
        <w:t xml:space="preserve">the consequences of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Washington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losing the race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for tech</w:t>
      </w:r>
      <w:r>
        <w:rPr>
          <w:b w:val="0"/>
          <w:i w:val="0"/>
          <w:smallCaps w:val="0"/>
          <w:strike w:val="0"/>
          <w:u w:val="single"/>
        </w:rPr>
        <w:t xml:space="preserve">nological superiority to its autocratic challengers just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might mean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nuclear Armageddon</w:t>
      </w:r>
      <w:r>
        <w:rPr>
          <w:b w:val="0"/>
          <w:i w:val="0"/>
          <w:smallCaps w:val="0"/>
          <w:strike w:val="0"/>
          <w:u w:val="single"/>
        </w:rPr>
        <w:t xml:space="preserve">. </w:t>
      </w:r>
    </w:p>
    <w:p>
      <w:pPr>
        <w:pStyle w:val="Caption"/>
      </w:pPr>
      <w:r>
        <w:t>Source: Pharma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