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Supply chain disruptions </w:t>
      </w:r>
      <w:r>
        <w:rPr>
          <w:b/>
          <w:i w:val="0"/>
          <w:smallCaps w:val="0"/>
          <w:strike w:val="0"/>
          <w:sz w:val="26"/>
          <w:u w:val="none"/>
        </w:rPr>
        <w:t>cause resource wars which culminate in e</w:t>
      </w:r>
      <w:r>
        <w:rPr>
          <w:b/>
          <w:i w:val="0"/>
          <w:smallCaps w:val="0"/>
          <w:strike w:val="0"/>
          <w:sz w:val="26"/>
          <w:u w:val="none"/>
        </w:rPr>
        <w:t>x</w:t>
      </w:r>
      <w:r>
        <w:rPr>
          <w:b/>
          <w:i w:val="0"/>
          <w:smallCaps w:val="0"/>
          <w:strike w:val="0"/>
          <w:sz w:val="26"/>
          <w:u w:val="none"/>
        </w:rPr>
        <w:t>istential warfare.</w:t>
      </w:r>
    </w:p>
    <w:p>
      <w:pPr>
        <w:spacing w:after="80"/>
      </w:pPr>
      <w:r>
        <w:rPr>
          <w:b w:val="0"/>
          <w:i w:val="0"/>
          <w:smallCaps w:val="0"/>
          <w:strike w:val="0"/>
          <w:u w:val="none"/>
        </w:rPr>
        <w:t xml:space="preserve">Bradley </w:t>
      </w:r>
      <w:r>
        <w:rPr>
          <w:b/>
          <w:i w:val="0"/>
          <w:smallCaps w:val="0"/>
          <w:strike w:val="0"/>
          <w:sz w:val="26"/>
          <w:u w:val="none"/>
        </w:rPr>
        <w:t>Martin 21</w:t>
      </w:r>
      <w:r>
        <w:rPr>
          <w:b w:val="0"/>
          <w:i w:val="0"/>
          <w:smallCaps w:val="0"/>
          <w:strike w:val="0"/>
          <w:u w:val="none"/>
        </w:rPr>
        <w:t>. Director of the RAND National Security Supply Chain Institute, and a senior policy researcher RAND Corporation. “Supply Chain Disruptions: The Risks and Consequences.” https://www.rand.org/blog/2021/11/supply-chain-disruptions-the-risks-and-consequences.html.</w:t>
      </w:r>
    </w:p>
    <w:p>
      <w:pPr>
        <w:spacing w:after="60"/>
      </w:pPr>
      <w:r>
        <w:rPr>
          <w:b w:val="0"/>
          <w:i w:val="0"/>
          <w:smallCaps w:val="0"/>
          <w:strike w:val="0"/>
          <w:u w:val="none"/>
        </w:rPr>
        <w:t xml:space="preserve">This definition of “national security” is broader than just the defense industry or military-related efforts; it also could encompass the very ability of a nation to ensure economic well-being, public health, and protection of a nation's key infrastructure. </w:t>
      </w:r>
      <w:r>
        <w:rPr>
          <w:b w:val="0"/>
          <w:i w:val="0"/>
          <w:smallCaps w:val="0"/>
          <w:strike w:val="0"/>
          <w:sz w:val="22"/>
          <w:highlight w:val="cyan"/>
          <w:u w:val="single"/>
        </w:rPr>
        <w:t>Supply chain disruptions cause</w:t>
      </w:r>
      <w:r>
        <w:rPr>
          <w:b w:val="0"/>
          <w:i w:val="0"/>
          <w:smallCaps w:val="0"/>
          <w:strike w:val="0"/>
          <w:sz w:val="22"/>
          <w:u w:val="single"/>
        </w:rPr>
        <w:t xml:space="preserve"> general </w:t>
      </w:r>
      <w:r>
        <w:rPr>
          <w:b/>
          <w:i w:val="0"/>
          <w:smallCaps w:val="0"/>
          <w:strike w:val="0"/>
          <w:sz w:val="22"/>
          <w:highlight w:val="cyan"/>
          <w:u w:val="single"/>
        </w:rPr>
        <w:t>economic disruption</w:t>
      </w:r>
      <w:r>
        <w:rPr>
          <w:b/>
          <w:i w:val="0"/>
          <w:smallCaps w:val="0"/>
          <w:strike w:val="0"/>
          <w:sz w:val="22"/>
          <w:u w:val="single"/>
        </w:rPr>
        <w:t xml:space="preserve"> </w:t>
      </w:r>
      <w:r>
        <w:rPr>
          <w:b w:val="0"/>
          <w:i w:val="0"/>
          <w:smallCaps w:val="0"/>
          <w:strike w:val="0"/>
          <w:sz w:val="22"/>
          <w:highlight w:val="cyan"/>
          <w:u w:val="single"/>
        </w:rPr>
        <w:t>and</w:t>
      </w:r>
      <w:r>
        <w:rPr>
          <w:b w:val="0"/>
          <w:i w:val="0"/>
          <w:smallCaps w:val="0"/>
          <w:strike w:val="0"/>
          <w:u w:val="none"/>
        </w:rPr>
        <w:t xml:space="preserve"> </w:t>
      </w:r>
      <w:r>
        <w:rPr>
          <w:b/>
          <w:i w:val="0"/>
          <w:smallCaps w:val="0"/>
          <w:strike w:val="0"/>
          <w:sz w:val="22"/>
          <w:highlight w:val="cyan"/>
          <w:u w:val="single"/>
        </w:rPr>
        <w:t>key commodity shortages</w:t>
      </w:r>
      <w:r>
        <w:rPr>
          <w:b w:val="0"/>
          <w:i w:val="0"/>
          <w:smallCaps w:val="0"/>
          <w:strike w:val="0"/>
          <w:u w:val="none"/>
        </w:rPr>
        <w:t xml:space="preserve">, </w:t>
      </w:r>
      <w:r>
        <w:rPr>
          <w:b w:val="0"/>
          <w:i w:val="0"/>
          <w:smallCaps w:val="0"/>
          <w:strike w:val="0"/>
          <w:sz w:val="22"/>
          <w:u w:val="single"/>
        </w:rPr>
        <w:t xml:space="preserve">which then in turn can, in fact, </w:t>
      </w:r>
      <w:r>
        <w:rPr>
          <w:b/>
          <w:i w:val="0"/>
          <w:smallCaps w:val="0"/>
          <w:strike w:val="0"/>
          <w:sz w:val="22"/>
          <w:highlight w:val="cyan"/>
          <w:u w:val="single"/>
        </w:rPr>
        <w:t>drive</w:t>
      </w:r>
      <w:r>
        <w:rPr>
          <w:b w:val="0"/>
          <w:i w:val="0"/>
          <w:smallCaps w:val="0"/>
          <w:strike w:val="0"/>
          <w:sz w:val="22"/>
          <w:highlight w:val="cyan"/>
          <w:u w:val="single"/>
        </w:rPr>
        <w:t xml:space="preserve"> </w:t>
      </w:r>
      <w:r>
        <w:rPr>
          <w:b/>
          <w:i w:val="0"/>
          <w:smallCaps w:val="0"/>
          <w:strike w:val="0"/>
          <w:sz w:val="22"/>
          <w:highlight w:val="cyan"/>
          <w:u w:val="single"/>
        </w:rPr>
        <w:t xml:space="preserve">aggressive </w:t>
      </w:r>
      <w:r>
        <w:rPr>
          <w:b/>
          <w:i w:val="0"/>
          <w:smallCaps w:val="0"/>
          <w:strike w:val="0"/>
          <w:sz w:val="22"/>
          <w:u w:val="single"/>
        </w:rPr>
        <w:t xml:space="preserve">national </w:t>
      </w:r>
      <w:r>
        <w:rPr>
          <w:b/>
          <w:i w:val="0"/>
          <w:smallCaps w:val="0"/>
          <w:strike w:val="0"/>
          <w:sz w:val="22"/>
          <w:highlight w:val="cyan"/>
          <w:u w:val="single"/>
        </w:rPr>
        <w:t>behavior</w:t>
      </w:r>
      <w:r>
        <w:rPr>
          <w:b w:val="0"/>
          <w:i w:val="0"/>
          <w:smallCaps w:val="0"/>
          <w:strike w:val="0"/>
          <w:highlight w:val="cyan"/>
          <w:u w:val="none"/>
        </w:rPr>
        <w:t xml:space="preserve"> </w:t>
      </w:r>
      <w:r>
        <w:rPr>
          <w:b w:val="0"/>
          <w:i w:val="0"/>
          <w:smallCaps w:val="0"/>
          <w:strike w:val="0"/>
          <w:sz w:val="22"/>
          <w:highlight w:val="cyan"/>
          <w:u w:val="single"/>
        </w:rPr>
        <w:t>and</w:t>
      </w:r>
      <w:r>
        <w:rPr>
          <w:b w:val="0"/>
          <w:i w:val="0"/>
          <w:smallCaps w:val="0"/>
          <w:strike w:val="0"/>
          <w:u w:val="none"/>
        </w:rPr>
        <w:t xml:space="preserve"> </w:t>
      </w:r>
      <w:r>
        <w:rPr>
          <w:b/>
          <w:i w:val="0"/>
          <w:smallCaps w:val="0"/>
          <w:strike w:val="0"/>
          <w:sz w:val="22"/>
          <w:highlight w:val="cyan"/>
          <w:u w:val="single"/>
        </w:rPr>
        <w:t>international instability</w:t>
      </w:r>
      <w:r>
        <w:rPr>
          <w:b w:val="0"/>
          <w:i w:val="0"/>
          <w:smallCaps w:val="0"/>
          <w:strike w:val="0"/>
          <w:u w:val="none"/>
        </w:rPr>
        <w:t xml:space="preserve">. And ironically, </w:t>
      </w:r>
      <w:r>
        <w:rPr>
          <w:b w:val="0"/>
          <w:i w:val="0"/>
          <w:smallCaps w:val="0"/>
          <w:strike w:val="0"/>
          <w:sz w:val="22"/>
          <w:u w:val="single"/>
        </w:rPr>
        <w:t xml:space="preserve">this </w:t>
      </w:r>
      <w:r>
        <w:rPr>
          <w:b/>
          <w:i w:val="0"/>
          <w:smallCaps w:val="0"/>
          <w:strike w:val="0"/>
          <w:sz w:val="22"/>
          <w:u w:val="single"/>
        </w:rPr>
        <w:t>reactive</w:t>
      </w:r>
      <w:r>
        <w:rPr>
          <w:b w:val="0"/>
          <w:i w:val="0"/>
          <w:smallCaps w:val="0"/>
          <w:strike w:val="0"/>
          <w:u w:val="none"/>
        </w:rPr>
        <w:t xml:space="preserve"> </w:t>
      </w:r>
      <w:r>
        <w:rPr>
          <w:b/>
          <w:i w:val="0"/>
          <w:smallCaps w:val="0"/>
          <w:strike w:val="0"/>
          <w:sz w:val="22"/>
          <w:u w:val="single"/>
        </w:rPr>
        <w:t>aggressive</w:t>
      </w:r>
      <w:r>
        <w:rPr>
          <w:b w:val="0"/>
          <w:i w:val="0"/>
          <w:smallCaps w:val="0"/>
          <w:strike w:val="0"/>
          <w:u w:val="none"/>
        </w:rPr>
        <w:t xml:space="preserve"> </w:t>
      </w:r>
      <w:r>
        <w:rPr>
          <w:b/>
          <w:i w:val="0"/>
          <w:smallCaps w:val="0"/>
          <w:strike w:val="0"/>
          <w:sz w:val="22"/>
          <w:u w:val="single"/>
        </w:rPr>
        <w:t>national behavior</w:t>
      </w:r>
      <w:r>
        <w:rPr>
          <w:b w:val="0"/>
          <w:i w:val="0"/>
          <w:smallCaps w:val="0"/>
          <w:strike w:val="0"/>
          <w:u w:val="none"/>
        </w:rPr>
        <w:t xml:space="preserve"> </w:t>
      </w:r>
      <w:r>
        <w:rPr>
          <w:b w:val="0"/>
          <w:i w:val="0"/>
          <w:smallCaps w:val="0"/>
          <w:strike w:val="0"/>
          <w:sz w:val="22"/>
          <w:u w:val="single"/>
        </w:rPr>
        <w:t xml:space="preserve">can happen </w:t>
      </w:r>
      <w:r>
        <w:rPr>
          <w:b/>
          <w:i w:val="0"/>
          <w:smallCaps w:val="0"/>
          <w:strike w:val="0"/>
          <w:sz w:val="22"/>
          <w:u w:val="single"/>
        </w:rPr>
        <w:t>even if</w:t>
      </w:r>
      <w:r>
        <w:rPr>
          <w:b w:val="0"/>
          <w:i w:val="0"/>
          <w:smallCaps w:val="0"/>
          <w:strike w:val="0"/>
          <w:sz w:val="22"/>
          <w:u w:val="single"/>
        </w:rPr>
        <w:t xml:space="preserve"> the </w:t>
      </w:r>
      <w:r>
        <w:rPr>
          <w:b/>
          <w:i w:val="0"/>
          <w:smallCaps w:val="0"/>
          <w:strike w:val="0"/>
          <w:sz w:val="22"/>
          <w:u w:val="single"/>
        </w:rPr>
        <w:t>health</w:t>
      </w:r>
      <w:r>
        <w:rPr>
          <w:b w:val="0"/>
          <w:i w:val="0"/>
          <w:smallCaps w:val="0"/>
          <w:strike w:val="0"/>
          <w:sz w:val="22"/>
          <w:u w:val="single"/>
        </w:rPr>
        <w:t xml:space="preserve"> of a </w:t>
      </w:r>
      <w:r>
        <w:rPr>
          <w:b/>
          <w:i w:val="0"/>
          <w:smallCaps w:val="0"/>
          <w:strike w:val="0"/>
          <w:sz w:val="22"/>
          <w:u w:val="single"/>
        </w:rPr>
        <w:t>national economy</w:t>
      </w:r>
      <w:r>
        <w:rPr>
          <w:b w:val="0"/>
          <w:i w:val="0"/>
          <w:smallCaps w:val="0"/>
          <w:strike w:val="0"/>
          <w:sz w:val="22"/>
          <w:u w:val="single"/>
        </w:rPr>
        <w:t xml:space="preserve"> itself </w:t>
      </w:r>
      <w:r>
        <w:rPr>
          <w:b/>
          <w:i w:val="0"/>
          <w:smallCaps w:val="0"/>
          <w:strike w:val="0"/>
          <w:sz w:val="22"/>
          <w:u w:val="single"/>
        </w:rPr>
        <w:t>depends</w:t>
      </w:r>
      <w:r>
        <w:rPr>
          <w:b w:val="0"/>
          <w:i w:val="0"/>
          <w:smallCaps w:val="0"/>
          <w:strike w:val="0"/>
          <w:sz w:val="22"/>
          <w:u w:val="single"/>
        </w:rPr>
        <w:t xml:space="preserve"> upon </w:t>
      </w:r>
      <w:r>
        <w:rPr>
          <w:b/>
          <w:i w:val="0"/>
          <w:smallCaps w:val="0"/>
          <w:strike w:val="0"/>
          <w:sz w:val="22"/>
          <w:u w:val="single"/>
        </w:rPr>
        <w:t>continued international economic interdependence.</w:t>
      </w:r>
      <w:r>
        <w:rPr>
          <w:b w:val="0"/>
          <w:i w:val="0"/>
          <w:smallCaps w:val="0"/>
          <w:strike w:val="0"/>
          <w:u w:val="none"/>
        </w:rPr>
        <w:t xml:space="preserve"> Indeed, this very interdependence can create vulnerabilities. </w:t>
      </w:r>
      <w:r>
        <w:rPr>
          <w:b w:val="0"/>
          <w:i w:val="0"/>
          <w:smallCaps w:val="0"/>
          <w:strike w:val="0"/>
          <w:u w:val="none"/>
        </w:rPr>
        <w:t>So</w:t>
      </w:r>
      <w:r>
        <w:rPr>
          <w:b w:val="0"/>
          <w:i w:val="0"/>
          <w:smallCaps w:val="0"/>
          <w:strike w:val="0"/>
          <w:u w:val="none"/>
        </w:rPr>
        <w:t xml:space="preserve"> a systematic effort, cutting across agencies and public and private sectors, could be one way to ensure these vulnerabilities are understood and mitigated. Supply Chain Disruption and Conflict </w:t>
      </w:r>
      <w:r>
        <w:rPr>
          <w:b/>
          <w:i w:val="0"/>
          <w:smallCaps w:val="0"/>
          <w:strike w:val="0"/>
          <w:sz w:val="22"/>
          <w:u w:val="single"/>
        </w:rPr>
        <w:t>Dispersed</w:t>
      </w:r>
      <w:r>
        <w:rPr>
          <w:b w:val="0"/>
          <w:i w:val="0"/>
          <w:smallCaps w:val="0"/>
          <w:strike w:val="0"/>
          <w:sz w:val="22"/>
          <w:u w:val="single"/>
        </w:rPr>
        <w:t xml:space="preserve"> </w:t>
      </w:r>
      <w:r>
        <w:rPr>
          <w:b/>
          <w:i w:val="0"/>
          <w:smallCaps w:val="0"/>
          <w:strike w:val="0"/>
          <w:sz w:val="22"/>
          <w:u w:val="single"/>
        </w:rPr>
        <w:t>supply chains</w:t>
      </w:r>
      <w:r>
        <w:rPr>
          <w:b w:val="0"/>
          <w:i w:val="0"/>
          <w:smallCaps w:val="0"/>
          <w:strike w:val="0"/>
          <w:sz w:val="22"/>
          <w:u w:val="single"/>
        </w:rPr>
        <w:t xml:space="preserve"> develop because actors find it's </w:t>
      </w:r>
      <w:r>
        <w:rPr>
          <w:b/>
          <w:i w:val="0"/>
          <w:smallCaps w:val="0"/>
          <w:strike w:val="0"/>
          <w:sz w:val="22"/>
          <w:u w:val="single"/>
        </w:rPr>
        <w:t>economically advantageous</w:t>
      </w:r>
      <w:r>
        <w:rPr>
          <w:b w:val="0"/>
          <w:i w:val="0"/>
          <w:smallCaps w:val="0"/>
          <w:strike w:val="0"/>
          <w:sz w:val="22"/>
          <w:u w:val="single"/>
        </w:rPr>
        <w:t xml:space="preserve"> to seek </w:t>
      </w:r>
      <w:r>
        <w:rPr>
          <w:b/>
          <w:i w:val="0"/>
          <w:smallCaps w:val="0"/>
          <w:strike w:val="0"/>
          <w:sz w:val="22"/>
          <w:u w:val="single"/>
        </w:rPr>
        <w:t xml:space="preserve">the least-expensive </w:t>
      </w:r>
      <w:r>
        <w:rPr>
          <w:b w:val="0"/>
          <w:i w:val="0"/>
          <w:smallCaps w:val="0"/>
          <w:strike w:val="0"/>
          <w:u w:val="none"/>
        </w:rPr>
        <w:t xml:space="preserve">and </w:t>
      </w:r>
      <w:r>
        <w:rPr>
          <w:b/>
          <w:i w:val="0"/>
          <w:smallCaps w:val="0"/>
          <w:strike w:val="0"/>
          <w:sz w:val="22"/>
          <w:u w:val="single"/>
        </w:rPr>
        <w:t>most-productive</w:t>
      </w:r>
      <w:r>
        <w:rPr>
          <w:b w:val="0"/>
          <w:i w:val="0"/>
          <w:smallCaps w:val="0"/>
          <w:strike w:val="0"/>
          <w:u w:val="none"/>
        </w:rPr>
        <w:t xml:space="preserve"> </w:t>
      </w:r>
      <w:r>
        <w:rPr>
          <w:b/>
          <w:i w:val="0"/>
          <w:smallCaps w:val="0"/>
          <w:strike w:val="0"/>
          <w:sz w:val="22"/>
          <w:u w:val="single"/>
        </w:rPr>
        <w:t>sources</w:t>
      </w:r>
      <w:r>
        <w:rPr>
          <w:b w:val="0"/>
          <w:i w:val="0"/>
          <w:smallCaps w:val="0"/>
          <w:strike w:val="0"/>
          <w:u w:val="none"/>
        </w:rPr>
        <w:t xml:space="preserve"> </w:t>
      </w:r>
      <w:r>
        <w:rPr>
          <w:b w:val="0"/>
          <w:i w:val="0"/>
          <w:smallCaps w:val="0"/>
          <w:strike w:val="0"/>
          <w:sz w:val="22"/>
          <w:u w:val="single"/>
        </w:rPr>
        <w:t>of supply. These dispersed chains develop for good reasons, but</w:t>
      </w:r>
      <w:r>
        <w:rPr>
          <w:b w:val="0"/>
          <w:i w:val="0"/>
          <w:smallCaps w:val="0"/>
          <w:strike w:val="0"/>
          <w:u w:val="none"/>
        </w:rPr>
        <w:t xml:space="preserve"> </w:t>
      </w:r>
      <w:r>
        <w:rPr>
          <w:b w:val="0"/>
          <w:i w:val="0"/>
          <w:smallCaps w:val="0"/>
          <w:strike w:val="0"/>
          <w:sz w:val="22"/>
          <w:u w:val="single"/>
        </w:rPr>
        <w:t xml:space="preserve">they create </w:t>
      </w:r>
      <w:r>
        <w:rPr>
          <w:b/>
          <w:i w:val="0"/>
          <w:smallCaps w:val="0"/>
          <w:strike w:val="0"/>
          <w:sz w:val="22"/>
          <w:u w:val="single"/>
        </w:rPr>
        <w:t>complicated interdependencies</w:t>
      </w:r>
      <w:r>
        <w:rPr>
          <w:b w:val="0"/>
          <w:i w:val="0"/>
          <w:smallCaps w:val="0"/>
          <w:strike w:val="0"/>
          <w:u w:val="none"/>
        </w:rPr>
        <w:t xml:space="preserve"> </w:t>
      </w:r>
      <w:r>
        <w:rPr>
          <w:b w:val="0"/>
          <w:i w:val="0"/>
          <w:smallCaps w:val="0"/>
          <w:strike w:val="0"/>
          <w:sz w:val="22"/>
          <w:u w:val="single"/>
        </w:rPr>
        <w:t xml:space="preserve">whose </w:t>
      </w:r>
      <w:r>
        <w:rPr>
          <w:b/>
          <w:i w:val="0"/>
          <w:smallCaps w:val="0"/>
          <w:strike w:val="0"/>
          <w:sz w:val="22"/>
          <w:u w:val="single"/>
        </w:rPr>
        <w:t>risks</w:t>
      </w:r>
      <w:r>
        <w:rPr>
          <w:b w:val="0"/>
          <w:i w:val="0"/>
          <w:smallCaps w:val="0"/>
          <w:strike w:val="0"/>
          <w:sz w:val="22"/>
          <w:u w:val="single"/>
        </w:rPr>
        <w:t xml:space="preserve"> and </w:t>
      </w:r>
      <w:r>
        <w:rPr>
          <w:b/>
          <w:i w:val="0"/>
          <w:smallCaps w:val="0"/>
          <w:strike w:val="0"/>
          <w:sz w:val="22"/>
          <w:u w:val="single"/>
        </w:rPr>
        <w:t>vulnerabilities</w:t>
      </w:r>
      <w:r>
        <w:rPr>
          <w:b w:val="0"/>
          <w:i w:val="0"/>
          <w:smallCaps w:val="0"/>
          <w:strike w:val="0"/>
          <w:u w:val="none"/>
        </w:rPr>
        <w:t xml:space="preserve"> </w:t>
      </w:r>
      <w:r>
        <w:rPr>
          <w:b w:val="0"/>
          <w:i w:val="0"/>
          <w:smallCaps w:val="0"/>
          <w:strike w:val="0"/>
          <w:sz w:val="22"/>
          <w:u w:val="single"/>
        </w:rPr>
        <w:t xml:space="preserve">are sometimes not even understood, let alone </w:t>
      </w:r>
      <w:r>
        <w:rPr>
          <w:b/>
          <w:i w:val="0"/>
          <w:smallCaps w:val="0"/>
          <w:strike w:val="0"/>
          <w:sz w:val="22"/>
          <w:u w:val="single"/>
        </w:rPr>
        <w:t>mitigated</w:t>
      </w:r>
      <w:r>
        <w:rPr>
          <w:b w:val="0"/>
          <w:i w:val="0"/>
          <w:smallCaps w:val="0"/>
          <w:strike w:val="0"/>
          <w:sz w:val="22"/>
          <w:u w:val="single"/>
        </w:rPr>
        <w:t>.</w:t>
      </w:r>
      <w:r>
        <w:rPr>
          <w:b w:val="0"/>
          <w:i w:val="0"/>
          <w:smallCaps w:val="0"/>
          <w:strike w:val="0"/>
          <w:u w:val="single"/>
        </w:rPr>
        <w:t xml:space="preserve"> </w:t>
      </w:r>
      <w:r>
        <w:rPr>
          <w:b w:val="0"/>
          <w:i w:val="0"/>
          <w:smallCaps w:val="0"/>
          <w:strike w:val="0"/>
          <w:u w:val="none"/>
        </w:rPr>
        <w:t xml:space="preserve">While the reasons for creating these chains lie largely with private interest, the </w:t>
      </w:r>
      <w:r>
        <w:rPr>
          <w:b/>
          <w:i w:val="0"/>
          <w:smallCaps w:val="0"/>
          <w:strike w:val="0"/>
          <w:sz w:val="22"/>
          <w:u w:val="single"/>
        </w:rPr>
        <w:t>effects</w:t>
      </w:r>
      <w:r>
        <w:rPr>
          <w:b w:val="0"/>
          <w:i w:val="0"/>
          <w:smallCaps w:val="0"/>
          <w:strike w:val="0"/>
          <w:sz w:val="22"/>
          <w:u w:val="single"/>
        </w:rPr>
        <w:t xml:space="preserve"> of </w:t>
      </w:r>
      <w:r>
        <w:rPr>
          <w:b/>
          <w:i w:val="0"/>
          <w:smallCaps w:val="0"/>
          <w:strike w:val="0"/>
          <w:sz w:val="22"/>
          <w:u w:val="single"/>
        </w:rPr>
        <w:t>disruption</w:t>
      </w:r>
      <w:r>
        <w:rPr>
          <w:b w:val="0"/>
          <w:i w:val="0"/>
          <w:smallCaps w:val="0"/>
          <w:strike w:val="0"/>
          <w:u w:val="none"/>
        </w:rPr>
        <w:t>—which can come from sources ranging from malign human action to natural disaster—</w:t>
      </w:r>
      <w:r>
        <w:rPr>
          <w:b w:val="0"/>
          <w:i w:val="0"/>
          <w:smallCaps w:val="0"/>
          <w:strike w:val="0"/>
          <w:sz w:val="22"/>
          <w:u w:val="single"/>
        </w:rPr>
        <w:t xml:space="preserve">are </w:t>
      </w:r>
      <w:r>
        <w:rPr>
          <w:b/>
          <w:i w:val="0"/>
          <w:smallCaps w:val="0"/>
          <w:strike w:val="0"/>
          <w:sz w:val="22"/>
          <w:u w:val="single"/>
        </w:rPr>
        <w:t>rarely localized</w:t>
      </w:r>
      <w:r>
        <w:rPr>
          <w:b w:val="0"/>
          <w:i w:val="0"/>
          <w:smallCaps w:val="0"/>
          <w:strike w:val="0"/>
          <w:u w:val="none"/>
        </w:rPr>
        <w:t xml:space="preserve">. </w:t>
      </w:r>
      <w:r>
        <w:rPr>
          <w:b w:val="0"/>
          <w:i w:val="0"/>
          <w:smallCaps w:val="0"/>
          <w:strike w:val="0"/>
          <w:sz w:val="22"/>
          <w:u w:val="single"/>
        </w:rPr>
        <w:t xml:space="preserve">When </w:t>
      </w:r>
      <w:r>
        <w:rPr>
          <w:b/>
          <w:i w:val="0"/>
          <w:smallCaps w:val="0"/>
          <w:strike w:val="0"/>
          <w:sz w:val="22"/>
          <w:u w:val="single"/>
        </w:rPr>
        <w:t>shortages</w:t>
      </w:r>
      <w:r>
        <w:rPr>
          <w:b w:val="0"/>
          <w:i w:val="0"/>
          <w:smallCaps w:val="0"/>
          <w:strike w:val="0"/>
          <w:sz w:val="22"/>
          <w:u w:val="single"/>
        </w:rPr>
        <w:t xml:space="preserve"> occur in </w:t>
      </w:r>
      <w:r>
        <w:rPr>
          <w:b/>
          <w:i w:val="0"/>
          <w:smallCaps w:val="0"/>
          <w:strike w:val="0"/>
          <w:sz w:val="22"/>
          <w:u w:val="single"/>
        </w:rPr>
        <w:t>one industry</w:t>
      </w:r>
      <w:r>
        <w:rPr>
          <w:b w:val="0"/>
          <w:i w:val="0"/>
          <w:smallCaps w:val="0"/>
          <w:strike w:val="0"/>
          <w:sz w:val="22"/>
          <w:u w:val="single"/>
        </w:rPr>
        <w:t xml:space="preserve">, the </w:t>
      </w:r>
      <w:r>
        <w:rPr>
          <w:b/>
          <w:i w:val="0"/>
          <w:smallCaps w:val="0"/>
          <w:strike w:val="0"/>
          <w:sz w:val="22"/>
          <w:u w:val="single"/>
        </w:rPr>
        <w:t>disruptions</w:t>
      </w:r>
      <w:r>
        <w:rPr>
          <w:b w:val="0"/>
          <w:i w:val="0"/>
          <w:smallCaps w:val="0"/>
          <w:strike w:val="0"/>
          <w:u w:val="none"/>
        </w:rPr>
        <w:t xml:space="preserve"> </w:t>
      </w:r>
      <w:r>
        <w:rPr>
          <w:b w:val="0"/>
          <w:i w:val="0"/>
          <w:smallCaps w:val="0"/>
          <w:strike w:val="0"/>
          <w:sz w:val="22"/>
          <w:u w:val="single"/>
        </w:rPr>
        <w:t xml:space="preserve">in one area nearly always </w:t>
      </w:r>
      <w:r>
        <w:rPr>
          <w:b/>
          <w:i w:val="0"/>
          <w:smallCaps w:val="0"/>
          <w:strike w:val="0"/>
          <w:sz w:val="22"/>
          <w:u w:val="single"/>
        </w:rPr>
        <w:t>spill</w:t>
      </w:r>
      <w:r>
        <w:rPr>
          <w:b w:val="0"/>
          <w:i w:val="0"/>
          <w:smallCaps w:val="0"/>
          <w:strike w:val="0"/>
          <w:sz w:val="22"/>
          <w:u w:val="single"/>
        </w:rPr>
        <w:t xml:space="preserve"> into </w:t>
      </w:r>
      <w:r>
        <w:rPr>
          <w:b/>
          <w:i w:val="0"/>
          <w:smallCaps w:val="0"/>
          <w:strike w:val="0"/>
          <w:sz w:val="22"/>
          <w:u w:val="single"/>
        </w:rPr>
        <w:t>adjacent companies</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sectors</w:t>
      </w:r>
      <w:r>
        <w:rPr>
          <w:b w:val="0"/>
          <w:i w:val="0"/>
          <w:smallCaps w:val="0"/>
          <w:strike w:val="0"/>
          <w:u w:val="none"/>
        </w:rPr>
        <w:t xml:space="preserve">. </w:t>
      </w:r>
      <w:r>
        <w:rPr>
          <w:b/>
          <w:i w:val="0"/>
          <w:smallCaps w:val="0"/>
          <w:strike w:val="0"/>
          <w:sz w:val="22"/>
          <w:highlight w:val="cyan"/>
          <w:u w:val="single"/>
        </w:rPr>
        <w:t>Whole economies</w:t>
      </w:r>
      <w:r>
        <w:rPr>
          <w:b w:val="0"/>
          <w:i w:val="0"/>
          <w:smallCaps w:val="0"/>
          <w:strike w:val="0"/>
          <w:highlight w:val="cyan"/>
          <w:u w:val="none"/>
        </w:rPr>
        <w:t xml:space="preserve"> </w:t>
      </w:r>
      <w:r>
        <w:rPr>
          <w:b w:val="0"/>
          <w:i w:val="0"/>
          <w:smallCaps w:val="0"/>
          <w:strike w:val="0"/>
          <w:sz w:val="22"/>
          <w:highlight w:val="cyan"/>
          <w:u w:val="single"/>
        </w:rPr>
        <w:t xml:space="preserve">feel the </w:t>
      </w:r>
      <w:r>
        <w:rPr>
          <w:b/>
          <w:i w:val="0"/>
          <w:smallCaps w:val="0"/>
          <w:strike w:val="0"/>
          <w:sz w:val="22"/>
          <w:highlight w:val="cyan"/>
          <w:u w:val="single"/>
        </w:rPr>
        <w:t>impact</w:t>
      </w:r>
      <w:r>
        <w:rPr>
          <w:b w:val="0"/>
          <w:i w:val="0"/>
          <w:smallCaps w:val="0"/>
          <w:strike w:val="0"/>
          <w:sz w:val="22"/>
          <w:u w:val="single"/>
        </w:rPr>
        <w:t>,</w:t>
      </w:r>
      <w:r>
        <w:rPr>
          <w:b w:val="0"/>
          <w:i w:val="0"/>
          <w:smallCaps w:val="0"/>
          <w:strike w:val="0"/>
          <w:u w:val="none"/>
        </w:rPr>
        <w:t xml:space="preserve"> </w:t>
      </w:r>
      <w:r>
        <w:rPr>
          <w:b/>
          <w:i w:val="0"/>
          <w:smallCaps w:val="0"/>
          <w:strike w:val="0"/>
          <w:sz w:val="22"/>
          <w:u w:val="single"/>
        </w:rPr>
        <w:t xml:space="preserve">not isolated actors. </w:t>
      </w:r>
      <w:r>
        <w:rPr>
          <w:b w:val="0"/>
          <w:i w:val="0"/>
          <w:smallCaps w:val="0"/>
          <w:strike w:val="0"/>
          <w:sz w:val="22"/>
          <w:u w:val="single"/>
        </w:rPr>
        <w:t xml:space="preserve">The </w:t>
      </w:r>
      <w:r>
        <w:rPr>
          <w:b/>
          <w:i w:val="0"/>
          <w:smallCaps w:val="0"/>
          <w:strike w:val="0"/>
          <w:sz w:val="22"/>
          <w:u w:val="single"/>
        </w:rPr>
        <w:t>impact</w:t>
      </w:r>
      <w:r>
        <w:rPr>
          <w:b w:val="0"/>
          <w:i w:val="0"/>
          <w:smallCaps w:val="0"/>
          <w:strike w:val="0"/>
          <w:sz w:val="22"/>
          <w:u w:val="single"/>
        </w:rPr>
        <w:t xml:space="preserve"> on </w:t>
      </w:r>
      <w:r>
        <w:rPr>
          <w:b/>
          <w:i w:val="0"/>
          <w:smallCaps w:val="0"/>
          <w:strike w:val="0"/>
          <w:sz w:val="22"/>
          <w:u w:val="single"/>
        </w:rPr>
        <w:t>vulnerable populations</w:t>
      </w:r>
      <w:r>
        <w:rPr>
          <w:b w:val="0"/>
          <w:i w:val="0"/>
          <w:smallCaps w:val="0"/>
          <w:strike w:val="0"/>
          <w:u w:val="none"/>
        </w:rPr>
        <w:t xml:space="preserve"> </w:t>
      </w:r>
      <w:r>
        <w:rPr>
          <w:b w:val="0"/>
          <w:i w:val="0"/>
          <w:smallCaps w:val="0"/>
          <w:strike w:val="0"/>
          <w:sz w:val="22"/>
          <w:u w:val="single"/>
        </w:rPr>
        <w:t xml:space="preserve">may be </w:t>
      </w:r>
      <w:r>
        <w:rPr>
          <w:b/>
          <w:i w:val="0"/>
          <w:smallCaps w:val="0"/>
          <w:strike w:val="0"/>
          <w:sz w:val="22"/>
          <w:u w:val="single"/>
        </w:rPr>
        <w:t>particularly dire</w:t>
      </w:r>
      <w:r>
        <w:rPr>
          <w:b w:val="0"/>
          <w:i w:val="0"/>
          <w:smallCaps w:val="0"/>
          <w:strike w:val="0"/>
          <w:u w:val="none"/>
        </w:rPr>
        <w:t xml:space="preserve">. </w:t>
      </w:r>
      <w:r>
        <w:rPr>
          <w:b w:val="0"/>
          <w:i w:val="0"/>
          <w:smallCaps w:val="0"/>
          <w:strike w:val="0"/>
          <w:sz w:val="22"/>
          <w:highlight w:val="cyan"/>
          <w:u w:val="single"/>
        </w:rPr>
        <w:t>Supply chain disruptions</w:t>
      </w:r>
      <w:r>
        <w:rPr>
          <w:b w:val="0"/>
          <w:i w:val="0"/>
          <w:smallCaps w:val="0"/>
          <w:strike w:val="0"/>
          <w:sz w:val="22"/>
          <w:u w:val="single"/>
        </w:rPr>
        <w:t xml:space="preserve"> do not just</w:t>
      </w:r>
      <w:r>
        <w:rPr>
          <w:b w:val="0"/>
          <w:i w:val="0"/>
          <w:smallCaps w:val="0"/>
          <w:strike w:val="0"/>
          <w:u w:val="none"/>
        </w:rPr>
        <w:t xml:space="preserve"> </w:t>
      </w:r>
      <w:r>
        <w:rPr>
          <w:b w:val="0"/>
          <w:i w:val="0"/>
          <w:smallCaps w:val="0"/>
          <w:strike w:val="0"/>
          <w:sz w:val="22"/>
          <w:u w:val="single"/>
        </w:rPr>
        <w:t xml:space="preserve">create </w:t>
      </w:r>
      <w:r>
        <w:rPr>
          <w:b/>
          <w:i w:val="0"/>
          <w:smallCaps w:val="0"/>
          <w:strike w:val="0"/>
          <w:sz w:val="22"/>
          <w:u w:val="single"/>
        </w:rPr>
        <w:t>higher prices</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shortages</w:t>
      </w:r>
      <w:r>
        <w:rPr>
          <w:b w:val="0"/>
          <w:i w:val="0"/>
          <w:smallCaps w:val="0"/>
          <w:strike w:val="0"/>
          <w:u w:val="none"/>
        </w:rPr>
        <w:t xml:space="preserve"> </w:t>
      </w:r>
      <w:r>
        <w:rPr>
          <w:b w:val="0"/>
          <w:i w:val="0"/>
          <w:smallCaps w:val="0"/>
          <w:strike w:val="0"/>
          <w:sz w:val="22"/>
          <w:u w:val="single"/>
        </w:rPr>
        <w:t>among</w:t>
      </w:r>
      <w:r>
        <w:rPr>
          <w:b w:val="0"/>
          <w:i w:val="0"/>
          <w:smallCaps w:val="0"/>
          <w:strike w:val="0"/>
          <w:u w:val="none"/>
        </w:rPr>
        <w:t xml:space="preserve"> </w:t>
      </w:r>
      <w:r>
        <w:rPr>
          <w:b/>
          <w:i w:val="0"/>
          <w:smallCaps w:val="0"/>
          <w:strike w:val="0"/>
          <w:sz w:val="22"/>
          <w:u w:val="single"/>
        </w:rPr>
        <w:t>high-end consumer products</w:t>
      </w:r>
      <w:r>
        <w:rPr>
          <w:b w:val="0"/>
          <w:i w:val="0"/>
          <w:smallCaps w:val="0"/>
          <w:strike w:val="0"/>
          <w:u w:val="none"/>
        </w:rPr>
        <w:t xml:space="preserve">, such as cars. </w:t>
      </w:r>
      <w:r>
        <w:rPr>
          <w:b w:val="0"/>
          <w:i w:val="0"/>
          <w:smallCaps w:val="0"/>
          <w:strike w:val="0"/>
          <w:sz w:val="22"/>
          <w:u w:val="single"/>
        </w:rPr>
        <w:t xml:space="preserve">They also </w:t>
      </w:r>
      <w:r>
        <w:rPr>
          <w:b w:val="0"/>
          <w:i w:val="0"/>
          <w:smallCaps w:val="0"/>
          <w:strike w:val="0"/>
          <w:sz w:val="22"/>
          <w:highlight w:val="cyan"/>
          <w:u w:val="single"/>
        </w:rPr>
        <w:t>affect</w:t>
      </w:r>
      <w:r>
        <w:rPr>
          <w:b w:val="0"/>
          <w:i w:val="0"/>
          <w:smallCaps w:val="0"/>
          <w:strike w:val="0"/>
          <w:sz w:val="22"/>
          <w:u w:val="single"/>
        </w:rPr>
        <w:t xml:space="preserve"> </w:t>
      </w:r>
      <w:r>
        <w:rPr>
          <w:b/>
          <w:i w:val="0"/>
          <w:smallCaps w:val="0"/>
          <w:strike w:val="0"/>
          <w:sz w:val="22"/>
          <w:u w:val="single"/>
        </w:rPr>
        <w:t>more-basic commodities</w:t>
      </w:r>
      <w:r>
        <w:rPr>
          <w:b w:val="0"/>
          <w:i w:val="0"/>
          <w:smallCaps w:val="0"/>
          <w:strike w:val="0"/>
          <w:sz w:val="22"/>
          <w:u w:val="single"/>
        </w:rPr>
        <w:t xml:space="preserve"> such as </w:t>
      </w:r>
      <w:r>
        <w:rPr>
          <w:b/>
          <w:i w:val="0"/>
          <w:smallCaps w:val="0"/>
          <w:strike w:val="0"/>
          <w:sz w:val="22"/>
          <w:highlight w:val="cyan"/>
          <w:u w:val="single"/>
        </w:rPr>
        <w:t>generic drugs</w:t>
      </w:r>
      <w:r>
        <w:rPr>
          <w:b w:val="0"/>
          <w:i w:val="0"/>
          <w:smallCaps w:val="0"/>
          <w:strike w:val="0"/>
          <w:sz w:val="22"/>
          <w:u w:val="single"/>
        </w:rPr>
        <w:t xml:space="preserve"> or </w:t>
      </w:r>
      <w:r>
        <w:rPr>
          <w:b/>
          <w:i w:val="0"/>
          <w:smallCaps w:val="0"/>
          <w:strike w:val="0"/>
          <w:sz w:val="22"/>
          <w:highlight w:val="cyan"/>
          <w:u w:val="single"/>
        </w:rPr>
        <w:t>energy</w:t>
      </w:r>
      <w:r>
        <w:rPr>
          <w:b w:val="0"/>
          <w:i w:val="0"/>
          <w:smallCaps w:val="0"/>
          <w:strike w:val="0"/>
          <w:sz w:val="22"/>
          <w:u w:val="single"/>
        </w:rPr>
        <w:t xml:space="preserve">, increasing the </w:t>
      </w:r>
      <w:r>
        <w:rPr>
          <w:b/>
          <w:i w:val="0"/>
          <w:smallCaps w:val="0"/>
          <w:strike w:val="0"/>
          <w:sz w:val="22"/>
          <w:highlight w:val="cyan"/>
          <w:u w:val="single"/>
        </w:rPr>
        <w:t>cost of living</w:t>
      </w:r>
      <w:r>
        <w:rPr>
          <w:b w:val="0"/>
          <w:i w:val="0"/>
          <w:smallCaps w:val="0"/>
          <w:strike w:val="0"/>
          <w:sz w:val="22"/>
          <w:highlight w:val="cyan"/>
          <w:u w:val="single"/>
        </w:rPr>
        <w:t xml:space="preserve"> and </w:t>
      </w:r>
      <w:r>
        <w:rPr>
          <w:b w:val="0"/>
          <w:i w:val="0"/>
          <w:smallCaps w:val="0"/>
          <w:strike w:val="0"/>
          <w:sz w:val="22"/>
          <w:u w:val="single"/>
        </w:rPr>
        <w:t xml:space="preserve">the provision of </w:t>
      </w:r>
      <w:r>
        <w:rPr>
          <w:b/>
          <w:i w:val="0"/>
          <w:smallCaps w:val="0"/>
          <w:strike w:val="0"/>
          <w:sz w:val="22"/>
          <w:highlight w:val="cyan"/>
          <w:u w:val="single"/>
        </w:rPr>
        <w:t>basic needs.</w:t>
      </w:r>
      <w:r>
        <w:rPr>
          <w:b w:val="0"/>
          <w:i w:val="0"/>
          <w:smallCaps w:val="0"/>
          <w:strike w:val="0"/>
          <w:sz w:val="22"/>
          <w:u w:val="single"/>
        </w:rPr>
        <w:t xml:space="preserve"> This kind of disruption can </w:t>
      </w:r>
      <w:r>
        <w:rPr>
          <w:b w:val="0"/>
          <w:i w:val="0"/>
          <w:smallCaps w:val="0"/>
          <w:strike w:val="0"/>
          <w:sz w:val="22"/>
          <w:highlight w:val="cyan"/>
          <w:u w:val="single"/>
        </w:rPr>
        <w:t xml:space="preserve">create </w:t>
      </w:r>
      <w:r>
        <w:rPr>
          <w:b/>
          <w:i w:val="0"/>
          <w:smallCaps w:val="0"/>
          <w:strike w:val="0"/>
          <w:sz w:val="22"/>
          <w:highlight w:val="cyan"/>
          <w:u w:val="single"/>
        </w:rPr>
        <w:t>instability</w:t>
      </w:r>
      <w:r>
        <w:rPr>
          <w:b w:val="0"/>
          <w:i w:val="0"/>
          <w:smallCaps w:val="0"/>
          <w:strike w:val="0"/>
          <w:sz w:val="22"/>
          <w:u w:val="single"/>
        </w:rPr>
        <w:t xml:space="preserve"> more generally</w:t>
      </w:r>
      <w:r>
        <w:rPr>
          <w:b w:val="0"/>
          <w:i w:val="0"/>
          <w:smallCaps w:val="0"/>
          <w:strike w:val="0"/>
          <w:u w:val="none"/>
        </w:rPr>
        <w:t xml:space="preserve">, </w:t>
      </w:r>
      <w:r>
        <w:rPr>
          <w:b/>
          <w:i w:val="0"/>
          <w:smallCaps w:val="0"/>
          <w:strike w:val="0"/>
          <w:sz w:val="22"/>
          <w:highlight w:val="cyan"/>
          <w:u w:val="single"/>
        </w:rPr>
        <w:t>promoting conditions for conflict</w:t>
      </w:r>
      <w:r>
        <w:rPr>
          <w:b w:val="0"/>
          <w:i w:val="0"/>
          <w:smallCaps w:val="0"/>
          <w:strike w:val="0"/>
          <w:highlight w:val="cyan"/>
          <w:u w:val="none"/>
        </w:rPr>
        <w:t xml:space="preserve"> </w:t>
      </w:r>
      <w:r>
        <w:rPr>
          <w:b/>
          <w:i w:val="0"/>
          <w:smallCaps w:val="0"/>
          <w:strike w:val="0"/>
          <w:sz w:val="22"/>
          <w:u w:val="single"/>
        </w:rPr>
        <w:t>between</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within</w:t>
      </w:r>
      <w:r>
        <w:rPr>
          <w:b w:val="0"/>
          <w:i w:val="0"/>
          <w:smallCaps w:val="0"/>
          <w:strike w:val="0"/>
          <w:u w:val="none"/>
        </w:rPr>
        <w:t xml:space="preserve"> </w:t>
      </w:r>
      <w:r>
        <w:rPr>
          <w:b/>
          <w:i w:val="0"/>
          <w:smallCaps w:val="0"/>
          <w:strike w:val="0"/>
          <w:sz w:val="22"/>
          <w:u w:val="single"/>
        </w:rPr>
        <w:t>nations</w:t>
      </w:r>
      <w:r>
        <w:rPr>
          <w:b w:val="0"/>
          <w:i w:val="0"/>
          <w:smallCaps w:val="0"/>
          <w:strike w:val="0"/>
          <w:u w:val="none"/>
        </w:rPr>
        <w:t xml:space="preserve">. </w:t>
      </w:r>
      <w:r>
        <w:rPr>
          <w:b/>
          <w:i w:val="0"/>
          <w:smallCaps w:val="0"/>
          <w:strike w:val="0"/>
          <w:sz w:val="22"/>
          <w:u w:val="single"/>
        </w:rPr>
        <w:t>For the most part,</w:t>
      </w:r>
      <w:r>
        <w:rPr>
          <w:b w:val="0"/>
          <w:i w:val="0"/>
          <w:smallCaps w:val="0"/>
          <w:strike w:val="0"/>
          <w:u w:val="none"/>
        </w:rPr>
        <w:t xml:space="preserve"> </w:t>
      </w:r>
      <w:r>
        <w:rPr>
          <w:b w:val="0"/>
          <w:i w:val="0"/>
          <w:smallCaps w:val="0"/>
          <w:strike w:val="0"/>
          <w:sz w:val="22"/>
          <w:u w:val="single"/>
        </w:rPr>
        <w:t xml:space="preserve">nations try to </w:t>
      </w:r>
      <w:r>
        <w:rPr>
          <w:b/>
          <w:i w:val="0"/>
          <w:smallCaps w:val="0"/>
          <w:strike w:val="0"/>
          <w:sz w:val="22"/>
          <w:u w:val="single"/>
        </w:rPr>
        <w:t>maintain acces</w:t>
      </w:r>
      <w:r>
        <w:rPr>
          <w:b w:val="0"/>
          <w:i w:val="0"/>
          <w:smallCaps w:val="0"/>
          <w:strike w:val="0"/>
          <w:sz w:val="22"/>
          <w:u w:val="single"/>
        </w:rPr>
        <w:t xml:space="preserve">s to </w:t>
      </w:r>
      <w:r>
        <w:rPr>
          <w:b/>
          <w:i w:val="0"/>
          <w:smallCaps w:val="0"/>
          <w:strike w:val="0"/>
          <w:sz w:val="22"/>
          <w:u w:val="single"/>
        </w:rPr>
        <w:t>markets</w:t>
      </w:r>
      <w:r>
        <w:rPr>
          <w:b w:val="0"/>
          <w:i w:val="0"/>
          <w:smallCaps w:val="0"/>
          <w:strike w:val="0"/>
          <w:sz w:val="22"/>
          <w:u w:val="single"/>
        </w:rPr>
        <w:t xml:space="preserve"> and </w:t>
      </w:r>
      <w:r>
        <w:rPr>
          <w:b/>
          <w:i w:val="0"/>
          <w:smallCaps w:val="0"/>
          <w:strike w:val="0"/>
          <w:sz w:val="22"/>
          <w:u w:val="single"/>
        </w:rPr>
        <w:t>resources</w:t>
      </w:r>
      <w:r>
        <w:rPr>
          <w:b w:val="0"/>
          <w:i w:val="0"/>
          <w:smallCaps w:val="0"/>
          <w:strike w:val="0"/>
          <w:u w:val="none"/>
        </w:rPr>
        <w:t xml:space="preserve"> </w:t>
      </w:r>
      <w:r>
        <w:rPr>
          <w:b w:val="0"/>
          <w:i w:val="0"/>
          <w:smallCaps w:val="0"/>
          <w:strike w:val="0"/>
          <w:sz w:val="22"/>
          <w:u w:val="single"/>
        </w:rPr>
        <w:t xml:space="preserve">by </w:t>
      </w:r>
      <w:r>
        <w:rPr>
          <w:b/>
          <w:i w:val="0"/>
          <w:smallCaps w:val="0"/>
          <w:strike w:val="0"/>
          <w:sz w:val="22"/>
          <w:u w:val="single"/>
        </w:rPr>
        <w:t>peaceful means</w:t>
      </w:r>
      <w:r>
        <w:rPr>
          <w:b w:val="0"/>
          <w:i w:val="0"/>
          <w:smallCaps w:val="0"/>
          <w:strike w:val="0"/>
          <w:sz w:val="22"/>
          <w:u w:val="single"/>
        </w:rPr>
        <w:t xml:space="preserve"> such as </w:t>
      </w:r>
      <w:r>
        <w:rPr>
          <w:b/>
          <w:i w:val="0"/>
          <w:smallCaps w:val="0"/>
          <w:strike w:val="0"/>
          <w:sz w:val="22"/>
          <w:u w:val="single"/>
        </w:rPr>
        <w:t>stockpiling</w:t>
      </w:r>
      <w:r>
        <w:rPr>
          <w:b w:val="0"/>
          <w:i w:val="0"/>
          <w:smallCaps w:val="0"/>
          <w:strike w:val="0"/>
          <w:sz w:val="22"/>
          <w:u w:val="single"/>
        </w:rPr>
        <w:t xml:space="preserve">, </w:t>
      </w:r>
      <w:r>
        <w:rPr>
          <w:b/>
          <w:i w:val="0"/>
          <w:smallCaps w:val="0"/>
          <w:strike w:val="0"/>
          <w:sz w:val="22"/>
          <w:u w:val="single"/>
        </w:rPr>
        <w:t>direct investment</w:t>
      </w:r>
      <w:r>
        <w:rPr>
          <w:b w:val="0"/>
          <w:i w:val="0"/>
          <w:smallCaps w:val="0"/>
          <w:strike w:val="0"/>
          <w:sz w:val="22"/>
          <w:u w:val="single"/>
        </w:rPr>
        <w:t xml:space="preserve"> in </w:t>
      </w:r>
      <w:r>
        <w:rPr>
          <w:b/>
          <w:i w:val="0"/>
          <w:smallCaps w:val="0"/>
          <w:strike w:val="0"/>
          <w:sz w:val="22"/>
          <w:u w:val="single"/>
        </w:rPr>
        <w:t>partner nations</w:t>
      </w:r>
      <w:r>
        <w:rPr>
          <w:b w:val="0"/>
          <w:i w:val="0"/>
          <w:smallCaps w:val="0"/>
          <w:strike w:val="0"/>
          <w:sz w:val="22"/>
          <w:u w:val="single"/>
        </w:rPr>
        <w:t xml:space="preserve">, and use of </w:t>
      </w:r>
      <w:r>
        <w:rPr>
          <w:b/>
          <w:i w:val="0"/>
          <w:smallCaps w:val="0"/>
          <w:strike w:val="0"/>
          <w:sz w:val="22"/>
          <w:u w:val="single"/>
        </w:rPr>
        <w:t>other financial incentives.</w:t>
      </w:r>
      <w:r>
        <w:rPr>
          <w:b w:val="0"/>
          <w:i w:val="0"/>
          <w:smallCaps w:val="0"/>
          <w:strike w:val="0"/>
          <w:sz w:val="22"/>
          <w:u w:val="single"/>
        </w:rPr>
        <w:t xml:space="preserve"> However, there is </w:t>
      </w:r>
      <w:r>
        <w:rPr>
          <w:b/>
          <w:i w:val="0"/>
          <w:smallCaps w:val="0"/>
          <w:strike w:val="0"/>
          <w:sz w:val="22"/>
          <w:u w:val="single"/>
        </w:rPr>
        <w:t>no guarantee</w:t>
      </w:r>
      <w:r>
        <w:rPr>
          <w:b w:val="0"/>
          <w:i w:val="0"/>
          <w:smallCaps w:val="0"/>
          <w:strike w:val="0"/>
          <w:sz w:val="22"/>
          <w:u w:val="single"/>
        </w:rPr>
        <w:t xml:space="preserve"> that </w:t>
      </w:r>
      <w:r>
        <w:rPr>
          <w:b/>
          <w:i w:val="0"/>
          <w:smallCaps w:val="0"/>
          <w:strike w:val="0"/>
          <w:sz w:val="22"/>
          <w:u w:val="single"/>
        </w:rPr>
        <w:t>such competition</w:t>
      </w:r>
      <w:r>
        <w:rPr>
          <w:b w:val="0"/>
          <w:i w:val="0"/>
          <w:smallCaps w:val="0"/>
          <w:strike w:val="0"/>
          <w:sz w:val="22"/>
          <w:u w:val="single"/>
        </w:rPr>
        <w:t xml:space="preserve"> will </w:t>
      </w:r>
      <w:r>
        <w:rPr>
          <w:b/>
          <w:i w:val="0"/>
          <w:smallCaps w:val="0"/>
          <w:strike w:val="0"/>
          <w:sz w:val="22"/>
          <w:u w:val="single"/>
        </w:rPr>
        <w:t>remain peaceful</w:t>
      </w:r>
      <w:r>
        <w:rPr>
          <w:b w:val="0"/>
          <w:i w:val="0"/>
          <w:smallCaps w:val="0"/>
          <w:strike w:val="0"/>
          <w:sz w:val="22"/>
          <w:u w:val="single"/>
        </w:rPr>
        <w:t xml:space="preserve">. </w:t>
      </w:r>
      <w:r>
        <w:rPr>
          <w:b w:val="0"/>
          <w:i w:val="0"/>
          <w:smallCaps w:val="0"/>
          <w:strike w:val="0"/>
          <w:sz w:val="22"/>
          <w:highlight w:val="cyan"/>
          <w:u w:val="single"/>
        </w:rPr>
        <w:t>As affluent nations</w:t>
      </w:r>
      <w:r>
        <w:rPr>
          <w:b w:val="0"/>
          <w:i w:val="0"/>
          <w:smallCaps w:val="0"/>
          <w:strike w:val="0"/>
          <w:sz w:val="22"/>
          <w:u w:val="single"/>
        </w:rPr>
        <w:t xml:space="preserve"> and individuals can find ways to </w:t>
      </w:r>
      <w:r>
        <w:rPr>
          <w:b/>
          <w:i w:val="0"/>
          <w:smallCaps w:val="0"/>
          <w:strike w:val="0"/>
          <w:sz w:val="22"/>
          <w:u w:val="single"/>
        </w:rPr>
        <w:t>mitigate shortages</w:t>
      </w:r>
      <w:r>
        <w:rPr>
          <w:b w:val="0"/>
          <w:i w:val="0"/>
          <w:smallCaps w:val="0"/>
          <w:strike w:val="0"/>
          <w:sz w:val="22"/>
          <w:u w:val="single"/>
        </w:rPr>
        <w:t xml:space="preserve">, they may create </w:t>
      </w:r>
      <w:r>
        <w:rPr>
          <w:b/>
          <w:i w:val="0"/>
          <w:smallCaps w:val="0"/>
          <w:strike w:val="0"/>
          <w:sz w:val="22"/>
          <w:u w:val="single"/>
        </w:rPr>
        <w:t>blocs</w:t>
      </w:r>
      <w:r>
        <w:rPr>
          <w:b w:val="0"/>
          <w:i w:val="0"/>
          <w:smallCaps w:val="0"/>
          <w:strike w:val="0"/>
          <w:sz w:val="22"/>
          <w:u w:val="single"/>
        </w:rPr>
        <w:t xml:space="preserve"> of “</w:t>
      </w:r>
      <w:r>
        <w:rPr>
          <w:b/>
          <w:i w:val="0"/>
          <w:smallCaps w:val="0"/>
          <w:strike w:val="0"/>
          <w:sz w:val="22"/>
          <w:u w:val="single"/>
        </w:rPr>
        <w:t>haves</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have nots,”</w:t>
      </w:r>
      <w:r>
        <w:rPr>
          <w:b w:val="0"/>
          <w:i w:val="0"/>
          <w:smallCaps w:val="0"/>
          <w:strike w:val="0"/>
          <w:u w:val="none"/>
        </w:rPr>
        <w:t xml:space="preserve"> where some actors have enough but others cannot meet basic needs. “Haves” may find ways to more directly change distribution, most likely at the expense of other “have nots.” Or “</w:t>
      </w:r>
      <w:r>
        <w:rPr>
          <w:b/>
          <w:i w:val="0"/>
          <w:smallCaps w:val="0"/>
          <w:strike w:val="0"/>
          <w:sz w:val="22"/>
          <w:u w:val="single"/>
        </w:rPr>
        <w:t>have</w:t>
      </w:r>
      <w:r>
        <w:rPr>
          <w:b w:val="0"/>
          <w:i w:val="0"/>
          <w:smallCaps w:val="0"/>
          <w:strike w:val="0"/>
          <w:u w:val="none"/>
        </w:rPr>
        <w:t xml:space="preserve">” </w:t>
      </w:r>
      <w:r>
        <w:rPr>
          <w:b w:val="0"/>
          <w:i w:val="0"/>
          <w:smallCaps w:val="0"/>
          <w:strike w:val="0"/>
          <w:sz w:val="22"/>
          <w:u w:val="single"/>
        </w:rPr>
        <w:t xml:space="preserve">nations may </w:t>
      </w:r>
      <w:r>
        <w:rPr>
          <w:b w:val="0"/>
          <w:i w:val="0"/>
          <w:smallCaps w:val="0"/>
          <w:strike w:val="0"/>
          <w:sz w:val="22"/>
          <w:highlight w:val="cyan"/>
          <w:u w:val="single"/>
        </w:rPr>
        <w:t xml:space="preserve">try to </w:t>
      </w:r>
      <w:r>
        <w:rPr>
          <w:b/>
          <w:i w:val="0"/>
          <w:smallCaps w:val="0"/>
          <w:strike w:val="0"/>
          <w:sz w:val="22"/>
          <w:highlight w:val="cyan"/>
          <w:u w:val="single"/>
        </w:rPr>
        <w:t>forcefully safeguard</w:t>
      </w:r>
      <w:r>
        <w:rPr>
          <w:b w:val="0"/>
          <w:i w:val="0"/>
          <w:smallCaps w:val="0"/>
          <w:strike w:val="0"/>
          <w:sz w:val="22"/>
          <w:u w:val="single"/>
        </w:rPr>
        <w:t xml:space="preserve"> </w:t>
      </w:r>
      <w:r>
        <w:rPr>
          <w:b w:val="0"/>
          <w:i w:val="0"/>
          <w:smallCaps w:val="0"/>
          <w:strike w:val="0"/>
          <w:sz w:val="22"/>
          <w:highlight w:val="cyan"/>
          <w:u w:val="single"/>
        </w:rPr>
        <w:t xml:space="preserve">what they have </w:t>
      </w:r>
      <w:r>
        <w:rPr>
          <w:b/>
          <w:i w:val="0"/>
          <w:smallCaps w:val="0"/>
          <w:strike w:val="0"/>
          <w:sz w:val="22"/>
          <w:highlight w:val="cyan"/>
          <w:u w:val="single"/>
        </w:rPr>
        <w:t>gained</w:t>
      </w:r>
      <w:r>
        <w:rPr>
          <w:b w:val="0"/>
          <w:i w:val="0"/>
          <w:smallCaps w:val="0"/>
          <w:strike w:val="0"/>
          <w:sz w:val="22"/>
          <w:u w:val="single"/>
        </w:rPr>
        <w:t xml:space="preserve"> and work to </w:t>
      </w:r>
      <w:r>
        <w:rPr>
          <w:b/>
          <w:i w:val="0"/>
          <w:smallCaps w:val="0"/>
          <w:strike w:val="0"/>
          <w:sz w:val="22"/>
          <w:u w:val="single"/>
        </w:rPr>
        <w:t>exclude competitors</w:t>
      </w:r>
      <w:r>
        <w:rPr>
          <w:b w:val="0"/>
          <w:i w:val="0"/>
          <w:smallCaps w:val="0"/>
          <w:strike w:val="0"/>
          <w:u w:val="none"/>
        </w:rPr>
        <w:t xml:space="preserve">. In all these cases, </w:t>
      </w:r>
      <w:r>
        <w:rPr>
          <w:b w:val="0"/>
          <w:i w:val="0"/>
          <w:smallCaps w:val="0"/>
          <w:strike w:val="0"/>
          <w:sz w:val="22"/>
          <w:u w:val="single"/>
        </w:rPr>
        <w:t xml:space="preserve">the </w:t>
      </w:r>
      <w:r>
        <w:rPr>
          <w:b w:val="0"/>
          <w:i w:val="0"/>
          <w:smallCaps w:val="0"/>
          <w:strike w:val="0"/>
          <w:sz w:val="22"/>
          <w:highlight w:val="cyan"/>
          <w:u w:val="single"/>
        </w:rPr>
        <w:t>actors</w:t>
      </w:r>
      <w:r>
        <w:rPr>
          <w:b w:val="0"/>
          <w:i w:val="0"/>
          <w:smallCaps w:val="0"/>
          <w:strike w:val="0"/>
          <w:sz w:val="22"/>
          <w:u w:val="single"/>
        </w:rPr>
        <w:t xml:space="preserve"> are </w:t>
      </w:r>
      <w:r>
        <w:rPr>
          <w:b/>
          <w:i w:val="0"/>
          <w:smallCaps w:val="0"/>
          <w:strike w:val="0"/>
          <w:sz w:val="22"/>
          <w:highlight w:val="cyan"/>
          <w:u w:val="single"/>
        </w:rPr>
        <w:t>facing shortages</w:t>
      </w:r>
      <w:r>
        <w:rPr>
          <w:b w:val="0"/>
          <w:i w:val="0"/>
          <w:smallCaps w:val="0"/>
          <w:strike w:val="0"/>
          <w:sz w:val="22"/>
          <w:u w:val="single"/>
        </w:rPr>
        <w:t xml:space="preserve">, </w:t>
      </w:r>
      <w:r>
        <w:rPr>
          <w:b w:val="0"/>
          <w:i w:val="0"/>
          <w:smallCaps w:val="0"/>
          <w:strike w:val="0"/>
          <w:u w:val="none"/>
        </w:rPr>
        <w:t xml:space="preserve">occasioned by interdependence, </w:t>
      </w:r>
      <w:r>
        <w:rPr>
          <w:b w:val="0"/>
          <w:i w:val="0"/>
          <w:smallCaps w:val="0"/>
          <w:strike w:val="0"/>
          <w:sz w:val="22"/>
          <w:u w:val="single"/>
        </w:rPr>
        <w:t xml:space="preserve">and </w:t>
      </w:r>
      <w:r>
        <w:rPr>
          <w:b/>
          <w:i w:val="0"/>
          <w:smallCaps w:val="0"/>
          <w:strike w:val="0"/>
          <w:sz w:val="22"/>
          <w:u w:val="single"/>
        </w:rPr>
        <w:t>seeking security</w:t>
      </w:r>
      <w:r>
        <w:rPr>
          <w:b w:val="0"/>
          <w:i w:val="0"/>
          <w:smallCaps w:val="0"/>
          <w:strike w:val="0"/>
          <w:sz w:val="22"/>
          <w:u w:val="single"/>
        </w:rPr>
        <w:t xml:space="preserve"> for</w:t>
      </w:r>
      <w:r>
        <w:rPr>
          <w:b w:val="0"/>
          <w:i w:val="0"/>
          <w:smallCaps w:val="0"/>
          <w:strike w:val="0"/>
          <w:u w:val="none"/>
        </w:rPr>
        <w:t xml:space="preserve"> </w:t>
      </w:r>
      <w:r>
        <w:rPr>
          <w:b w:val="0"/>
          <w:i w:val="0"/>
          <w:smallCaps w:val="0"/>
          <w:strike w:val="0"/>
          <w:sz w:val="22"/>
          <w:u w:val="single"/>
        </w:rPr>
        <w:t xml:space="preserve">themselves in ways that </w:t>
      </w:r>
      <w:r>
        <w:rPr>
          <w:b w:val="0"/>
          <w:i w:val="0"/>
          <w:smallCaps w:val="0"/>
          <w:strike w:val="0"/>
          <w:sz w:val="22"/>
          <w:u w:val="single"/>
        </w:rPr>
        <w:t xml:space="preserve">actually </w:t>
      </w:r>
      <w:r>
        <w:rPr>
          <w:b/>
          <w:i w:val="0"/>
          <w:smallCaps w:val="0"/>
          <w:strike w:val="0"/>
          <w:sz w:val="22"/>
          <w:highlight w:val="cyan"/>
          <w:u w:val="single"/>
        </w:rPr>
        <w:t>promote</w:t>
      </w:r>
      <w:r>
        <w:rPr>
          <w:b w:val="0"/>
          <w:i w:val="0"/>
          <w:smallCaps w:val="0"/>
          <w:strike w:val="0"/>
          <w:sz w:val="22"/>
          <w:u w:val="single"/>
        </w:rPr>
        <w:t xml:space="preserve"> </w:t>
      </w:r>
      <w:r>
        <w:rPr>
          <w:b/>
          <w:i w:val="0"/>
          <w:smallCaps w:val="0"/>
          <w:strike w:val="0"/>
          <w:sz w:val="22"/>
          <w:u w:val="single"/>
        </w:rPr>
        <w:t xml:space="preserve">wider </w:t>
      </w:r>
      <w:r>
        <w:rPr>
          <w:b/>
          <w:i w:val="0"/>
          <w:smallCaps w:val="0"/>
          <w:strike w:val="0"/>
          <w:sz w:val="22"/>
          <w:highlight w:val="cyan"/>
          <w:u w:val="single"/>
        </w:rPr>
        <w:t xml:space="preserve">international </w:t>
      </w:r>
      <w:r>
        <w:rPr>
          <w:b/>
          <w:i w:val="0"/>
          <w:smallCaps w:val="0"/>
          <w:strike w:val="0"/>
          <w:sz w:val="22"/>
          <w:u w:val="single"/>
        </w:rPr>
        <w:t xml:space="preserve">systemic </w:t>
      </w:r>
      <w:r>
        <w:rPr>
          <w:b/>
          <w:i w:val="0"/>
          <w:smallCaps w:val="0"/>
          <w:strike w:val="0"/>
          <w:sz w:val="22"/>
          <w:highlight w:val="cyan"/>
          <w:u w:val="single"/>
        </w:rPr>
        <w:t>instability</w:t>
      </w:r>
      <w:r>
        <w:rPr>
          <w:b w:val="0"/>
          <w:i w:val="0"/>
          <w:smallCaps w:val="0"/>
          <w:strike w:val="0"/>
          <w:highlight w:val="cyan"/>
          <w:u w:val="none"/>
        </w:rPr>
        <w:t>.</w:t>
      </w:r>
      <w:r>
        <w:rPr>
          <w:b w:val="0"/>
          <w:i w:val="0"/>
          <w:smallCaps w:val="0"/>
          <w:strike w:val="0"/>
          <w:u w:val="none"/>
        </w:rPr>
        <w:t xml:space="preserve"> </w:t>
      </w:r>
      <w:r>
        <w:rPr>
          <w:b/>
          <w:i w:val="0"/>
          <w:smallCaps w:val="0"/>
          <w:strike w:val="0"/>
          <w:sz w:val="22"/>
          <w:u w:val="single"/>
        </w:rPr>
        <w:t xml:space="preserve">Escalation of Conflict </w:t>
      </w:r>
      <w:r>
        <w:rPr>
          <w:b w:val="0"/>
          <w:i w:val="0"/>
          <w:smallCaps w:val="0"/>
          <w:strike w:val="0"/>
          <w:sz w:val="22"/>
          <w:u w:val="single"/>
        </w:rPr>
        <w:t xml:space="preserve">In some cases, supply chain disruptions can have an even </w:t>
      </w:r>
      <w:r>
        <w:rPr>
          <w:b/>
          <w:i w:val="0"/>
          <w:smallCaps w:val="0"/>
          <w:strike w:val="0"/>
          <w:sz w:val="22"/>
          <w:u w:val="single"/>
        </w:rPr>
        <w:t>more-direct impact</w:t>
      </w:r>
      <w:r>
        <w:rPr>
          <w:b w:val="0"/>
          <w:i w:val="0"/>
          <w:smallCaps w:val="0"/>
          <w:strike w:val="0"/>
          <w:sz w:val="22"/>
          <w:u w:val="single"/>
        </w:rPr>
        <w:t xml:space="preserve"> than </w:t>
      </w:r>
      <w:r>
        <w:rPr>
          <w:b/>
          <w:i w:val="0"/>
          <w:smallCaps w:val="0"/>
          <w:strike w:val="0"/>
          <w:sz w:val="22"/>
          <w:u w:val="single"/>
        </w:rPr>
        <w:t>general disruption,</w:t>
      </w:r>
      <w:r>
        <w:rPr>
          <w:b w:val="0"/>
          <w:i w:val="0"/>
          <w:smallCaps w:val="0"/>
          <w:strike w:val="0"/>
          <w:u w:val="none"/>
        </w:rPr>
        <w:t xml:space="preserve"> </w:t>
      </w:r>
      <w:r>
        <w:rPr>
          <w:b w:val="0"/>
          <w:i w:val="0"/>
          <w:smallCaps w:val="0"/>
          <w:strike w:val="0"/>
          <w:sz w:val="22"/>
          <w:u w:val="single"/>
        </w:rPr>
        <w:t xml:space="preserve">causing </w:t>
      </w:r>
      <w:r>
        <w:rPr>
          <w:b/>
          <w:i w:val="0"/>
          <w:smallCaps w:val="0"/>
          <w:strike w:val="0"/>
          <w:sz w:val="22"/>
          <w:u w:val="single"/>
        </w:rPr>
        <w:t>shortages</w:t>
      </w:r>
      <w:r>
        <w:rPr>
          <w:b w:val="0"/>
          <w:i w:val="0"/>
          <w:smallCaps w:val="0"/>
          <w:strike w:val="0"/>
          <w:sz w:val="22"/>
          <w:u w:val="single"/>
        </w:rPr>
        <w:t xml:space="preserve"> of </w:t>
      </w:r>
      <w:r>
        <w:rPr>
          <w:b/>
          <w:i w:val="0"/>
          <w:smallCaps w:val="0"/>
          <w:strike w:val="0"/>
          <w:sz w:val="22"/>
          <w:u w:val="single"/>
        </w:rPr>
        <w:t>commodities</w:t>
      </w:r>
      <w:r>
        <w:rPr>
          <w:b w:val="0"/>
          <w:i w:val="0"/>
          <w:smallCaps w:val="0"/>
          <w:strike w:val="0"/>
          <w:u w:val="none"/>
        </w:rPr>
        <w:t xml:space="preserve"> </w:t>
      </w:r>
      <w:r>
        <w:rPr>
          <w:b w:val="0"/>
          <w:i w:val="0"/>
          <w:smallCaps w:val="0"/>
          <w:strike w:val="0"/>
          <w:sz w:val="22"/>
          <w:u w:val="single"/>
        </w:rPr>
        <w:t xml:space="preserve">the nation </w:t>
      </w:r>
      <w:r>
        <w:rPr>
          <w:b/>
          <w:i w:val="0"/>
          <w:smallCaps w:val="0"/>
          <w:strike w:val="0"/>
          <w:sz w:val="22"/>
          <w:u w:val="single"/>
        </w:rPr>
        <w:t>must have</w:t>
      </w:r>
      <w:r>
        <w:rPr>
          <w:b w:val="0"/>
          <w:i w:val="0"/>
          <w:smallCaps w:val="0"/>
          <w:strike w:val="0"/>
          <w:sz w:val="22"/>
          <w:u w:val="single"/>
        </w:rPr>
        <w:t xml:space="preserve"> to </w:t>
      </w:r>
      <w:r>
        <w:rPr>
          <w:b/>
          <w:i w:val="0"/>
          <w:smallCaps w:val="0"/>
          <w:strike w:val="0"/>
          <w:sz w:val="22"/>
          <w:u w:val="single"/>
        </w:rPr>
        <w:t>ensure national security</w:t>
      </w:r>
      <w:r>
        <w:rPr>
          <w:b w:val="0"/>
          <w:i w:val="0"/>
          <w:smallCaps w:val="0"/>
          <w:strike w:val="0"/>
          <w:u w:val="none"/>
        </w:rPr>
        <w:t xml:space="preserve">. This kind of disruption can go beyond matters of justice, equity, and general prosperity to threatening a nation's very ability to defend itself and look after its citizens. Some examples are pharmaceuticals and personal protective equipment, energy, food, raw materials used in manufacturing, and semiconductors used in multiple different systems including military applications. </w:t>
      </w:r>
      <w:r>
        <w:rPr>
          <w:b w:val="0"/>
          <w:i w:val="0"/>
          <w:smallCaps w:val="0"/>
          <w:strike w:val="0"/>
          <w:sz w:val="22"/>
          <w:u w:val="single"/>
        </w:rPr>
        <w:t xml:space="preserve">Such </w:t>
      </w:r>
      <w:r>
        <w:rPr>
          <w:b w:val="0"/>
          <w:i w:val="0"/>
          <w:smallCaps w:val="0"/>
          <w:strike w:val="0"/>
          <w:sz w:val="22"/>
          <w:highlight w:val="cyan"/>
          <w:u w:val="single"/>
        </w:rPr>
        <w:t>shortages can</w:t>
      </w:r>
      <w:r>
        <w:rPr>
          <w:b w:val="0"/>
          <w:i w:val="0"/>
          <w:smallCaps w:val="0"/>
          <w:strike w:val="0"/>
          <w:sz w:val="22"/>
          <w:u w:val="single"/>
        </w:rPr>
        <w:t xml:space="preserve"> </w:t>
      </w:r>
      <w:r>
        <w:rPr>
          <w:b w:val="0"/>
          <w:i w:val="0"/>
          <w:smallCaps w:val="0"/>
          <w:strike w:val="0"/>
          <w:sz w:val="22"/>
          <w:highlight w:val="cyan"/>
          <w:u w:val="single"/>
        </w:rPr>
        <w:t>make</w:t>
      </w:r>
      <w:r>
        <w:rPr>
          <w:b w:val="0"/>
          <w:i w:val="0"/>
          <w:smallCaps w:val="0"/>
          <w:strike w:val="0"/>
          <w:sz w:val="22"/>
          <w:u w:val="single"/>
        </w:rPr>
        <w:t xml:space="preserve"> the </w:t>
      </w:r>
      <w:r>
        <w:rPr>
          <w:b/>
          <w:i w:val="0"/>
          <w:smallCaps w:val="0"/>
          <w:strike w:val="0"/>
          <w:sz w:val="22"/>
          <w:highlight w:val="cyan"/>
          <w:u w:val="single"/>
        </w:rPr>
        <w:t>need</w:t>
      </w:r>
      <w:r>
        <w:rPr>
          <w:b w:val="0"/>
          <w:i w:val="0"/>
          <w:smallCaps w:val="0"/>
          <w:strike w:val="0"/>
          <w:sz w:val="22"/>
          <w:highlight w:val="cyan"/>
          <w:u w:val="single"/>
        </w:rPr>
        <w:t xml:space="preserve"> for </w:t>
      </w:r>
      <w:r>
        <w:rPr>
          <w:b w:val="0"/>
          <w:i w:val="0"/>
          <w:smallCaps w:val="0"/>
          <w:strike w:val="0"/>
          <w:sz w:val="22"/>
          <w:u w:val="single"/>
        </w:rPr>
        <w:t xml:space="preserve">a </w:t>
      </w:r>
      <w:r>
        <w:rPr>
          <w:b/>
          <w:i w:val="0"/>
          <w:smallCaps w:val="0"/>
          <w:strike w:val="0"/>
          <w:sz w:val="22"/>
          <w:u w:val="single"/>
        </w:rPr>
        <w:t xml:space="preserve">national </w:t>
      </w:r>
      <w:r>
        <w:rPr>
          <w:b/>
          <w:i w:val="0"/>
          <w:smallCaps w:val="0"/>
          <w:strike w:val="0"/>
          <w:sz w:val="22"/>
          <w:highlight w:val="cyan"/>
          <w:u w:val="single"/>
        </w:rPr>
        <w:t>government</w:t>
      </w:r>
      <w:r>
        <w:rPr>
          <w:b w:val="0"/>
          <w:i w:val="0"/>
          <w:smallCaps w:val="0"/>
          <w:strike w:val="0"/>
          <w:sz w:val="22"/>
          <w:highlight w:val="cyan"/>
          <w:u w:val="single"/>
        </w:rPr>
        <w:t xml:space="preserve"> to </w:t>
      </w:r>
      <w:r>
        <w:rPr>
          <w:b/>
          <w:i w:val="0"/>
          <w:smallCaps w:val="0"/>
          <w:strike w:val="0"/>
          <w:sz w:val="22"/>
          <w:highlight w:val="cyan"/>
          <w:u w:val="single"/>
        </w:rPr>
        <w:t>act</w:t>
      </w:r>
      <w:r>
        <w:rPr>
          <w:b w:val="0"/>
          <w:i w:val="0"/>
          <w:smallCaps w:val="0"/>
          <w:strike w:val="0"/>
          <w:sz w:val="22"/>
          <w:u w:val="single"/>
        </w:rPr>
        <w:t xml:space="preserve"> more </w:t>
      </w:r>
      <w:r>
        <w:rPr>
          <w:b/>
          <w:i w:val="0"/>
          <w:smallCaps w:val="0"/>
          <w:strike w:val="0"/>
          <w:sz w:val="22"/>
          <w:highlight w:val="cyan"/>
          <w:u w:val="single"/>
        </w:rPr>
        <w:t>dire</w:t>
      </w:r>
      <w:r>
        <w:rPr>
          <w:b w:val="0"/>
          <w:i w:val="0"/>
          <w:smallCaps w:val="0"/>
          <w:strike w:val="0"/>
          <w:sz w:val="22"/>
          <w:u w:val="single"/>
        </w:rPr>
        <w:t xml:space="preserve"> and </w:t>
      </w:r>
      <w:r>
        <w:rPr>
          <w:b/>
          <w:i w:val="0"/>
          <w:smallCaps w:val="0"/>
          <w:strike w:val="0"/>
          <w:sz w:val="22"/>
          <w:u w:val="single"/>
        </w:rPr>
        <w:t>immediate</w:t>
      </w:r>
      <w:r>
        <w:rPr>
          <w:b w:val="0"/>
          <w:i w:val="0"/>
          <w:smallCaps w:val="0"/>
          <w:strike w:val="0"/>
          <w:sz w:val="22"/>
          <w:u w:val="single"/>
        </w:rPr>
        <w:t xml:space="preserve"> and thus </w:t>
      </w:r>
      <w:r>
        <w:rPr>
          <w:b/>
          <w:i w:val="0"/>
          <w:smallCaps w:val="0"/>
          <w:strike w:val="0"/>
          <w:sz w:val="22"/>
          <w:u w:val="single"/>
        </w:rPr>
        <w:t>raise the risk of conflict</w:t>
      </w:r>
      <w:r>
        <w:rPr>
          <w:b w:val="0"/>
          <w:i w:val="0"/>
          <w:smallCaps w:val="0"/>
          <w:strike w:val="0"/>
          <w:u w:val="none"/>
        </w:rPr>
        <w:t>. In some cases, particular types of raw materials only exist in certain places, so shifting to more-secure sources isn't even possible.</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