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Advancements decrease the barrier to pulling off a successful attack---causes extinction</w:t>
      </w:r>
    </w:p>
    <w:p>
      <w:pPr>
        <w:spacing w:after="80"/>
      </w:pPr>
      <w:r>
        <w:rPr>
          <w:b/>
          <w:i w:val="0"/>
          <w:smallCaps w:val="0"/>
          <w:strike w:val="0"/>
          <w:sz w:val="26"/>
          <w:u w:val="none"/>
        </w:rPr>
        <w:t>Farmer 17</w:t>
      </w:r>
      <w:r>
        <w:rPr>
          <w:b w:val="0"/>
          <w:i w:val="0"/>
          <w:smallCaps w:val="0"/>
          <w:strike w:val="0"/>
          <w:u w:val="none"/>
        </w:rPr>
        <w:t xml:space="preserve"> (“Bioterrorism could kill more people than nuclear war, Bill Gates to warn world leaders” http://www.telegraph.co.uk/news/2017/02/17/biological-terrorism-could-kill-people-nuclear-attacks-bill/)</w:t>
      </w:r>
    </w:p>
    <w:p>
      <w:pPr>
        <w:spacing w:after="60"/>
      </w:pPr>
      <w:r>
        <w:rPr>
          <w:b w:val="0"/>
          <w:i w:val="0"/>
          <w:smallCaps w:val="0"/>
          <w:strike w:val="0"/>
          <w:sz w:val="22"/>
          <w:highlight w:val="green"/>
          <w:u w:val="single"/>
        </w:rPr>
        <w:t>Bioterrorists could</w:t>
      </w:r>
      <w:r>
        <w:rPr>
          <w:b w:val="0"/>
          <w:i w:val="0"/>
          <w:smallCaps w:val="0"/>
          <w:strike w:val="0"/>
          <w:sz w:val="14"/>
          <w:u w:val="none"/>
        </w:rPr>
        <w:t xml:space="preserve"> one day kill hundreds of millions of people in an </w:t>
      </w:r>
      <w:r>
        <w:rPr>
          <w:b w:val="0"/>
          <w:i w:val="0"/>
          <w:smallCaps w:val="0"/>
          <w:strike w:val="0"/>
          <w:sz w:val="22"/>
          <w:highlight w:val="green"/>
          <w:u w:val="single"/>
        </w:rPr>
        <w:t xml:space="preserve">attack </w:t>
      </w:r>
      <w:r>
        <w:rPr>
          <w:b/>
          <w:i w:val="0"/>
          <w:smallCaps w:val="0"/>
          <w:strike w:val="0"/>
          <w:sz w:val="22"/>
          <w:highlight w:val="green"/>
          <w:u w:val="single"/>
        </w:rPr>
        <w:t>more deadly than nuclear war</w:t>
      </w:r>
      <w:r>
        <w:rPr>
          <w:b w:val="0"/>
          <w:i w:val="0"/>
          <w:smallCaps w:val="0"/>
          <w:strike w:val="0"/>
          <w:sz w:val="14"/>
          <w:u w:val="none"/>
        </w:rPr>
        <w:t xml:space="preserve">, </w:t>
      </w:r>
      <w:r>
        <w:rPr>
          <w:b w:val="0"/>
          <w:i w:val="0"/>
          <w:smallCaps w:val="0"/>
          <w:strike w:val="0"/>
          <w:sz w:val="14"/>
          <w:u w:val="none"/>
        </w:rPr>
        <w:t xml:space="preserve"> will warn world leaders. </w:t>
      </w:r>
      <w:r>
        <w:rPr>
          <w:b/>
          <w:i w:val="0"/>
          <w:smallCaps w:val="0"/>
          <w:strike w:val="0"/>
          <w:sz w:val="22"/>
          <w:highlight w:val="green"/>
          <w:u w:val="single"/>
        </w:rPr>
        <w:t>Rapid advances</w:t>
      </w:r>
      <w:r>
        <w:rPr>
          <w:b w:val="0"/>
          <w:i w:val="0"/>
          <w:smallCaps w:val="0"/>
          <w:strike w:val="0"/>
          <w:sz w:val="22"/>
          <w:highlight w:val="green"/>
          <w:u w:val="single"/>
        </w:rPr>
        <w:t xml:space="preserve"> in</w:t>
      </w:r>
      <w:r>
        <w:rPr>
          <w:b w:val="0"/>
          <w:i w:val="0"/>
          <w:smallCaps w:val="0"/>
          <w:strike w:val="0"/>
          <w:sz w:val="22"/>
          <w:u w:val="single"/>
        </w:rPr>
        <w:t xml:space="preserve"> </w:t>
      </w:r>
      <w:r>
        <w:rPr>
          <w:b w:val="0"/>
          <w:i w:val="0"/>
          <w:smallCaps w:val="0"/>
          <w:strike w:val="0"/>
          <w:sz w:val="22"/>
          <w:highlight w:val="green"/>
          <w:u w:val="single"/>
        </w:rPr>
        <w:t>genetic engineering have opened</w:t>
      </w:r>
      <w:r>
        <w:rPr>
          <w:b w:val="0"/>
          <w:i w:val="0"/>
          <w:smallCaps w:val="0"/>
          <w:strike w:val="0"/>
          <w:sz w:val="22"/>
          <w:u w:val="single"/>
        </w:rPr>
        <w:t xml:space="preserve"> the </w:t>
      </w:r>
      <w:r>
        <w:rPr>
          <w:b w:val="0"/>
          <w:i w:val="0"/>
          <w:smallCaps w:val="0"/>
          <w:strike w:val="0"/>
          <w:sz w:val="22"/>
          <w:highlight w:val="green"/>
          <w:u w:val="single"/>
        </w:rPr>
        <w:t>door for</w:t>
      </w:r>
      <w:r>
        <w:rPr>
          <w:b w:val="0"/>
          <w:i w:val="0"/>
          <w:smallCaps w:val="0"/>
          <w:strike w:val="0"/>
          <w:sz w:val="22"/>
          <w:u w:val="single"/>
        </w:rPr>
        <w:t xml:space="preserve"> small </w:t>
      </w:r>
      <w:r>
        <w:rPr>
          <w:b w:val="0"/>
          <w:i w:val="0"/>
          <w:smallCaps w:val="0"/>
          <w:strike w:val="0"/>
          <w:sz w:val="22"/>
          <w:highlight w:val="green"/>
          <w:u w:val="single"/>
        </w:rPr>
        <w:t>terrorism groups to</w:t>
      </w:r>
      <w:r>
        <w:rPr>
          <w:b w:val="0"/>
          <w:i w:val="0"/>
          <w:smallCaps w:val="0"/>
          <w:strike w:val="0"/>
          <w:sz w:val="22"/>
          <w:u w:val="single"/>
        </w:rPr>
        <w:t xml:space="preserve"> tailor and </w:t>
      </w:r>
      <w:r>
        <w:rPr>
          <w:b w:val="0"/>
          <w:i w:val="0"/>
          <w:smallCaps w:val="0"/>
          <w:strike w:val="0"/>
          <w:sz w:val="22"/>
          <w:highlight w:val="green"/>
          <w:u w:val="single"/>
        </w:rPr>
        <w:t>easily turn</w:t>
      </w:r>
      <w:r>
        <w:rPr>
          <w:b w:val="0"/>
          <w:i w:val="0"/>
          <w:smallCaps w:val="0"/>
          <w:strike w:val="0"/>
          <w:sz w:val="22"/>
          <w:u w:val="single"/>
        </w:rPr>
        <w:t xml:space="preserve"> biological </w:t>
      </w:r>
      <w:r>
        <w:rPr>
          <w:b w:val="0"/>
          <w:i w:val="0"/>
          <w:smallCaps w:val="0"/>
          <w:strike w:val="0"/>
          <w:sz w:val="22"/>
          <w:highlight w:val="green"/>
          <w:u w:val="single"/>
        </w:rPr>
        <w:t>viruses into weapons</w:t>
      </w:r>
      <w:r>
        <w:rPr>
          <w:b w:val="0"/>
          <w:i w:val="0"/>
          <w:smallCaps w:val="0"/>
          <w:strike w:val="0"/>
          <w:sz w:val="14"/>
          <w:u w:val="none"/>
        </w:rPr>
        <w:t xml:space="preserve">. </w:t>
      </w:r>
      <w:r>
        <w:rPr>
          <w:b w:val="0"/>
          <w:i w:val="0"/>
          <w:smallCaps w:val="0"/>
          <w:strike w:val="0"/>
          <w:sz w:val="22"/>
          <w:u w:val="single"/>
        </w:rPr>
        <w:t xml:space="preserve">A resulting disease pandemic is currently one of the </w:t>
      </w:r>
      <w:r>
        <w:rPr>
          <w:b w:val="0"/>
          <w:i w:val="0"/>
          <w:smallCaps w:val="0"/>
          <w:strike w:val="0"/>
          <w:sz w:val="22"/>
          <w:u w:val="single"/>
        </w:rPr>
        <w:t>most deadly</w:t>
      </w:r>
      <w:r>
        <w:rPr>
          <w:b w:val="0"/>
          <w:i w:val="0"/>
          <w:smallCaps w:val="0"/>
          <w:strike w:val="0"/>
          <w:sz w:val="22"/>
          <w:u w:val="single"/>
        </w:rPr>
        <w:t xml:space="preserve"> threats faced by the world</w:t>
      </w:r>
      <w:r>
        <w:rPr>
          <w:b w:val="0"/>
          <w:i w:val="0"/>
          <w:smallCaps w:val="0"/>
          <w:strike w:val="0"/>
          <w:sz w:val="14"/>
          <w:u w:val="none"/>
        </w:rPr>
        <w:t xml:space="preserve">, he believes, </w:t>
      </w:r>
      <w:r>
        <w:rPr>
          <w:b w:val="0"/>
          <w:i w:val="0"/>
          <w:smallCaps w:val="0"/>
          <w:strike w:val="0"/>
          <w:sz w:val="22"/>
          <w:highlight w:val="green"/>
          <w:u w:val="single"/>
        </w:rPr>
        <w:t>yet governments are complacent</w:t>
      </w:r>
      <w:r>
        <w:rPr>
          <w:b w:val="0"/>
          <w:i w:val="0"/>
          <w:smallCaps w:val="0"/>
          <w:strike w:val="0"/>
          <w:sz w:val="22"/>
          <w:u w:val="single"/>
        </w:rPr>
        <w:t xml:space="preserve"> about</w:t>
      </w:r>
      <w:r>
        <w:rPr>
          <w:b w:val="0"/>
          <w:i w:val="0"/>
          <w:smallCaps w:val="0"/>
          <w:strike w:val="0"/>
          <w:sz w:val="14"/>
          <w:u w:val="none"/>
        </w:rPr>
        <w:t xml:space="preserve"> the scale of </w:t>
      </w:r>
      <w:r>
        <w:rPr>
          <w:b w:val="0"/>
          <w:i w:val="0"/>
          <w:smallCaps w:val="0"/>
          <w:strike w:val="0"/>
          <w:sz w:val="22"/>
          <w:u w:val="single"/>
        </w:rPr>
        <w:t xml:space="preserve">the risk. </w:t>
      </w:r>
      <w:r>
        <w:rPr>
          <w:b w:val="0"/>
          <w:i w:val="0"/>
          <w:smallCaps w:val="0"/>
          <w:strike w:val="0"/>
          <w:sz w:val="14"/>
          <w:u w:val="none"/>
        </w:rPr>
        <w:t xml:space="preserve">Speaking ahead of an address to the Munich Security Conference, the </w:t>
      </w:r>
      <w:r>
        <w:rPr>
          <w:b w:val="0"/>
          <w:i w:val="0"/>
          <w:smallCaps w:val="0"/>
          <w:strike w:val="0"/>
          <w:sz w:val="14"/>
          <w:u w:val="none"/>
        </w:rPr>
        <w:t xml:space="preserve"> said that while governments are concerned with the proliferation of nuclear and chemical weapons, </w:t>
      </w:r>
      <w:r>
        <w:rPr>
          <w:b w:val="0"/>
          <w:i w:val="0"/>
          <w:smallCaps w:val="0"/>
          <w:strike w:val="0"/>
          <w:sz w:val="22"/>
          <w:u w:val="single"/>
        </w:rPr>
        <w:t xml:space="preserve">they are overlooking the threat of biological warfare. </w:t>
      </w:r>
      <w:r>
        <w:rPr>
          <w:b w:val="0"/>
          <w:i w:val="0"/>
          <w:smallCaps w:val="0"/>
          <w:strike w:val="0"/>
          <w:sz w:val="14"/>
          <w:u w:val="none"/>
        </w:rPr>
        <w:t>Mr</w:t>
      </w:r>
      <w:r>
        <w:rPr>
          <w:b w:val="0"/>
          <w:i w:val="0"/>
          <w:smallCaps w:val="0"/>
          <w:strike w:val="0"/>
          <w:sz w:val="14"/>
          <w:u w:val="none"/>
        </w:rPr>
        <w:t xml:space="preserve"> Gates, whose</w:t>
      </w:r>
      <w:r>
        <w:rPr>
          <w:b w:val="0"/>
          <w:i w:val="0"/>
          <w:smallCaps w:val="0"/>
          <w:strike w:val="0"/>
          <w:sz w:val="14"/>
          <w:u w:val="none"/>
        </w:rPr>
        <w:t>is</w:t>
      </w:r>
      <w:r>
        <w:rPr>
          <w:b w:val="0"/>
          <w:i w:val="0"/>
          <w:smallCaps w:val="0"/>
          <w:strike w:val="0"/>
          <w:sz w:val="14"/>
          <w:u w:val="none"/>
        </w:rPr>
        <w:t xml:space="preserve"> funding research into </w:t>
      </w:r>
      <w:r>
        <w:rPr>
          <w:b w:val="0"/>
          <w:i w:val="0"/>
          <w:smallCaps w:val="0"/>
          <w:strike w:val="0"/>
          <w:sz w:val="22"/>
          <w:u w:val="single"/>
        </w:rPr>
        <w:t>quickly spotting outbreaks and speeding up vaccine production</w:t>
      </w:r>
      <w:r>
        <w:rPr>
          <w:b w:val="0"/>
          <w:i w:val="0"/>
          <w:smallCaps w:val="0"/>
          <w:strike w:val="0"/>
          <w:sz w:val="14"/>
          <w:u w:val="none"/>
        </w:rPr>
        <w:t xml:space="preserve">, said the </w:t>
      </w:r>
      <w:r>
        <w:rPr>
          <w:b w:val="0"/>
          <w:i w:val="0"/>
          <w:smallCaps w:val="0"/>
          <w:strike w:val="0"/>
          <w:sz w:val="14"/>
          <w:u w:val="none"/>
        </w:rPr>
        <w:t>defence</w:t>
      </w:r>
      <w:r>
        <w:rPr>
          <w:b w:val="0"/>
          <w:i w:val="0"/>
          <w:smallCaps w:val="0"/>
          <w:strike w:val="0"/>
          <w:sz w:val="14"/>
          <w:u w:val="none"/>
        </w:rPr>
        <w:t xml:space="preserve"> and security establishment “have not been following biology and I’m here to bring them a little bit of bad news”. </w:t>
      </w:r>
      <w:r>
        <w:rPr>
          <w:b w:val="0"/>
          <w:i w:val="0"/>
          <w:smallCaps w:val="0"/>
          <w:strike w:val="0"/>
          <w:sz w:val="14"/>
          <w:u w:val="none"/>
        </w:rPr>
        <w:t>Mr</w:t>
      </w:r>
      <w:r>
        <w:rPr>
          <w:b w:val="0"/>
          <w:i w:val="0"/>
          <w:smallCaps w:val="0"/>
          <w:strike w:val="0"/>
          <w:sz w:val="14"/>
          <w:u w:val="none"/>
        </w:rPr>
        <w:t xml:space="preserve"> Gates will today (Saturday) tell an audience of international leaders and senior officers that the world’s next deadly pandemic “could originate on the computer screen of a terrorist”. He told the Telegraph: “Natural epidemics can be extremely large. Intentionally caused epidemics, bioterrorism, would be the largest of all. “With</w:t>
      </w:r>
      <w:r>
        <w:rPr>
          <w:b w:val="0"/>
          <w:i w:val="0"/>
          <w:smallCaps w:val="0"/>
          <w:strike w:val="0"/>
          <w:sz w:val="22"/>
          <w:u w:val="single"/>
        </w:rPr>
        <w:t xml:space="preserve"> </w:t>
      </w:r>
      <w:r>
        <w:rPr>
          <w:b w:val="0"/>
          <w:i w:val="0"/>
          <w:smallCaps w:val="0"/>
          <w:strike w:val="0"/>
          <w:sz w:val="22"/>
          <w:highlight w:val="green"/>
          <w:u w:val="single"/>
        </w:rPr>
        <w:t>nuclear weapons</w:t>
      </w:r>
      <w:r>
        <w:rPr>
          <w:b w:val="0"/>
          <w:i w:val="0"/>
          <w:smallCaps w:val="0"/>
          <w:strike w:val="0"/>
          <w:sz w:val="14"/>
          <w:u w:val="none"/>
        </w:rPr>
        <w:t xml:space="preserve">, you’d think you </w:t>
      </w:r>
      <w:r>
        <w:rPr>
          <w:b w:val="0"/>
          <w:i w:val="0"/>
          <w:smallCaps w:val="0"/>
          <w:strike w:val="0"/>
          <w:sz w:val="22"/>
          <w:highlight w:val="green"/>
          <w:u w:val="single"/>
        </w:rPr>
        <w:t>would</w:t>
      </w:r>
      <w:r>
        <w:rPr>
          <w:b w:val="0"/>
          <w:i w:val="0"/>
          <w:smallCaps w:val="0"/>
          <w:strike w:val="0"/>
          <w:sz w:val="22"/>
          <w:u w:val="single"/>
        </w:rPr>
        <w:t xml:space="preserve"> probably </w:t>
      </w:r>
      <w:r>
        <w:rPr>
          <w:b w:val="0"/>
          <w:i w:val="0"/>
          <w:smallCaps w:val="0"/>
          <w:strike w:val="0"/>
          <w:sz w:val="22"/>
          <w:highlight w:val="green"/>
          <w:u w:val="single"/>
        </w:rPr>
        <w:t>stop</w:t>
      </w:r>
      <w:r>
        <w:rPr>
          <w:b w:val="0"/>
          <w:i w:val="0"/>
          <w:smallCaps w:val="0"/>
          <w:strike w:val="0"/>
          <w:sz w:val="22"/>
          <w:u w:val="single"/>
        </w:rPr>
        <w:t xml:space="preserve"> after </w:t>
      </w:r>
      <w:r>
        <w:rPr>
          <w:b w:val="0"/>
          <w:i w:val="0"/>
          <w:smallCaps w:val="0"/>
          <w:strike w:val="0"/>
          <w:sz w:val="22"/>
          <w:highlight w:val="green"/>
          <w:u w:val="single"/>
        </w:rPr>
        <w:t>killing</w:t>
      </w:r>
      <w:r>
        <w:rPr>
          <w:b w:val="0"/>
          <w:i w:val="0"/>
          <w:smallCaps w:val="0"/>
          <w:strike w:val="0"/>
          <w:sz w:val="22"/>
          <w:u w:val="single"/>
        </w:rPr>
        <w:t xml:space="preserve"> 100million. </w:t>
      </w:r>
      <w:r>
        <w:rPr>
          <w:b w:val="0"/>
          <w:i w:val="0"/>
          <w:smallCaps w:val="0"/>
          <w:strike w:val="0"/>
          <w:sz w:val="22"/>
          <w:highlight w:val="green"/>
          <w:u w:val="single"/>
        </w:rPr>
        <w:t>Smallpox won’t</w:t>
      </w:r>
      <w:r>
        <w:rPr>
          <w:b w:val="0"/>
          <w:i w:val="0"/>
          <w:smallCaps w:val="0"/>
          <w:strike w:val="0"/>
          <w:sz w:val="22"/>
          <w:u w:val="single"/>
        </w:rPr>
        <w:t xml:space="preserve"> stop. Because the population is naïve</w:t>
      </w:r>
      <w:r>
        <w:rPr>
          <w:b w:val="0"/>
          <w:i w:val="0"/>
          <w:smallCaps w:val="0"/>
          <w:strike w:val="0"/>
          <w:sz w:val="14"/>
          <w:u w:val="none"/>
        </w:rPr>
        <w:t xml:space="preserve">, </w:t>
      </w:r>
      <w:r>
        <w:rPr>
          <w:b w:val="0"/>
          <w:i w:val="0"/>
          <w:smallCaps w:val="0"/>
          <w:strike w:val="0"/>
          <w:sz w:val="22"/>
          <w:u w:val="single"/>
        </w:rPr>
        <w:t xml:space="preserve">and </w:t>
      </w:r>
      <w:r>
        <w:rPr>
          <w:b w:val="0"/>
          <w:i w:val="0"/>
          <w:smallCaps w:val="0"/>
          <w:strike w:val="0"/>
          <w:sz w:val="22"/>
          <w:highlight w:val="green"/>
          <w:u w:val="single"/>
        </w:rPr>
        <w:t>there are no</w:t>
      </w:r>
      <w:r>
        <w:rPr>
          <w:b w:val="0"/>
          <w:i w:val="0"/>
          <w:smallCaps w:val="0"/>
          <w:strike w:val="0"/>
          <w:sz w:val="22"/>
          <w:u w:val="single"/>
        </w:rPr>
        <w:t xml:space="preserve"> real </w:t>
      </w:r>
      <w:r>
        <w:rPr>
          <w:b w:val="0"/>
          <w:i w:val="0"/>
          <w:smallCaps w:val="0"/>
          <w:strike w:val="0"/>
          <w:sz w:val="22"/>
          <w:highlight w:val="green"/>
          <w:u w:val="single"/>
        </w:rPr>
        <w:t>preparations</w:t>
      </w:r>
      <w:r>
        <w:rPr>
          <w:b w:val="0"/>
          <w:i w:val="0"/>
          <w:smallCaps w:val="0"/>
          <w:strike w:val="0"/>
          <w:sz w:val="14"/>
          <w:u w:val="none"/>
        </w:rPr>
        <w:t xml:space="preserve">. That, if it got out and spread, would be a larger number.” He said </w:t>
      </w:r>
      <w:r>
        <w:rPr>
          <w:b w:val="0"/>
          <w:i w:val="0"/>
          <w:smallCaps w:val="0"/>
          <w:strike w:val="0"/>
          <w:sz w:val="22"/>
          <w:highlight w:val="green"/>
          <w:u w:val="single"/>
        </w:rPr>
        <w:t xml:space="preserve">developments in genetic engineering were proceeding at a </w:t>
      </w:r>
      <w:r>
        <w:rPr>
          <w:b/>
          <w:i w:val="0"/>
          <w:smallCaps w:val="0"/>
          <w:strike w:val="0"/>
          <w:sz w:val="22"/>
          <w:highlight w:val="green"/>
          <w:u w:val="single"/>
        </w:rPr>
        <w:t>“mind-blowing rate”.</w:t>
      </w:r>
      <w:r>
        <w:rPr>
          <w:b w:val="0"/>
          <w:i w:val="0"/>
          <w:smallCaps w:val="0"/>
          <w:strike w:val="0"/>
          <w:sz w:val="22"/>
          <w:highlight w:val="green"/>
          <w:u w:val="single"/>
        </w:rPr>
        <w:t xml:space="preserve"> Biological warfare</w:t>
      </w:r>
      <w:r>
        <w:rPr>
          <w:b w:val="0"/>
          <w:i w:val="0"/>
          <w:smallCaps w:val="0"/>
          <w:strike w:val="0"/>
          <w:sz w:val="22"/>
          <w:u w:val="single"/>
        </w:rPr>
        <w:t xml:space="preserve"> ambitions </w:t>
      </w:r>
      <w:r>
        <w:rPr>
          <w:b w:val="0"/>
          <w:i w:val="0"/>
          <w:smallCaps w:val="0"/>
          <w:strike w:val="0"/>
          <w:sz w:val="22"/>
          <w:highlight w:val="green"/>
          <w:u w:val="single"/>
        </w:rPr>
        <w:t>once limited to</w:t>
      </w:r>
      <w:r>
        <w:rPr>
          <w:b w:val="0"/>
          <w:i w:val="0"/>
          <w:smallCaps w:val="0"/>
          <w:strike w:val="0"/>
          <w:sz w:val="22"/>
          <w:u w:val="single"/>
        </w:rPr>
        <w:t xml:space="preserve"> a handful of </w:t>
      </w:r>
      <w:r>
        <w:rPr>
          <w:b w:val="0"/>
          <w:i w:val="0"/>
          <w:smallCaps w:val="0"/>
          <w:strike w:val="0"/>
          <w:sz w:val="22"/>
          <w:highlight w:val="green"/>
          <w:u w:val="single"/>
        </w:rPr>
        <w:t xml:space="preserve">nation states are now open to small groups with </w:t>
      </w:r>
      <w:r>
        <w:rPr>
          <w:b/>
          <w:i w:val="0"/>
          <w:smallCaps w:val="0"/>
          <w:strike w:val="0"/>
          <w:sz w:val="22"/>
          <w:highlight w:val="green"/>
          <w:u w:val="single"/>
        </w:rPr>
        <w:t>limited resources and skills</w:t>
      </w:r>
      <w:r>
        <w:rPr>
          <w:b w:val="0"/>
          <w:i w:val="0"/>
          <w:smallCaps w:val="0"/>
          <w:strike w:val="0"/>
          <w:sz w:val="22"/>
          <w:u w:val="single"/>
        </w:rPr>
        <w:t xml:space="preserve">. </w:t>
      </w:r>
      <w:r>
        <w:rPr>
          <w:b w:val="0"/>
          <w:i w:val="0"/>
          <w:smallCaps w:val="0"/>
          <w:strike w:val="0"/>
          <w:sz w:val="14"/>
          <w:u w:val="none"/>
        </w:rPr>
        <w:t xml:space="preserve">He said: “They make it much easier for a non-state person. It doesn’t take much biology expertise nowadays to assemble a smallpox virus. Biology is making it way easier to create these things.” The </w:t>
      </w:r>
      <w:r>
        <w:rPr>
          <w:b w:val="0"/>
          <w:i w:val="0"/>
          <w:smallCaps w:val="0"/>
          <w:strike w:val="0"/>
          <w:sz w:val="22"/>
          <w:highlight w:val="green"/>
          <w:u w:val="single"/>
        </w:rPr>
        <w:t>increasingly common use of gene editing</w:t>
      </w:r>
      <w:r>
        <w:rPr>
          <w:b w:val="0"/>
          <w:i w:val="0"/>
          <w:smallCaps w:val="0"/>
          <w:strike w:val="0"/>
          <w:sz w:val="22"/>
          <w:u w:val="single"/>
        </w:rPr>
        <w:t xml:space="preserve"> technology </w:t>
      </w:r>
      <w:r>
        <w:rPr>
          <w:b w:val="0"/>
          <w:i w:val="0"/>
          <w:smallCaps w:val="0"/>
          <w:strike w:val="0"/>
          <w:sz w:val="22"/>
          <w:highlight w:val="green"/>
          <w:u w:val="single"/>
        </w:rPr>
        <w:t>would</w:t>
      </w:r>
      <w:r>
        <w:rPr>
          <w:b w:val="0"/>
          <w:i w:val="0"/>
          <w:smallCaps w:val="0"/>
          <w:strike w:val="0"/>
          <w:sz w:val="22"/>
          <w:u w:val="single"/>
        </w:rPr>
        <w:t xml:space="preserve"> </w:t>
      </w:r>
      <w:r>
        <w:rPr>
          <w:b w:val="0"/>
          <w:i w:val="0"/>
          <w:smallCaps w:val="0"/>
          <w:strike w:val="0"/>
          <w:sz w:val="22"/>
          <w:highlight w:val="green"/>
          <w:u w:val="single"/>
        </w:rPr>
        <w:t xml:space="preserve">make it </w:t>
      </w:r>
      <w:r>
        <w:rPr>
          <w:b/>
          <w:i w:val="0"/>
          <w:smallCaps w:val="0"/>
          <w:strike w:val="0"/>
          <w:sz w:val="22"/>
          <w:highlight w:val="green"/>
          <w:u w:val="single"/>
        </w:rPr>
        <w:t>difficult to spot</w:t>
      </w:r>
      <w:r>
        <w:rPr>
          <w:b w:val="0"/>
          <w:i w:val="0"/>
          <w:smallCaps w:val="0"/>
          <w:strike w:val="0"/>
          <w:sz w:val="22"/>
          <w:highlight w:val="green"/>
          <w:u w:val="single"/>
        </w:rPr>
        <w:t xml:space="preserve"> any</w:t>
      </w:r>
      <w:r>
        <w:rPr>
          <w:b w:val="0"/>
          <w:i w:val="0"/>
          <w:smallCaps w:val="0"/>
          <w:strike w:val="0"/>
          <w:sz w:val="22"/>
          <w:u w:val="single"/>
        </w:rPr>
        <w:t xml:space="preserve"> potential </w:t>
      </w:r>
      <w:r>
        <w:rPr>
          <w:b w:val="0"/>
          <w:i w:val="0"/>
          <w:smallCaps w:val="0"/>
          <w:strike w:val="0"/>
          <w:sz w:val="22"/>
          <w:highlight w:val="green"/>
          <w:u w:val="single"/>
        </w:rPr>
        <w:t>terrorist conspiracy</w:t>
      </w:r>
      <w:r>
        <w:rPr>
          <w:b w:val="0"/>
          <w:i w:val="0"/>
          <w:smallCaps w:val="0"/>
          <w:strike w:val="0"/>
          <w:sz w:val="22"/>
          <w:u w:val="single"/>
        </w:rPr>
        <w:t>. Technologies</w:t>
      </w:r>
      <w:r>
        <w:rPr>
          <w:b w:val="0"/>
          <w:i w:val="0"/>
          <w:smallCaps w:val="0"/>
          <w:strike w:val="0"/>
          <w:sz w:val="14"/>
          <w:u w:val="none"/>
        </w:rPr>
        <w:t xml:space="preserve"> which </w:t>
      </w:r>
      <w:r>
        <w:rPr>
          <w:b w:val="0"/>
          <w:i w:val="0"/>
          <w:smallCaps w:val="0"/>
          <w:strike w:val="0"/>
          <w:sz w:val="22"/>
          <w:u w:val="single"/>
        </w:rPr>
        <w:t>have made it easy to</w:t>
      </w:r>
      <w:r>
        <w:rPr>
          <w:b w:val="0"/>
          <w:i w:val="0"/>
          <w:smallCaps w:val="0"/>
          <w:strike w:val="0"/>
          <w:sz w:val="14"/>
          <w:u w:val="none"/>
        </w:rPr>
        <w:t xml:space="preserve"> read DNA sequences and </w:t>
      </w:r>
      <w:r>
        <w:rPr>
          <w:b w:val="0"/>
          <w:i w:val="0"/>
          <w:smallCaps w:val="0"/>
          <w:strike w:val="0"/>
          <w:sz w:val="22"/>
          <w:u w:val="single"/>
        </w:rPr>
        <w:t>tinker with</w:t>
      </w:r>
      <w:r>
        <w:rPr>
          <w:b w:val="0"/>
          <w:i w:val="0"/>
          <w:smallCaps w:val="0"/>
          <w:strike w:val="0"/>
          <w:sz w:val="14"/>
          <w:u w:val="none"/>
        </w:rPr>
        <w:t xml:space="preserve"> them to rewrite </w:t>
      </w:r>
      <w:r>
        <w:rPr>
          <w:b w:val="0"/>
          <w:i w:val="0"/>
          <w:smallCaps w:val="0"/>
          <w:strike w:val="0"/>
          <w:sz w:val="22"/>
          <w:u w:val="single"/>
        </w:rPr>
        <w:t>or tweak genes</w:t>
      </w:r>
      <w:r>
        <w:rPr>
          <w:b w:val="0"/>
          <w:i w:val="0"/>
          <w:smallCaps w:val="0"/>
          <w:strike w:val="0"/>
          <w:sz w:val="14"/>
          <w:u w:val="none"/>
        </w:rPr>
        <w:t xml:space="preserve"> have many legitimate uses. He said: “It’s not like when someone says, ‘Hey I’d like some Plutonium’ and you start saying ‘</w:t>
      </w:r>
      <w:r>
        <w:rPr>
          <w:b w:val="0"/>
          <w:i w:val="0"/>
          <w:smallCaps w:val="0"/>
          <w:strike w:val="0"/>
          <w:sz w:val="14"/>
          <w:u w:val="none"/>
        </w:rPr>
        <w:t>Hmmm..</w:t>
      </w:r>
      <w:r>
        <w:rPr>
          <w:b w:val="0"/>
          <w:i w:val="0"/>
          <w:smallCaps w:val="0"/>
          <w:strike w:val="0"/>
          <w:sz w:val="14"/>
          <w:u w:val="none"/>
        </w:rPr>
        <w:t xml:space="preserve"> I wonder why he wants Plutonium?’” </w:t>
      </w:r>
      <w:r>
        <w:rPr>
          <w:b w:val="0"/>
          <w:i w:val="0"/>
          <w:smallCaps w:val="0"/>
          <w:strike w:val="0"/>
          <w:sz w:val="14"/>
          <w:u w:val="none"/>
        </w:rPr>
        <w:t>Mr</w:t>
      </w:r>
      <w:r>
        <w:rPr>
          <w:b w:val="0"/>
          <w:i w:val="0"/>
          <w:smallCaps w:val="0"/>
          <w:strike w:val="0"/>
          <w:sz w:val="14"/>
          <w:u w:val="none"/>
        </w:rPr>
        <w:t xml:space="preserve"> Gates said the potential death toll from a disease outbreak could be higher than other threats such as</w:t>
      </w:r>
      <w:r>
        <w:rPr>
          <w:b w:val="0"/>
          <w:i w:val="0"/>
          <w:smallCaps w:val="0"/>
          <w:strike w:val="0"/>
          <w:sz w:val="14"/>
          <w:u w:val="none"/>
        </w:rPr>
        <w:t xml:space="preserve"> or nuclear war. He said: “This is like </w:t>
      </w:r>
      <w:r>
        <w:rPr>
          <w:b w:val="0"/>
          <w:i w:val="0"/>
          <w:smallCaps w:val="0"/>
          <w:strike w:val="0"/>
          <w:sz w:val="14"/>
          <w:u w:val="none"/>
        </w:rPr>
        <w:t>earthquakes,</w:t>
      </w:r>
      <w:r>
        <w:rPr>
          <w:b w:val="0"/>
          <w:i w:val="0"/>
          <w:smallCaps w:val="0"/>
          <w:strike w:val="0"/>
          <w:sz w:val="14"/>
          <w:u w:val="none"/>
        </w:rPr>
        <w:t xml:space="preserve"> you should think in order of magnitudes. If you can kill 10 people that’s a one, 100 people that’s a two... Bioterrorism is the thing that can give you not just sixes, but sevens, eights and nines. “With nuclear war, once you have got a six, or a seven, or eight, you’d think it would probably stop. [With bioterrorism] it’s just unbounded if you are not there to stop the spread of it.” By tailoring the genes of a virus, it would be possible to manipulate its ability to spread and its ability to harm people. </w:t>
      </w:r>
      <w:r>
        <w:rPr>
          <w:b w:val="0"/>
          <w:i w:val="0"/>
          <w:smallCaps w:val="0"/>
          <w:strike w:val="0"/>
          <w:sz w:val="14"/>
          <w:u w:val="none"/>
        </w:rPr>
        <w:t>Mr</w:t>
      </w:r>
      <w:r>
        <w:rPr>
          <w:b w:val="0"/>
          <w:i w:val="0"/>
          <w:smallCaps w:val="0"/>
          <w:strike w:val="0"/>
          <w:sz w:val="14"/>
          <w:u w:val="none"/>
        </w:rPr>
        <w:t xml:space="preserve"> Gates said one of the most potentially deadly outbreaks could involve the humble flu virus. It would be relatively easy to engineer a new flu strain combining qualities from varieties that spread like wildfire with varieties that were deadly. The last time that happened naturally was the 1918 Spanish Influenza pandemic, which went on to kill more than 50 million people – or nearly three times the death toll from the First World War. By comparison, the recent Ebola outbreak in West Africa which killed just over 11,000 was “a Richter Scale three, it’s a nothing,” he said. But despite the potential, the founder of Microsoft said that world leaders and their militaries could not see beyond the more </w:t>
      </w:r>
      <w:r>
        <w:rPr>
          <w:b w:val="0"/>
          <w:i w:val="0"/>
          <w:smallCaps w:val="0"/>
          <w:strike w:val="0"/>
          <w:sz w:val="14"/>
          <w:u w:val="none"/>
        </w:rPr>
        <w:t>recognised</w:t>
      </w:r>
      <w:r>
        <w:rPr>
          <w:b w:val="0"/>
          <w:i w:val="0"/>
          <w:smallCaps w:val="0"/>
          <w:strike w:val="0"/>
          <w:sz w:val="14"/>
          <w:u w:val="none"/>
        </w:rPr>
        <w:t xml:space="preserve"> risks. He said: “Should the world be serious about this? It is somewhat serious about normal classic warfare and nuclear warfare, but today it is not very serious about bio-</w:t>
      </w:r>
      <w:r>
        <w:rPr>
          <w:b w:val="0"/>
          <w:i w:val="0"/>
          <w:smallCaps w:val="0"/>
          <w:strike w:val="0"/>
          <w:sz w:val="14"/>
          <w:u w:val="none"/>
        </w:rPr>
        <w:t>defence</w:t>
      </w:r>
      <w:r>
        <w:rPr>
          <w:b w:val="0"/>
          <w:i w:val="0"/>
          <w:smallCaps w:val="0"/>
          <w:strike w:val="0"/>
          <w:sz w:val="14"/>
          <w:u w:val="none"/>
        </w:rPr>
        <w:t xml:space="preserve"> or natural epidemics.” He went on: “They do tend to </w:t>
      </w:r>
      <w:r>
        <w:rPr>
          <w:b w:val="0"/>
          <w:i w:val="0"/>
          <w:smallCaps w:val="0"/>
          <w:strike w:val="0"/>
          <w:sz w:val="14"/>
          <w:u w:val="none"/>
        </w:rPr>
        <w:t>say</w:t>
      </w:r>
      <w:r>
        <w:rPr>
          <w:b w:val="0"/>
          <w:i w:val="0"/>
          <w:smallCaps w:val="0"/>
          <w:strike w:val="0"/>
          <w:sz w:val="14"/>
          <w:u w:val="none"/>
        </w:rPr>
        <w:t xml:space="preserve"> ‘How easy is it to get fissile material and how accurate are the plans out on the internet for dirty bombs, plutonium bombs and hydrogen bombs?’ “They have some people that do that. What I am suggesting is that the number of people that look at </w:t>
      </w:r>
      <w:r>
        <w:rPr>
          <w:b/>
          <w:i w:val="0"/>
          <w:smallCaps w:val="0"/>
          <w:strike w:val="0"/>
          <w:sz w:val="22"/>
          <w:highlight w:val="green"/>
          <w:u w:val="single"/>
        </w:rPr>
        <w:t>bio-</w:t>
      </w:r>
      <w:r>
        <w:rPr>
          <w:b/>
          <w:i w:val="0"/>
          <w:smallCaps w:val="0"/>
          <w:strike w:val="0"/>
          <w:sz w:val="22"/>
          <w:highlight w:val="green"/>
          <w:u w:val="single"/>
        </w:rPr>
        <w:t>defence</w:t>
      </w:r>
      <w:r>
        <w:rPr>
          <w:b/>
          <w:i w:val="0"/>
          <w:smallCaps w:val="0"/>
          <w:strike w:val="0"/>
          <w:sz w:val="22"/>
          <w:highlight w:val="green"/>
          <w:u w:val="single"/>
        </w:rPr>
        <w:t xml:space="preserve"> is worth increasing</w:t>
      </w:r>
      <w:r>
        <w:rPr>
          <w:b w:val="0"/>
          <w:i w:val="0"/>
          <w:smallCaps w:val="0"/>
          <w:strike w:val="0"/>
          <w:sz w:val="14"/>
          <w:u w:val="none"/>
        </w:rPr>
        <w:t xml:space="preserve">.” Whether naturally occurring, or deliberately started, it is almost certain that a highly lethal global pandemic will occur within our lifetimes, he believes. But the good news for those contemplating the potential damage is that the same </w:t>
      </w:r>
      <w:r>
        <w:rPr>
          <w:b/>
          <w:i w:val="0"/>
          <w:smallCaps w:val="0"/>
          <w:strike w:val="0"/>
          <w:sz w:val="22"/>
          <w:highlight w:val="green"/>
          <w:u w:val="single"/>
        </w:rPr>
        <w:t>biotech</w:t>
      </w:r>
      <w:r>
        <w:rPr>
          <w:b/>
          <w:i w:val="0"/>
          <w:smallCaps w:val="0"/>
          <w:strike w:val="0"/>
          <w:sz w:val="22"/>
          <w:u w:val="single"/>
        </w:rPr>
        <w:t xml:space="preserve">nology </w:t>
      </w:r>
      <w:r>
        <w:rPr>
          <w:b/>
          <w:i w:val="0"/>
          <w:smallCaps w:val="0"/>
          <w:strike w:val="0"/>
          <w:sz w:val="22"/>
          <w:highlight w:val="green"/>
          <w:u w:val="single"/>
        </w:rPr>
        <w:t>can prevent epidemics spreading out of control</w:t>
      </w:r>
      <w:r>
        <w:rPr>
          <w:b w:val="0"/>
          <w:i w:val="0"/>
          <w:smallCaps w:val="0"/>
          <w:strike w:val="0"/>
          <w:sz w:val="22"/>
          <w:u w:val="single"/>
        </w:rPr>
        <w:t xml:space="preserve">. </w:t>
      </w:r>
      <w:r>
        <w:rPr>
          <w:b w:val="0"/>
          <w:i w:val="0"/>
          <w:smallCaps w:val="0"/>
          <w:strike w:val="0"/>
          <w:sz w:val="14"/>
          <w:u w:val="none"/>
        </w:rPr>
        <w:t>Mr</w:t>
      </w:r>
      <w:r>
        <w:rPr>
          <w:b w:val="0"/>
          <w:i w:val="0"/>
          <w:smallCaps w:val="0"/>
          <w:strike w:val="0"/>
          <w:sz w:val="14"/>
          <w:u w:val="none"/>
        </w:rPr>
        <w:t xml:space="preserve"> Gates will say in his speech that most of the things needed to protect against a naturally occurring pandemic are the same things needed to prepare for an intentional biological attack. </w:t>
      </w:r>
      <w:r>
        <w:rPr>
          <w:b w:val="0"/>
          <w:i w:val="0"/>
          <w:smallCaps w:val="0"/>
          <w:strike w:val="0"/>
          <w:sz w:val="22"/>
          <w:u w:val="single"/>
        </w:rPr>
        <w:t>Nations must amass an arsenal of new weapons to fight such a disease outbreak, including vaccines, drugs and diagnostic techniques</w:t>
      </w:r>
      <w:r>
        <w:rPr>
          <w:b w:val="0"/>
          <w:i w:val="0"/>
          <w:smallCaps w:val="0"/>
          <w:strike w:val="0"/>
          <w:sz w:val="14"/>
          <w:u w:val="none"/>
        </w:rPr>
        <w:t xml:space="preserve">. </w:t>
      </w:r>
      <w:r>
        <w:rPr>
          <w:b w:val="0"/>
          <w:i w:val="0"/>
          <w:smallCaps w:val="0"/>
          <w:strike w:val="0"/>
          <w:sz w:val="22"/>
          <w:highlight w:val="green"/>
          <w:u w:val="single"/>
        </w:rPr>
        <w:t>Being able to develop a vaccine as soon as possible</w:t>
      </w:r>
      <w:r>
        <w:rPr>
          <w:b w:val="0"/>
          <w:i w:val="0"/>
          <w:smallCaps w:val="0"/>
          <w:strike w:val="0"/>
          <w:sz w:val="22"/>
          <w:u w:val="single"/>
        </w:rPr>
        <w:t xml:space="preserve"> against a new outbreak </w:t>
      </w:r>
      <w:r>
        <w:rPr>
          <w:b w:val="0"/>
          <w:i w:val="0"/>
          <w:smallCaps w:val="0"/>
          <w:strike w:val="0"/>
          <w:sz w:val="22"/>
          <w:highlight w:val="green"/>
          <w:u w:val="single"/>
        </w:rPr>
        <w:t>is</w:t>
      </w:r>
      <w:r>
        <w:rPr>
          <w:b w:val="0"/>
          <w:i w:val="0"/>
          <w:smallCaps w:val="0"/>
          <w:strike w:val="0"/>
          <w:sz w:val="22"/>
          <w:u w:val="single"/>
        </w:rPr>
        <w:t xml:space="preserve"> particularly </w:t>
      </w:r>
      <w:r>
        <w:rPr>
          <w:b w:val="0"/>
          <w:i w:val="0"/>
          <w:smallCaps w:val="0"/>
          <w:strike w:val="0"/>
          <w:sz w:val="22"/>
          <w:highlight w:val="green"/>
          <w:u w:val="single"/>
        </w:rPr>
        <w:t>important</w:t>
      </w:r>
      <w:r>
        <w:rPr>
          <w:b w:val="0"/>
          <w:i w:val="0"/>
          <w:smallCaps w:val="0"/>
          <w:strike w:val="0"/>
          <w:sz w:val="22"/>
          <w:u w:val="single"/>
        </w:rPr>
        <w:t xml:space="preserve"> </w:t>
      </w:r>
      <w:r>
        <w:rPr>
          <w:b w:val="0"/>
          <w:i w:val="0"/>
          <w:smallCaps w:val="0"/>
          <w:strike w:val="0"/>
          <w:u w:val="none"/>
        </w:rPr>
        <w:t>and could save huge numbers of lives, scientists working at his foundation believe.</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