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United States federal government means the three branches of </w:t>
      </w:r>
      <w:r>
        <w:rPr>
          <w:b/>
          <w:i w:val="0"/>
          <w:smallCaps w:val="0"/>
          <w:strike w:val="0"/>
          <w:sz w:val="26"/>
          <w:u w:val="single"/>
        </w:rPr>
        <w:t>government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USA.gov 13</w:t>
      </w:r>
      <w:r>
        <w:rPr>
          <w:b w:val="0"/>
          <w:i w:val="0"/>
          <w:smallCaps w:val="0"/>
          <w:strike w:val="0"/>
          <w:u w:val="none"/>
        </w:rPr>
        <w:t xml:space="preserve"> "USA.gov is the U.S. government's official web portal"  http://www.usa.gov/Agencies/federal.shtml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U.S. Federal Government - The three branches of U.S. government—legislative, judicial, and executive—carry out governmental power and functions. 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