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Colon is meaningless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Webster’s 00</w:t>
      </w:r>
      <w:r>
        <w:rPr>
          <w:b w:val="0"/>
          <w:i w:val="0"/>
          <w:smallCaps w:val="0"/>
          <w:strike w:val="0"/>
          <w:u w:val="none"/>
        </w:rPr>
        <w:t xml:space="preserve"> (Guide to Grammar and Writing, http://ccc.commnet.edu/grammar/marks/colon.htm)</w:t>
      </w:r>
    </w:p>
    <w:p>
      <w:pPr>
        <w:spacing w:after="60"/>
      </w:pPr>
      <w:r>
        <w:rPr>
          <w:b w:val="0"/>
          <w:i w:val="0"/>
          <w:smallCaps w:val="0"/>
          <w:strike w:val="0"/>
          <w:color w:val="0D0D0D"/>
          <w:sz w:val="16"/>
          <w:u w:val="none"/>
        </w:rPr>
        <w:t xml:space="preserve">Use of a colon before a list or an explanation that is preceded by a clause that can stand by itself. Think of the colon as a gate, inviting one to go on… </w:t>
      </w:r>
      <w:r>
        <w:rPr>
          <w:b/>
          <w:i w:val="0"/>
          <w:smallCaps w:val="0"/>
          <w:strike w:val="0"/>
          <w:sz w:val="22"/>
          <w:u w:val="single"/>
        </w:rPr>
        <w:t>If the introductory phrase preceding the colon is very brief</w:t>
      </w:r>
      <w:r>
        <w:rPr>
          <w:b w:val="0"/>
          <w:i w:val="0"/>
          <w:smallCaps w:val="0"/>
          <w:strike w:val="0"/>
          <w:color w:val="0D0D0D"/>
          <w:sz w:val="16"/>
          <w:u w:val="non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the clause following the colon represents the real business of the sentence</w:t>
      </w:r>
      <w:r>
        <w:rPr>
          <w:b w:val="0"/>
          <w:i w:val="0"/>
          <w:smallCaps w:val="0"/>
          <w:strike w:val="0"/>
          <w:color w:val="0D0D0D"/>
          <w:sz w:val="16"/>
          <w:u w:val="none"/>
        </w:rPr>
        <w:t>, begin the clause after the colon with a capital letter.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