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w:t>
      </w:r>
      <w:r>
        <w:rPr>
          <w:b/>
          <w:i w:val="0"/>
          <w:smallCaps w:val="0"/>
          <w:strike w:val="0"/>
          <w:color w:val="000000"/>
          <w:sz w:val="26"/>
          <w:u w:val="none"/>
        </w:rPr>
        <w:t>Should</w:t>
      </w:r>
      <w:r>
        <w:rPr>
          <w:b/>
          <w:i w:val="0"/>
          <w:smallCaps w:val="0"/>
          <w:strike w:val="0"/>
          <w:color w:val="000000"/>
          <w:sz w:val="26"/>
          <w:u w:val="none"/>
        </w:rPr>
        <w:t>”</w:t>
      </w:r>
      <w:r>
        <w:rPr>
          <w:b/>
          <w:i w:val="0"/>
          <w:smallCaps w:val="0"/>
          <w:strike w:val="0"/>
          <w:color w:val="000000"/>
          <w:sz w:val="26"/>
          <w:u w:val="none"/>
        </w:rPr>
        <w:t xml:space="preserve"> is certain.</w:t>
      </w:r>
    </w:p>
    <w:p>
      <w:pPr>
        <w:spacing w:after="80"/>
      </w:pPr>
      <w:r>
        <w:rPr>
          <w:b/>
          <w:i w:val="0"/>
          <w:smallCaps w:val="0"/>
          <w:strike w:val="0"/>
          <w:color w:val="000000"/>
          <w:sz w:val="26"/>
          <w:u w:val="none"/>
        </w:rPr>
        <w:t>Summers 94</w:t>
      </w:r>
      <w:r>
        <w:rPr>
          <w:b w:val="0"/>
          <w:i w:val="0"/>
          <w:smallCaps w:val="0"/>
          <w:strike w:val="0"/>
          <w:color w:val="000000"/>
          <w:u w:val="none"/>
        </w:rPr>
        <w:t xml:space="preserve"> (Justice – Oklahoma Supreme Court, “Kelsey v. Dollarsaver Food Warehouse of Durant”, 1994 OK 123, 11-8, http://www.oscn.net/applications/oscn/DeliverDocument.asp?CiteID=20287#marker3fn13)</w:t>
      </w:r>
    </w:p>
    <w:p>
      <w:pPr>
        <w:spacing w:after="60"/>
      </w:pPr>
      <w:r>
        <w:rPr>
          <w:b w:val="0"/>
          <w:i w:val="0"/>
          <w:smallCaps w:val="0"/>
          <w:strike w:val="0"/>
          <w:color w:val="000000"/>
          <w:u w:val="none"/>
        </w:rPr>
        <w:t xml:space="preserve">"Should" not only is used as a "present indicative" synonymous with ought but also is the past tense of "shall" with various shades of meaning not always easy to analyze. See 57 C.J. Shall § 9, Judgments § 121 (1932). O. JESPERSEN, GROWTH AND STRUCTURE OF THE ENGLISH LANGUAGE (1984); St. Louis &amp; S.F.R. Co. v. Brown, 45 Okl. 143, 144 P. 1075, 1080-81 (1914). For a more detailed explanation, see the Partridge quotation infra note 15. </w:t>
      </w:r>
      <w:r>
        <w:rPr>
          <w:b w:val="0"/>
          <w:i w:val="0"/>
          <w:smallCaps w:val="0"/>
          <w:strike w:val="0"/>
          <w:color w:val="000000"/>
          <w:u w:val="single"/>
        </w:rPr>
        <w:t>Certain contexts mandate a construction of the term</w:t>
      </w:r>
      <w:r>
        <w:rPr>
          <w:b w:val="0"/>
          <w:i w:val="0"/>
          <w:smallCaps w:val="0"/>
          <w:strike w:val="0"/>
          <w:color w:val="000000"/>
          <w:u w:val="none"/>
        </w:rPr>
        <w:t xml:space="preserve"> </w:t>
      </w:r>
      <w:r>
        <w:rPr>
          <w:b/>
          <w:i w:val="0"/>
          <w:smallCaps w:val="0"/>
          <w:strike w:val="0"/>
          <w:color w:val="000000"/>
          <w:u w:val="single"/>
        </w:rPr>
        <w:t>"should"</w:t>
      </w:r>
      <w:r>
        <w:rPr>
          <w:b w:val="0"/>
          <w:i w:val="0"/>
          <w:smallCaps w:val="0"/>
          <w:strike w:val="0"/>
          <w:color w:val="000000"/>
          <w:u w:val="none"/>
        </w:rPr>
        <w:t xml:space="preserve"> </w:t>
      </w:r>
      <w:r>
        <w:rPr>
          <w:b w:val="0"/>
          <w:i w:val="0"/>
          <w:smallCaps w:val="0"/>
          <w:strike w:val="0"/>
          <w:color w:val="000000"/>
          <w:u w:val="single"/>
        </w:rPr>
        <w:t>as</w:t>
      </w:r>
      <w:r>
        <w:rPr>
          <w:b w:val="0"/>
          <w:i w:val="0"/>
          <w:smallCaps w:val="0"/>
          <w:strike w:val="0"/>
          <w:color w:val="000000"/>
          <w:u w:val="none"/>
        </w:rPr>
        <w:t xml:space="preserve"> </w:t>
      </w:r>
      <w:r>
        <w:rPr>
          <w:b w:val="0"/>
          <w:i w:val="0"/>
          <w:smallCaps w:val="0"/>
          <w:strike w:val="0"/>
          <w:color w:val="000000"/>
          <w:u w:val="single"/>
        </w:rPr>
        <w:t>more</w:t>
      </w:r>
      <w:r>
        <w:rPr>
          <w:b w:val="0"/>
          <w:i w:val="0"/>
          <w:smallCaps w:val="0"/>
          <w:strike w:val="0"/>
          <w:color w:val="000000"/>
          <w:u w:val="none"/>
        </w:rPr>
        <w:t xml:space="preserve"> </w:t>
      </w:r>
      <w:r>
        <w:rPr>
          <w:b w:val="0"/>
          <w:i w:val="0"/>
          <w:smallCaps w:val="0"/>
          <w:strike w:val="0"/>
          <w:color w:val="000000"/>
          <w:u w:val="single"/>
        </w:rPr>
        <w:t>than merely</w:t>
      </w:r>
      <w:r>
        <w:rPr>
          <w:b w:val="0"/>
          <w:i w:val="0"/>
          <w:smallCaps w:val="0"/>
          <w:strike w:val="0"/>
          <w:color w:val="000000"/>
          <w:u w:val="none"/>
        </w:rPr>
        <w:t xml:space="preserve"> </w:t>
      </w:r>
      <w:r>
        <w:rPr>
          <w:b w:val="0"/>
          <w:i w:val="0"/>
          <w:smallCaps w:val="0"/>
          <w:strike w:val="0"/>
          <w:color w:val="000000"/>
          <w:u w:val="single"/>
        </w:rPr>
        <w:t>indicating</w:t>
      </w:r>
      <w:r>
        <w:rPr>
          <w:b w:val="0"/>
          <w:i w:val="0"/>
          <w:smallCaps w:val="0"/>
          <w:strike w:val="0"/>
          <w:color w:val="000000"/>
          <w:u w:val="none"/>
        </w:rPr>
        <w:t xml:space="preserve"> preference or </w:t>
      </w:r>
      <w:r>
        <w:rPr>
          <w:b w:val="0"/>
          <w:i w:val="0"/>
          <w:smallCaps w:val="0"/>
          <w:strike w:val="0"/>
          <w:color w:val="000000"/>
          <w:u w:val="single"/>
        </w:rPr>
        <w:t>desirability</w:t>
      </w:r>
      <w:r>
        <w:rPr>
          <w:b w:val="0"/>
          <w:i w:val="0"/>
          <w:smallCaps w:val="0"/>
          <w:strike w:val="0"/>
          <w:color w:val="000000"/>
          <w:u w:val="none"/>
        </w:rPr>
        <w:t xml:space="preserve">. Brown, supra at 1080-81 (jury instructions stating that jurors "should" reduce the amount of damages in proportion to the amount of contributory negligence of the plaintiff was held to imply an obligation and to be more than advisory); Carrigan v. California Horse Racing Board, 60 Wash. App. 79, (1990) (one of the Rules of Appellate Procedure requiring that a party "should devote a section of the brief to the request for the fee or expenses" was interpreted to mean that a party is under an obligation to include the requested segment); State v. Rack, 318 S.W.2d 211, 215 (Mo. 1958) </w:t>
      </w:r>
      <w:r>
        <w:rPr>
          <w:b w:val="0"/>
          <w:i w:val="0"/>
          <w:smallCaps w:val="0"/>
          <w:strike w:val="0"/>
          <w:color w:val="000000"/>
          <w:u w:val="single"/>
        </w:rPr>
        <w:t>("should" would</w:t>
      </w:r>
      <w:r>
        <w:rPr>
          <w:b w:val="0"/>
          <w:i w:val="0"/>
          <w:smallCaps w:val="0"/>
          <w:strike w:val="0"/>
          <w:color w:val="000000"/>
          <w:u w:val="none"/>
        </w:rPr>
        <w:t xml:space="preserve"> </w:t>
      </w:r>
      <w:r>
        <w:rPr>
          <w:b w:val="0"/>
          <w:i w:val="0"/>
          <w:smallCaps w:val="0"/>
          <w:strike w:val="0"/>
          <w:color w:val="000000"/>
          <w:u w:val="single"/>
        </w:rPr>
        <w:t>mean the same as</w:t>
      </w:r>
      <w:r>
        <w:rPr>
          <w:b w:val="0"/>
          <w:i w:val="0"/>
          <w:smallCaps w:val="0"/>
          <w:strike w:val="0"/>
          <w:color w:val="000000"/>
          <w:u w:val="none"/>
        </w:rPr>
        <w:t xml:space="preserve"> "shall" or </w:t>
      </w:r>
      <w:r>
        <w:rPr>
          <w:b w:val="0"/>
          <w:i w:val="0"/>
          <w:smallCaps w:val="0"/>
          <w:strike w:val="0"/>
          <w:color w:val="000000"/>
          <w:u w:val="single"/>
        </w:rPr>
        <w:t>"</w:t>
      </w:r>
      <w:r>
        <w:rPr>
          <w:b/>
          <w:i w:val="0"/>
          <w:smallCaps w:val="0"/>
          <w:strike w:val="0"/>
          <w:color w:val="000000"/>
          <w:u w:val="single"/>
        </w:rPr>
        <w:t>must</w:t>
      </w:r>
      <w:r>
        <w:rPr>
          <w:b w:val="0"/>
          <w:i w:val="0"/>
          <w:smallCaps w:val="0"/>
          <w:strike w:val="0"/>
          <w:color w:val="000000"/>
          <w:u w:val="single"/>
        </w:rPr>
        <w:t>"</w:t>
      </w:r>
      <w:r>
        <w:rPr>
          <w:b w:val="0"/>
          <w:i w:val="0"/>
          <w:smallCaps w:val="0"/>
          <w:strike w:val="0"/>
          <w:color w:val="000000"/>
          <w:u w:val="none"/>
        </w:rPr>
        <w:t xml:space="preserve"> when used in an instruction to the jury which tells the triers they "should disregard false testimony"). </w:t>
      </w:r>
      <w:r>
        <w:rPr>
          <w:b w:val="0"/>
          <w:i w:val="0"/>
          <w:smallCaps w:val="0"/>
          <w:strike w:val="0"/>
          <w:color w:val="000000"/>
          <w:u w:val="single"/>
        </w:rPr>
        <w:t>In praesenti</w:t>
      </w:r>
      <w:r>
        <w:rPr>
          <w:b w:val="0"/>
          <w:i w:val="0"/>
          <w:smallCaps w:val="0"/>
          <w:strike w:val="0"/>
          <w:color w:val="000000"/>
          <w:u w:val="none"/>
        </w:rPr>
        <w:t xml:space="preserve"> </w:t>
      </w:r>
      <w:r>
        <w:rPr>
          <w:b w:val="0"/>
          <w:i w:val="0"/>
          <w:smallCaps w:val="0"/>
          <w:strike w:val="0"/>
          <w:color w:val="000000"/>
          <w:u w:val="single"/>
        </w:rPr>
        <w:t>means literally "</w:t>
      </w:r>
      <w:r>
        <w:rPr>
          <w:b/>
          <w:i w:val="0"/>
          <w:smallCaps w:val="0"/>
          <w:strike w:val="0"/>
          <w:color w:val="000000"/>
          <w:u w:val="single"/>
        </w:rPr>
        <w:t>at the present time</w:t>
      </w:r>
      <w:r>
        <w:rPr>
          <w:b w:val="0"/>
          <w:i w:val="0"/>
          <w:smallCaps w:val="0"/>
          <w:strike w:val="0"/>
          <w:color w:val="000000"/>
          <w:u w:val="single"/>
        </w:rPr>
        <w:t>."</w:t>
      </w:r>
      <w:r>
        <w:rPr>
          <w:b w:val="0"/>
          <w:i w:val="0"/>
          <w:smallCaps w:val="0"/>
          <w:strike w:val="0"/>
          <w:color w:val="000000"/>
          <w:u w:val="none"/>
        </w:rPr>
        <w:t xml:space="preserve"> BLACK'S LAW DICTIONARY 792 (6th Ed. 1990). In legal parlance </w:t>
      </w:r>
      <w:r>
        <w:rPr>
          <w:b w:val="0"/>
          <w:i w:val="0"/>
          <w:smallCaps w:val="0"/>
          <w:strike w:val="0"/>
          <w:color w:val="000000"/>
          <w:u w:val="single"/>
        </w:rPr>
        <w:t>the phrase</w:t>
      </w:r>
      <w:r>
        <w:rPr>
          <w:b w:val="0"/>
          <w:i w:val="0"/>
          <w:smallCaps w:val="0"/>
          <w:strike w:val="0"/>
          <w:color w:val="000000"/>
          <w:u w:val="none"/>
        </w:rPr>
        <w:t xml:space="preserve"> </w:t>
      </w:r>
      <w:r>
        <w:rPr>
          <w:b w:val="0"/>
          <w:i w:val="0"/>
          <w:smallCaps w:val="0"/>
          <w:strike w:val="0"/>
          <w:color w:val="000000"/>
          <w:u w:val="single"/>
        </w:rPr>
        <w:t>denotes</w:t>
      </w:r>
      <w:r>
        <w:rPr>
          <w:b w:val="0"/>
          <w:i w:val="0"/>
          <w:smallCaps w:val="0"/>
          <w:strike w:val="0"/>
          <w:color w:val="000000"/>
          <w:u w:val="none"/>
        </w:rPr>
        <w:t xml:space="preserve"> that which in </w:t>
      </w:r>
      <w:r>
        <w:rPr>
          <w:b w:val="0"/>
          <w:i w:val="0"/>
          <w:smallCaps w:val="0"/>
          <w:strike w:val="0"/>
          <w:color w:val="000000"/>
          <w:u w:val="single"/>
        </w:rPr>
        <w:t>law is</w:t>
      </w:r>
      <w:r>
        <w:rPr>
          <w:b w:val="0"/>
          <w:i w:val="0"/>
          <w:smallCaps w:val="0"/>
          <w:strike w:val="0"/>
          <w:color w:val="000000"/>
          <w:u w:val="none"/>
        </w:rPr>
        <w:t xml:space="preserve"> presently or </w:t>
      </w:r>
      <w:r>
        <w:rPr>
          <w:b/>
          <w:i w:val="0"/>
          <w:smallCaps w:val="0"/>
          <w:strike w:val="0"/>
          <w:color w:val="000000"/>
          <w:u w:val="single"/>
        </w:rPr>
        <w:t>immediately effective</w:t>
      </w:r>
      <w:r>
        <w:rPr>
          <w:b w:val="0"/>
          <w:i w:val="0"/>
          <w:smallCaps w:val="0"/>
          <w:strike w:val="0"/>
          <w:color w:val="000000"/>
          <w:u w:val="single"/>
        </w:rPr>
        <w:t>,</w:t>
      </w:r>
      <w:r>
        <w:rPr>
          <w:b w:val="0"/>
          <w:i w:val="0"/>
          <w:smallCaps w:val="0"/>
          <w:strike w:val="0"/>
          <w:color w:val="000000"/>
          <w:u w:val="none"/>
        </w:rPr>
        <w:t xml:space="preserve"> </w:t>
      </w:r>
      <w:r>
        <w:rPr>
          <w:b w:val="0"/>
          <w:i w:val="0"/>
          <w:smallCaps w:val="0"/>
          <w:strike w:val="0"/>
          <w:color w:val="000000"/>
          <w:u w:val="single"/>
        </w:rPr>
        <w:t>as opposed to something that</w:t>
      </w:r>
      <w:r>
        <w:rPr>
          <w:b w:val="0"/>
          <w:i w:val="0"/>
          <w:smallCaps w:val="0"/>
          <w:strike w:val="0"/>
          <w:color w:val="000000"/>
          <w:u w:val="none"/>
        </w:rPr>
        <w:t xml:space="preserve"> </w:t>
      </w:r>
      <w:r>
        <w:rPr>
          <w:b/>
          <w:i w:val="0"/>
          <w:smallCaps w:val="0"/>
          <w:strike w:val="0"/>
          <w:color w:val="000000"/>
          <w:u w:val="single"/>
        </w:rPr>
        <w:t>will</w:t>
      </w:r>
      <w:r>
        <w:rPr>
          <w:b w:val="0"/>
          <w:i w:val="0"/>
          <w:smallCaps w:val="0"/>
          <w:strike w:val="0"/>
          <w:color w:val="000000"/>
          <w:u w:val="none"/>
        </w:rPr>
        <w:t xml:space="preserve"> or would </w:t>
      </w:r>
      <w:r>
        <w:rPr>
          <w:b w:val="0"/>
          <w:i w:val="0"/>
          <w:smallCaps w:val="0"/>
          <w:strike w:val="0"/>
          <w:color w:val="000000"/>
          <w:u w:val="single"/>
        </w:rPr>
        <w:t>become effective</w:t>
      </w:r>
      <w:r>
        <w:rPr>
          <w:b w:val="0"/>
          <w:i w:val="0"/>
          <w:smallCaps w:val="0"/>
          <w:strike w:val="0"/>
          <w:color w:val="000000"/>
          <w:u w:val="none"/>
        </w:rPr>
        <w:t xml:space="preserve"> </w:t>
      </w:r>
      <w:r>
        <w:rPr>
          <w:b w:val="0"/>
          <w:i w:val="0"/>
          <w:smallCaps w:val="0"/>
          <w:strike w:val="0"/>
          <w:color w:val="000000"/>
          <w:u w:val="single"/>
        </w:rPr>
        <w:t>in the future</w:t>
      </w:r>
      <w:r>
        <w:rPr>
          <w:b w:val="0"/>
          <w:i w:val="0"/>
          <w:smallCaps w:val="0"/>
          <w:strike w:val="0"/>
          <w:color w:val="000000"/>
          <w:u w:val="none"/>
        </w:rPr>
        <w:t xml:space="preserve"> [in futurol]. See Van Wyck v. Knevals, , 365, 1 S.Ct. 336, 337, 27 L.Ed. 201 (1882).</w:t>
      </w:r>
    </w:p>
    <w:p>
      <w:pPr>
        <w:pStyle w:val="Caption"/>
      </w:pPr>
      <w:r>
        <w:t>Source: Topicality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