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Pandemics cause spiraling instability --- results in </w:t>
      </w:r>
      <w:r>
        <w:rPr>
          <w:b/>
          <w:i w:val="0"/>
          <w:smallCaps w:val="0"/>
          <w:strike w:val="0"/>
          <w:sz w:val="26"/>
          <w:u w:val="single"/>
        </w:rPr>
        <w:t>chemical</w:t>
      </w:r>
      <w:r>
        <w:rPr>
          <w:b/>
          <w:i w:val="0"/>
          <w:smallCaps w:val="0"/>
          <w:strike w:val="0"/>
          <w:sz w:val="26"/>
          <w:u w:val="none"/>
        </w:rPr>
        <w:t xml:space="preserve">, </w:t>
      </w:r>
      <w:r>
        <w:rPr>
          <w:b/>
          <w:i w:val="0"/>
          <w:smallCaps w:val="0"/>
          <w:strike w:val="0"/>
          <w:sz w:val="26"/>
          <w:u w:val="single"/>
        </w:rPr>
        <w:t>biological</w:t>
      </w:r>
      <w:r>
        <w:rPr>
          <w:b/>
          <w:i w:val="0"/>
          <w:smallCaps w:val="0"/>
          <w:strike w:val="0"/>
          <w:sz w:val="26"/>
          <w:u w:val="none"/>
        </w:rPr>
        <w:t xml:space="preserve">, and </w:t>
      </w:r>
      <w:r>
        <w:rPr>
          <w:b/>
          <w:i w:val="0"/>
          <w:smallCaps w:val="0"/>
          <w:strike w:val="0"/>
          <w:sz w:val="26"/>
          <w:u w:val="single"/>
        </w:rPr>
        <w:t>nuclear</w:t>
      </w:r>
      <w:r>
        <w:rPr>
          <w:b/>
          <w:i w:val="0"/>
          <w:smallCaps w:val="0"/>
          <w:strike w:val="0"/>
          <w:sz w:val="26"/>
          <w:u w:val="none"/>
        </w:rPr>
        <w:t xml:space="preserve"> war --- extinction.</w:t>
      </w:r>
    </w:p>
    <w:p>
      <w:pPr>
        <w:spacing w:after="80"/>
      </w:pPr>
      <w:r>
        <w:rPr>
          <w:b/>
          <w:i w:val="0"/>
          <w:smallCaps w:val="0"/>
          <w:strike w:val="0"/>
          <w:sz w:val="26"/>
          <w:u w:val="none"/>
        </w:rPr>
        <w:t>Suzuki 21</w:t>
      </w:r>
      <w:r>
        <w:rPr>
          <w:b w:val="0"/>
          <w:i w:val="0"/>
          <w:smallCaps w:val="0"/>
          <w:strike w:val="0"/>
          <w:u w:val="none"/>
        </w:rPr>
        <w:t xml:space="preserve"> – Director and Professor at the Research Center for Nuclear Weapons Abolition at Nagasaki University, PhD from the University of Tokyo.</w:t>
      </w:r>
    </w:p>
    <w:p>
      <w:pPr>
        <w:spacing w:after="60"/>
      </w:pPr>
      <w:r>
        <w:rPr>
          <w:b w:val="0"/>
          <w:i w:val="0"/>
          <w:smallCaps w:val="0"/>
          <w:strike w:val="0"/>
          <w:u w:val="none"/>
        </w:rPr>
        <w:t>Tatsujiro Suzuki, “Pandemic Futures and Nuclear Weapon Risks: The Nagasaki 75th Anniversary pandemic-nuclear nexus scenarios final report,” Journal for Peace and Nuclear Disarmament, https://www.tandfonline.com/doi/full/10.1080/25751654.2021.1890867</w:t>
      </w:r>
    </w:p>
    <w:p>
      <w:pPr>
        <w:spacing w:after="60"/>
      </w:pPr>
      <w:r>
        <w:rPr>
          <w:b w:val="0"/>
          <w:i w:val="0"/>
          <w:smallCaps w:val="0"/>
          <w:strike w:val="0"/>
          <w:sz w:val="22"/>
          <w:u w:val="single"/>
        </w:rPr>
        <w:t xml:space="preserve">The Challenge: </w:t>
      </w:r>
      <w:r>
        <w:rPr>
          <w:b/>
          <w:i w:val="0"/>
          <w:smallCaps w:val="0"/>
          <w:strike w:val="0"/>
          <w:sz w:val="22"/>
          <w:u w:val="single"/>
        </w:rPr>
        <w:t>Multiple Existential Threats</w:t>
      </w:r>
    </w:p>
    <w:p>
      <w:pPr>
        <w:spacing w:after="60"/>
      </w:pPr>
      <w:r>
        <w:rPr>
          <w:b w:val="0"/>
          <w:i w:val="0"/>
          <w:smallCaps w:val="0"/>
          <w:strike w:val="0"/>
          <w:sz w:val="22"/>
          <w:u w:val="single"/>
        </w:rPr>
        <w:t xml:space="preserve">The relationship between pandemics and war is </w:t>
      </w:r>
      <w:r>
        <w:rPr>
          <w:b/>
          <w:i w:val="0"/>
          <w:smallCaps w:val="0"/>
          <w:strike w:val="0"/>
          <w:sz w:val="22"/>
          <w:u w:val="single"/>
        </w:rPr>
        <w:t>as long as human history</w:t>
      </w:r>
      <w:r>
        <w:rPr>
          <w:b w:val="0"/>
          <w:i w:val="0"/>
          <w:smallCaps w:val="0"/>
          <w:strike w:val="0"/>
          <w:u w:val="none"/>
        </w:rPr>
        <w:t xml:space="preserve">. </w:t>
      </w:r>
      <w:r>
        <w:rPr>
          <w:b w:val="0"/>
          <w:i w:val="0"/>
          <w:smallCaps w:val="0"/>
          <w:strike w:val="0"/>
          <w:sz w:val="22"/>
          <w:u w:val="single"/>
        </w:rPr>
        <w:t xml:space="preserve">Past pandemics have set the scene for wars by </w:t>
      </w:r>
      <w:r>
        <w:rPr>
          <w:b/>
          <w:i w:val="0"/>
          <w:smallCaps w:val="0"/>
          <w:strike w:val="0"/>
          <w:sz w:val="22"/>
          <w:u w:val="single"/>
        </w:rPr>
        <w:t>weakening societies</w:t>
      </w:r>
      <w:r>
        <w:rPr>
          <w:b w:val="0"/>
          <w:i w:val="0"/>
          <w:smallCaps w:val="0"/>
          <w:strike w:val="0"/>
          <w:sz w:val="22"/>
          <w:u w:val="single"/>
        </w:rPr>
        <w:t xml:space="preserve">, </w:t>
      </w:r>
      <w:r>
        <w:rPr>
          <w:b/>
          <w:i w:val="0"/>
          <w:smallCaps w:val="0"/>
          <w:strike w:val="0"/>
          <w:sz w:val="22"/>
          <w:u w:val="single"/>
        </w:rPr>
        <w:t>undermining resilience</w:t>
      </w:r>
      <w:r>
        <w:rPr>
          <w:b w:val="0"/>
          <w:i w:val="0"/>
          <w:smallCaps w:val="0"/>
          <w:strike w:val="0"/>
          <w:sz w:val="22"/>
          <w:u w:val="single"/>
        </w:rPr>
        <w:t xml:space="preserve">, and exacerbating </w:t>
      </w:r>
      <w:r>
        <w:rPr>
          <w:b/>
          <w:i w:val="0"/>
          <w:smallCaps w:val="0"/>
          <w:strike w:val="0"/>
          <w:sz w:val="22"/>
          <w:u w:val="single"/>
        </w:rPr>
        <w:t>civil</w:t>
      </w:r>
      <w:r>
        <w:rPr>
          <w:b w:val="0"/>
          <w:i w:val="0"/>
          <w:smallCaps w:val="0"/>
          <w:strike w:val="0"/>
          <w:sz w:val="22"/>
          <w:u w:val="single"/>
        </w:rPr>
        <w:t xml:space="preserve"> and </w:t>
      </w:r>
      <w:r>
        <w:rPr>
          <w:b/>
          <w:i w:val="0"/>
          <w:smallCaps w:val="0"/>
          <w:strike w:val="0"/>
          <w:sz w:val="22"/>
          <w:u w:val="single"/>
        </w:rPr>
        <w:t>inter-state conflict</w:t>
      </w:r>
      <w:r>
        <w:rPr>
          <w:b w:val="0"/>
          <w:i w:val="0"/>
          <w:smallCaps w:val="0"/>
          <w:strike w:val="0"/>
          <w:sz w:val="22"/>
          <w:u w:val="single"/>
        </w:rPr>
        <w:t xml:space="preserve">. </w:t>
      </w:r>
      <w:r>
        <w:rPr>
          <w:b w:val="0"/>
          <w:i w:val="0"/>
          <w:smallCaps w:val="0"/>
          <w:strike w:val="0"/>
          <w:u w:val="none"/>
        </w:rPr>
        <w:t xml:space="preserve">Other disease outbreaks have erupted during wars, in part due to the appalling public health and battlefield conditions resulting from war, in turn </w:t>
      </w:r>
      <w:r>
        <w:rPr>
          <w:b w:val="0"/>
          <w:i w:val="0"/>
          <w:smallCaps w:val="0"/>
          <w:strike w:val="0"/>
          <w:sz w:val="22"/>
          <w:u w:val="single"/>
        </w:rPr>
        <w:t xml:space="preserve">sowing the seeds for </w:t>
      </w:r>
      <w:r>
        <w:rPr>
          <w:b/>
          <w:i w:val="0"/>
          <w:smallCaps w:val="0"/>
          <w:strike w:val="0"/>
          <w:sz w:val="22"/>
          <w:u w:val="single"/>
        </w:rPr>
        <w:t>new conflicts</w:t>
      </w:r>
      <w:r>
        <w:rPr>
          <w:b w:val="0"/>
          <w:i w:val="0"/>
          <w:smallCaps w:val="0"/>
          <w:strike w:val="0"/>
          <w:u w:val="none"/>
        </w:rPr>
        <w:t xml:space="preserve">. </w:t>
      </w:r>
      <w:r>
        <w:rPr>
          <w:b w:val="0"/>
          <w:i w:val="0"/>
          <w:smallCaps w:val="0"/>
          <w:strike w:val="0"/>
          <w:sz w:val="22"/>
          <w:u w:val="single"/>
        </w:rPr>
        <w:t xml:space="preserve">In the post-Cold War era, pandemics have </w:t>
      </w:r>
      <w:r>
        <w:rPr>
          <w:b/>
          <w:i w:val="0"/>
          <w:smallCaps w:val="0"/>
          <w:strike w:val="0"/>
          <w:sz w:val="22"/>
          <w:u w:val="single"/>
        </w:rPr>
        <w:t>spread with unprecedented speed due</w:t>
      </w:r>
      <w:r>
        <w:rPr>
          <w:b w:val="0"/>
          <w:i w:val="0"/>
          <w:smallCaps w:val="0"/>
          <w:strike w:val="0"/>
          <w:sz w:val="22"/>
          <w:u w:val="single"/>
        </w:rPr>
        <w:t xml:space="preserve"> to increased mobility created by globalization, especially between urbanized areas.</w:t>
      </w:r>
      <w:r>
        <w:rPr>
          <w:b w:val="0"/>
          <w:i w:val="0"/>
          <w:smallCaps w:val="0"/>
          <w:strike w:val="0"/>
          <w:u w:val="none"/>
        </w:rPr>
        <w:t xml:space="preserve"> Although there are positive signs that scientific advances and rapid innovation can help us manage pandemics, it is likely that deadly infectious viruses will be a challenge for years to come.</w:t>
      </w:r>
    </w:p>
    <w:p>
      <w:pPr>
        <w:spacing w:after="60"/>
      </w:pPr>
      <w:r>
        <w:rPr>
          <w:b w:val="0"/>
          <w:i w:val="0"/>
          <w:smallCaps w:val="0"/>
          <w:strike w:val="0"/>
          <w:u w:val="none"/>
        </w:rPr>
        <w:t xml:space="preserve">The </w:t>
      </w:r>
      <w:r>
        <w:rPr>
          <w:b w:val="0"/>
          <w:i w:val="0"/>
          <w:smallCaps w:val="0"/>
          <w:strike w:val="0"/>
          <w:sz w:val="22"/>
          <w:u w:val="single"/>
        </w:rPr>
        <w:t xml:space="preserve">COVID-19 is the most demonic pandemic threat in modern history. It has erupted at a </w:t>
      </w:r>
      <w:r>
        <w:rPr>
          <w:b/>
          <w:i w:val="0"/>
          <w:smallCaps w:val="0"/>
          <w:strike w:val="0"/>
          <w:sz w:val="22"/>
          <w:u w:val="single"/>
        </w:rPr>
        <w:t>juncture of other existential global threats</w:t>
      </w:r>
      <w:r>
        <w:rPr>
          <w:b w:val="0"/>
          <w:i w:val="0"/>
          <w:smallCaps w:val="0"/>
          <w:strike w:val="0"/>
          <w:sz w:val="22"/>
          <w:u w:val="single"/>
        </w:rPr>
        <w:t xml:space="preserve">, most importantly, </w:t>
      </w:r>
      <w:r>
        <w:rPr>
          <w:b/>
          <w:i w:val="0"/>
          <w:smallCaps w:val="0"/>
          <w:strike w:val="0"/>
          <w:sz w:val="22"/>
          <w:u w:val="single"/>
        </w:rPr>
        <w:t>accelerating climate change</w:t>
      </w:r>
      <w:r>
        <w:rPr>
          <w:b w:val="0"/>
          <w:i w:val="0"/>
          <w:smallCaps w:val="0"/>
          <w:strike w:val="0"/>
          <w:sz w:val="22"/>
          <w:u w:val="single"/>
        </w:rPr>
        <w:t xml:space="preserve"> and </w:t>
      </w:r>
      <w:r>
        <w:rPr>
          <w:b/>
          <w:i w:val="0"/>
          <w:smallCaps w:val="0"/>
          <w:strike w:val="0"/>
          <w:sz w:val="22"/>
          <w:u w:val="single"/>
        </w:rPr>
        <w:t>resurgent nuclear threat-making</w:t>
      </w:r>
      <w:r>
        <w:rPr>
          <w:b w:val="0"/>
          <w:i w:val="0"/>
          <w:smallCaps w:val="0"/>
          <w:strike w:val="0"/>
          <w:u w:val="none"/>
        </w:rPr>
        <w:t>. The most important issue, therefore, is how the coronavirus (and future pandemics) will increase or decrease the risks associated with these twin threats, climate change effects, and the next use of nuclear weapons in war.5</w:t>
      </w:r>
    </w:p>
    <w:p>
      <w:pPr>
        <w:spacing w:after="60"/>
      </w:pPr>
      <w:r>
        <w:rPr>
          <w:b w:val="0"/>
          <w:i w:val="0"/>
          <w:smallCaps w:val="0"/>
          <w:strike w:val="0"/>
          <w:u w:val="none"/>
        </w:rPr>
        <w:t xml:space="preserve">Today, the nine </w:t>
      </w:r>
      <w:r>
        <w:rPr>
          <w:b w:val="0"/>
          <w:i w:val="0"/>
          <w:smallCaps w:val="0"/>
          <w:strike w:val="0"/>
          <w:sz w:val="22"/>
          <w:u w:val="single"/>
        </w:rPr>
        <w:t xml:space="preserve">nuclear weapons arsenals not only can annihilate hundreds of cities, but also </w:t>
      </w:r>
      <w:r>
        <w:rPr>
          <w:b/>
          <w:i w:val="0"/>
          <w:smallCaps w:val="0"/>
          <w:strike w:val="0"/>
          <w:sz w:val="22"/>
          <w:u w:val="single"/>
        </w:rPr>
        <w:t>cause nuclear winter</w:t>
      </w:r>
      <w:r>
        <w:rPr>
          <w:b w:val="0"/>
          <w:i w:val="0"/>
          <w:smallCaps w:val="0"/>
          <w:strike w:val="0"/>
          <w:sz w:val="22"/>
          <w:u w:val="single"/>
        </w:rPr>
        <w:t xml:space="preserve"> and </w:t>
      </w:r>
      <w:r>
        <w:rPr>
          <w:b/>
          <w:i w:val="0"/>
          <w:smallCaps w:val="0"/>
          <w:strike w:val="0"/>
          <w:sz w:val="22"/>
          <w:u w:val="single"/>
        </w:rPr>
        <w:t>mass starvation</w:t>
      </w:r>
      <w:r>
        <w:rPr>
          <w:b w:val="0"/>
          <w:i w:val="0"/>
          <w:smallCaps w:val="0"/>
          <w:strike w:val="0"/>
          <w:sz w:val="22"/>
          <w:u w:val="single"/>
        </w:rPr>
        <w:t xml:space="preserve"> of a billion or more people, if not the </w:t>
      </w:r>
      <w:r>
        <w:rPr>
          <w:b/>
          <w:i w:val="0"/>
          <w:smallCaps w:val="0"/>
          <w:strike w:val="0"/>
          <w:sz w:val="22"/>
          <w:u w:val="single"/>
        </w:rPr>
        <w:t>entire human species</w:t>
      </w:r>
      <w:r>
        <w:rPr>
          <w:b w:val="0"/>
          <w:i w:val="0"/>
          <w:smallCaps w:val="0"/>
          <w:strike w:val="0"/>
          <w:u w:val="none"/>
        </w:rPr>
        <w:t>. Concurrently, climate change is enveloping the planet with more frequent and intense storms, accelerating sea level rise, and advancing rapid ecological change, expressed in unprecedented forest fires across the world. Already stretched to a breaking point in many countries, the current pandemic may overcome resilience to the point of near or actual collapse of social, economic, and political order.</w:t>
      </w:r>
    </w:p>
    <w:p>
      <w:pPr>
        <w:spacing w:after="60"/>
      </w:pPr>
      <w:r>
        <w:rPr>
          <w:b w:val="0"/>
          <w:i w:val="0"/>
          <w:smallCaps w:val="0"/>
          <w:strike w:val="0"/>
          <w:u w:val="none"/>
        </w:rPr>
        <w:t xml:space="preserve">In this extraordinary moment, it </w:t>
      </w:r>
      <w:r>
        <w:rPr>
          <w:b w:val="0"/>
          <w:i w:val="0"/>
          <w:smallCaps w:val="0"/>
          <w:strike w:val="0"/>
          <w:sz w:val="22"/>
          <w:u w:val="single"/>
        </w:rPr>
        <w:t xml:space="preserve">is timely to reflect on the existence and possible uses of weapons of mass destruction under pandemic conditions – most importantly, </w:t>
      </w:r>
      <w:r>
        <w:rPr>
          <w:b/>
          <w:i w:val="0"/>
          <w:smallCaps w:val="0"/>
          <w:strike w:val="0"/>
          <w:sz w:val="22"/>
          <w:u w:val="single"/>
        </w:rPr>
        <w:t>nuclear weapons</w:t>
      </w:r>
      <w:r>
        <w:rPr>
          <w:b w:val="0"/>
          <w:i w:val="0"/>
          <w:smallCaps w:val="0"/>
          <w:strike w:val="0"/>
          <w:sz w:val="22"/>
          <w:u w:val="single"/>
        </w:rPr>
        <w:t xml:space="preserve">, but also </w:t>
      </w:r>
      <w:r>
        <w:rPr>
          <w:b/>
          <w:i w:val="0"/>
          <w:smallCaps w:val="0"/>
          <w:strike w:val="0"/>
          <w:sz w:val="22"/>
          <w:u w:val="single"/>
        </w:rPr>
        <w:t>chemical</w:t>
      </w:r>
      <w:r>
        <w:rPr>
          <w:b w:val="0"/>
          <w:i w:val="0"/>
          <w:smallCaps w:val="0"/>
          <w:strike w:val="0"/>
          <w:sz w:val="22"/>
          <w:u w:val="single"/>
        </w:rPr>
        <w:t xml:space="preserve"> and </w:t>
      </w:r>
      <w:r>
        <w:rPr>
          <w:b/>
          <w:i w:val="0"/>
          <w:smallCaps w:val="0"/>
          <w:strike w:val="0"/>
          <w:sz w:val="22"/>
          <w:u w:val="single"/>
        </w:rPr>
        <w:t>biological weapons</w:t>
      </w:r>
      <w:r>
        <w:rPr>
          <w:b w:val="0"/>
          <w:i w:val="0"/>
          <w:smallCaps w:val="0"/>
          <w:strike w:val="0"/>
          <w:u w:val="none"/>
        </w:rPr>
        <w:t xml:space="preserve">. </w:t>
      </w:r>
      <w:r>
        <w:rPr>
          <w:b w:val="0"/>
          <w:i w:val="0"/>
          <w:smallCaps w:val="0"/>
          <w:strike w:val="0"/>
          <w:sz w:val="22"/>
          <w:u w:val="single"/>
        </w:rPr>
        <w:t xml:space="preserve">Moments of extreme crisis and vulnerability can prompt </w:t>
      </w:r>
      <w:r>
        <w:rPr>
          <w:b/>
          <w:i w:val="0"/>
          <w:smallCaps w:val="0"/>
          <w:strike w:val="0"/>
          <w:sz w:val="22"/>
          <w:u w:val="single"/>
        </w:rPr>
        <w:t>aggressive</w:t>
      </w:r>
      <w:r>
        <w:rPr>
          <w:b w:val="0"/>
          <w:i w:val="0"/>
          <w:smallCaps w:val="0"/>
          <w:strike w:val="0"/>
          <w:sz w:val="22"/>
          <w:u w:val="single"/>
        </w:rPr>
        <w:t xml:space="preserve"> and </w:t>
      </w:r>
      <w:r>
        <w:rPr>
          <w:b/>
          <w:i w:val="0"/>
          <w:smallCaps w:val="0"/>
          <w:strike w:val="0"/>
          <w:sz w:val="22"/>
          <w:u w:val="single"/>
        </w:rPr>
        <w:t>counterintuitive actions</w:t>
      </w:r>
      <w:r>
        <w:rPr>
          <w:b w:val="0"/>
          <w:i w:val="0"/>
          <w:smallCaps w:val="0"/>
          <w:strike w:val="0"/>
          <w:sz w:val="22"/>
          <w:u w:val="single"/>
        </w:rPr>
        <w:t xml:space="preserve"> that in turn may </w:t>
      </w:r>
      <w:r>
        <w:rPr>
          <w:b/>
          <w:i w:val="0"/>
          <w:smallCaps w:val="0"/>
          <w:strike w:val="0"/>
          <w:sz w:val="22"/>
          <w:u w:val="single"/>
        </w:rPr>
        <w:t>destabilize</w:t>
      </w:r>
      <w:r>
        <w:rPr>
          <w:b w:val="0"/>
          <w:i w:val="0"/>
          <w:smallCaps w:val="0"/>
          <w:strike w:val="0"/>
          <w:sz w:val="22"/>
          <w:u w:val="single"/>
        </w:rPr>
        <w:t xml:space="preserve"> already </w:t>
      </w:r>
      <w:r>
        <w:rPr>
          <w:b/>
          <w:i w:val="0"/>
          <w:smallCaps w:val="0"/>
          <w:strike w:val="0"/>
          <w:sz w:val="22"/>
          <w:u w:val="single"/>
        </w:rPr>
        <w:t>precariously balanced threat systems</w:t>
      </w:r>
      <w:r>
        <w:rPr>
          <w:b w:val="0"/>
          <w:i w:val="0"/>
          <w:smallCaps w:val="0"/>
          <w:strike w:val="0"/>
          <w:sz w:val="22"/>
          <w:u w:val="single"/>
        </w:rPr>
        <w:t xml:space="preserve">, underpinned by conventional and </w:t>
      </w:r>
      <w:r>
        <w:rPr>
          <w:b/>
          <w:i w:val="0"/>
          <w:smallCaps w:val="0"/>
          <w:strike w:val="0"/>
          <w:sz w:val="22"/>
          <w:u w:val="single"/>
        </w:rPr>
        <w:t>nuclear weapons</w:t>
      </w:r>
      <w:r>
        <w:rPr>
          <w:b w:val="0"/>
          <w:i w:val="0"/>
          <w:smallCaps w:val="0"/>
          <w:strike w:val="0"/>
          <w:sz w:val="22"/>
          <w:u w:val="single"/>
        </w:rPr>
        <w:t xml:space="preserve">, as well as the threat of weaponized </w:t>
      </w:r>
      <w:r>
        <w:rPr>
          <w:b/>
          <w:i w:val="0"/>
          <w:smallCaps w:val="0"/>
          <w:strike w:val="0"/>
          <w:sz w:val="22"/>
          <w:u w:val="single"/>
        </w:rPr>
        <w:t>chemical</w:t>
      </w:r>
      <w:r>
        <w:rPr>
          <w:b w:val="0"/>
          <w:i w:val="0"/>
          <w:smallCaps w:val="0"/>
          <w:strike w:val="0"/>
          <w:sz w:val="22"/>
          <w:u w:val="single"/>
        </w:rPr>
        <w:t xml:space="preserve"> and </w:t>
      </w:r>
      <w:r>
        <w:rPr>
          <w:b/>
          <w:i w:val="0"/>
          <w:smallCaps w:val="0"/>
          <w:strike w:val="0"/>
          <w:sz w:val="22"/>
          <w:u w:val="single"/>
        </w:rPr>
        <w:t>biological technologies</w:t>
      </w:r>
      <w:r>
        <w:rPr>
          <w:b w:val="0"/>
          <w:i w:val="0"/>
          <w:smallCaps w:val="0"/>
          <w:strike w:val="0"/>
          <w:sz w:val="22"/>
          <w:u w:val="single"/>
        </w:rPr>
        <w:t xml:space="preserve">. Consequently, the </w:t>
      </w:r>
      <w:r>
        <w:rPr>
          <w:b/>
          <w:i w:val="0"/>
          <w:smallCaps w:val="0"/>
          <w:strike w:val="0"/>
          <w:sz w:val="22"/>
          <w:u w:val="single"/>
        </w:rPr>
        <w:t>risk</w:t>
      </w:r>
      <w:r>
        <w:rPr>
          <w:b w:val="0"/>
          <w:i w:val="0"/>
          <w:smallCaps w:val="0"/>
          <w:strike w:val="0"/>
          <w:sz w:val="22"/>
          <w:u w:val="single"/>
        </w:rPr>
        <w:t xml:space="preserve"> of the use of weapons of mass destruction (</w:t>
      </w:r>
      <w:r>
        <w:rPr>
          <w:b/>
          <w:i w:val="0"/>
          <w:smallCaps w:val="0"/>
          <w:strike w:val="0"/>
          <w:sz w:val="22"/>
          <w:u w:val="single"/>
        </w:rPr>
        <w:t>WMD</w:t>
      </w:r>
      <w:r>
        <w:rPr>
          <w:b w:val="0"/>
          <w:i w:val="0"/>
          <w:smallCaps w:val="0"/>
          <w:strike w:val="0"/>
          <w:sz w:val="22"/>
          <w:u w:val="single"/>
        </w:rPr>
        <w:t xml:space="preserve">), especially nuclear weapons, </w:t>
      </w:r>
      <w:r>
        <w:rPr>
          <w:b/>
          <w:i w:val="0"/>
          <w:smallCaps w:val="0"/>
          <w:strike w:val="0"/>
          <w:sz w:val="22"/>
          <w:u w:val="single"/>
        </w:rPr>
        <w:t>increases at such times, possibly sharply</w:t>
      </w:r>
      <w:r>
        <w:rPr>
          <w:b w:val="0"/>
          <w:i w:val="0"/>
          <w:smallCaps w:val="0"/>
          <w:strike w:val="0"/>
          <w:sz w:val="22"/>
          <w:u w:val="single"/>
        </w:rPr>
        <w:t>.</w:t>
      </w:r>
    </w:p>
    <w:p>
      <w:pPr>
        <w:spacing w:after="60"/>
      </w:pPr>
      <w:r>
        <w:rPr>
          <w:b w:val="0"/>
          <w:i w:val="0"/>
          <w:smallCaps w:val="0"/>
          <w:strike w:val="0"/>
          <w:u w:val="none"/>
        </w:rPr>
        <w:t xml:space="preserve">The COVID-19 pandemic is clearly driving massive, rapid, and unpredictable changes that will redefine every aspect of the human condition, including WMD – just as the world wars of the first half of the 20th century led to a revolution in international affairs and entirely new ways of organizing societies, economies, and international relations, in part based on nuclear weapons and their threatened use. In a world reshaped by pandemics, nuclear weapons – as well as correlated non-nuclear WMD, </w:t>
      </w:r>
      <w:r>
        <w:rPr>
          <w:b w:val="0"/>
          <w:i w:val="0"/>
          <w:smallCaps w:val="0"/>
          <w:strike w:val="0"/>
          <w:sz w:val="22"/>
          <w:u w:val="single"/>
        </w:rPr>
        <w:t xml:space="preserve">nuclear alliances, “deterrence” doctrines, operational and declaratory policies, nuclear extended deterrence, organizational practices, and the existential risks posed by retaining these capabilities – </w:t>
      </w:r>
      <w:r>
        <w:rPr>
          <w:b/>
          <w:i w:val="0"/>
          <w:smallCaps w:val="0"/>
          <w:strike w:val="0"/>
          <w:sz w:val="22"/>
          <w:u w:val="single"/>
        </w:rPr>
        <w:t>are all up for redefinition.</w:t>
      </w:r>
    </w:p>
    <w:p>
      <w:pPr>
        <w:spacing w:after="60"/>
      </w:pPr>
      <w:r>
        <w:rPr>
          <w:b w:val="0"/>
          <w:i w:val="0"/>
          <w:smallCaps w:val="0"/>
          <w:strike w:val="0"/>
          <w:sz w:val="22"/>
          <w:u w:val="single"/>
        </w:rPr>
        <w:t xml:space="preserve">A pandemic has potential to </w:t>
      </w:r>
      <w:r>
        <w:rPr>
          <w:b/>
          <w:i w:val="0"/>
          <w:smallCaps w:val="0"/>
          <w:strike w:val="0"/>
          <w:sz w:val="22"/>
          <w:u w:val="single"/>
        </w:rPr>
        <w:t>destabilize a nuclear-prone conflict</w:t>
      </w:r>
      <w:r>
        <w:rPr>
          <w:b w:val="0"/>
          <w:i w:val="0"/>
          <w:smallCaps w:val="0"/>
          <w:strike w:val="0"/>
          <w:sz w:val="22"/>
          <w:u w:val="single"/>
        </w:rPr>
        <w:t xml:space="preserve"> by incapacitating the supreme nuclear commander or commanders who have to issue nuclear strike orders, creating uncertainty as to who is in charge, how to handle nuclear mistakes (such as errors, accidents, technological failures, and entanglement with conventional operations gone awry), and opening a brief </w:t>
      </w:r>
      <w:r>
        <w:rPr>
          <w:b/>
          <w:i w:val="0"/>
          <w:smallCaps w:val="0"/>
          <w:strike w:val="0"/>
          <w:sz w:val="22"/>
          <w:u w:val="single"/>
        </w:rPr>
        <w:t>opportunity for a first strike</w:t>
      </w:r>
      <w:r>
        <w:rPr>
          <w:b w:val="0"/>
          <w:i w:val="0"/>
          <w:smallCaps w:val="0"/>
          <w:strike w:val="0"/>
          <w:sz w:val="22"/>
          <w:u w:val="single"/>
        </w:rPr>
        <w:t xml:space="preserve"> at a time when the COVID-infected state may not be able to retaliate efficiently – or at all – </w:t>
      </w:r>
      <w:r>
        <w:rPr>
          <w:b/>
          <w:i w:val="0"/>
          <w:smallCaps w:val="0"/>
          <w:strike w:val="0"/>
          <w:sz w:val="22"/>
          <w:u w:val="single"/>
        </w:rPr>
        <w:t>due to leadership confusion</w:t>
      </w:r>
      <w:r>
        <w:rPr>
          <w:b w:val="0"/>
          <w:i w:val="0"/>
          <w:smallCaps w:val="0"/>
          <w:strike w:val="0"/>
          <w:u w:val="none"/>
        </w:rPr>
        <w:t xml:space="preserve">. In some nuclear-laden conflicts, </w:t>
      </w:r>
      <w:r>
        <w:rPr>
          <w:b w:val="0"/>
          <w:i w:val="0"/>
          <w:smallCaps w:val="0"/>
          <w:strike w:val="0"/>
          <w:sz w:val="22"/>
          <w:u w:val="single"/>
        </w:rPr>
        <w:t xml:space="preserve">a state </w:t>
      </w:r>
      <w:r>
        <w:rPr>
          <w:b/>
          <w:i w:val="0"/>
          <w:smallCaps w:val="0"/>
          <w:strike w:val="0"/>
          <w:sz w:val="22"/>
          <w:u w:val="single"/>
        </w:rPr>
        <w:t>might use a pandemic as a cover</w:t>
      </w:r>
      <w:r>
        <w:rPr>
          <w:b w:val="0"/>
          <w:i w:val="0"/>
          <w:smallCaps w:val="0"/>
          <w:strike w:val="0"/>
          <w:sz w:val="22"/>
          <w:u w:val="single"/>
        </w:rPr>
        <w:t xml:space="preserve"> for </w:t>
      </w:r>
      <w:r>
        <w:rPr>
          <w:b/>
          <w:i w:val="0"/>
          <w:smallCaps w:val="0"/>
          <w:strike w:val="0"/>
          <w:sz w:val="22"/>
          <w:u w:val="single"/>
        </w:rPr>
        <w:t>political</w:t>
      </w:r>
      <w:r>
        <w:rPr>
          <w:b w:val="0"/>
          <w:i w:val="0"/>
          <w:smallCaps w:val="0"/>
          <w:strike w:val="0"/>
          <w:sz w:val="22"/>
          <w:u w:val="single"/>
        </w:rPr>
        <w:t xml:space="preserve"> or </w:t>
      </w:r>
      <w:r>
        <w:rPr>
          <w:b/>
          <w:i w:val="0"/>
          <w:smallCaps w:val="0"/>
          <w:strike w:val="0"/>
          <w:sz w:val="22"/>
          <w:u w:val="single"/>
        </w:rPr>
        <w:t>military provocations</w:t>
      </w:r>
      <w:r>
        <w:rPr>
          <w:b w:val="0"/>
          <w:i w:val="0"/>
          <w:smallCaps w:val="0"/>
          <w:strike w:val="0"/>
          <w:sz w:val="22"/>
          <w:u w:val="single"/>
        </w:rPr>
        <w:t xml:space="preserve"> in the belief that the adversary is distracted and partly disabled by the pandemic, increasing the risk of war in a nuclear-prone conflict.</w:t>
      </w:r>
      <w:r>
        <w:rPr>
          <w:b w:val="0"/>
          <w:i w:val="0"/>
          <w:smallCaps w:val="0"/>
          <w:strike w:val="0"/>
          <w:u w:val="none"/>
        </w:rPr>
        <w:t xml:space="preserve"> At the same time, a </w:t>
      </w:r>
      <w:r>
        <w:rPr>
          <w:b w:val="0"/>
          <w:i w:val="0"/>
          <w:smallCaps w:val="0"/>
          <w:strike w:val="0"/>
          <w:sz w:val="22"/>
          <w:u w:val="single"/>
        </w:rPr>
        <w:t xml:space="preserve">pandemic may lead nuclear armed states to increase the </w:t>
      </w:r>
      <w:r>
        <w:rPr>
          <w:b/>
          <w:i w:val="0"/>
          <w:smallCaps w:val="0"/>
          <w:strike w:val="0"/>
          <w:sz w:val="22"/>
          <w:u w:val="single"/>
        </w:rPr>
        <w:t>isolation</w:t>
      </w:r>
      <w:r>
        <w:rPr>
          <w:b w:val="0"/>
          <w:i w:val="0"/>
          <w:smallCaps w:val="0"/>
          <w:strike w:val="0"/>
          <w:sz w:val="22"/>
          <w:u w:val="single"/>
        </w:rPr>
        <w:t xml:space="preserve"> and </w:t>
      </w:r>
      <w:r>
        <w:rPr>
          <w:b/>
          <w:i w:val="0"/>
          <w:smallCaps w:val="0"/>
          <w:strike w:val="0"/>
          <w:sz w:val="22"/>
          <w:u w:val="single"/>
        </w:rPr>
        <w:t>sanctions</w:t>
      </w:r>
      <w:r>
        <w:rPr>
          <w:b w:val="0"/>
          <w:i w:val="0"/>
          <w:smallCaps w:val="0"/>
          <w:strike w:val="0"/>
          <w:sz w:val="22"/>
          <w:u w:val="single"/>
        </w:rPr>
        <w:t xml:space="preserve"> against a nuclear adversary, making it even harder to stop the spread of the disease, in turn creating a pandemic reservoir and transmission risk back to the nuclear armed state or its allies.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