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Creators and investors don’t have an incentive to try without copyright protection.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Cypris 23</w:t>
      </w:r>
      <w:r>
        <w:rPr>
          <w:b w:val="0"/>
          <w:i w:val="0"/>
          <w:smallCaps w:val="0"/>
          <w:strike w:val="0"/>
          <w:u w:val="none"/>
        </w:rPr>
        <w:t xml:space="preserve"> – an R&amp;D research group.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Cypris, “How Do Patents and Copyrights Promote Innovation?,” Cypris, 04-20-2023, https://www.cypris.ai/insights/how-do-patents-and-copyrights-promote-innovation#:~:text=Legally%20protecting%20the%20owners%20of,which%20in%20turn%20promotes%20innovation.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Legally protecting the owners of intellectual property, patents, and </w:t>
      </w:r>
      <w:r>
        <w:rPr>
          <w:b w:val="0"/>
          <w:i w:val="0"/>
          <w:smallCaps w:val="0"/>
          <w:strike w:val="0"/>
          <w:sz w:val="22"/>
          <w:u w:val="single"/>
        </w:rPr>
        <w:t>copyrights enable them to gain monetary benefits from their inventions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provides a </w:t>
      </w:r>
      <w:r>
        <w:rPr>
          <w:b/>
          <w:i w:val="0"/>
          <w:smallCaps w:val="0"/>
          <w:strike w:val="0"/>
          <w:sz w:val="22"/>
          <w:u w:val="single"/>
        </w:rPr>
        <w:t>powerful incentive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inventors and creators, which in turn </w:t>
      </w:r>
      <w:r>
        <w:rPr>
          <w:b/>
          <w:i w:val="0"/>
          <w:smallCaps w:val="0"/>
          <w:strike w:val="0"/>
          <w:sz w:val="22"/>
          <w:u w:val="single"/>
        </w:rPr>
        <w:t>promotes innovation</w:t>
      </w:r>
      <w:r>
        <w:rPr>
          <w:b w:val="0"/>
          <w:i w:val="0"/>
          <w:smallCaps w:val="0"/>
          <w:strike w:val="0"/>
          <w:u w:val="none"/>
        </w:rPr>
        <w:t xml:space="preserve">. Moving on, let us now explore how patents and </w:t>
      </w:r>
      <w:r>
        <w:rPr>
          <w:b w:val="0"/>
          <w:i w:val="0"/>
          <w:smallCaps w:val="0"/>
          <w:strike w:val="0"/>
          <w:sz w:val="22"/>
          <w:u w:val="single"/>
        </w:rPr>
        <w:t>copyrights</w:t>
      </w:r>
      <w:r>
        <w:rPr>
          <w:b w:val="0"/>
          <w:i w:val="0"/>
          <w:smallCaps w:val="0"/>
          <w:strike w:val="0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2"/>
          <w:u w:val="single"/>
        </w:rPr>
        <w:t>promote innovation even further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Patents &amp;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copyrights provide economic benefits to society by </w:t>
      </w:r>
      <w:r>
        <w:rPr>
          <w:b/>
          <w:i w:val="0"/>
          <w:smallCaps w:val="0"/>
          <w:strike w:val="0"/>
          <w:sz w:val="22"/>
          <w:u w:val="single"/>
        </w:rPr>
        <w:t>encouraging R&amp;D investment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new </w:t>
      </w:r>
      <w:r>
        <w:rPr>
          <w:b/>
          <w:i w:val="0"/>
          <w:smallCaps w:val="0"/>
          <w:strike w:val="0"/>
          <w:sz w:val="22"/>
          <w:u w:val="single"/>
        </w:rPr>
        <w:t>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services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&amp;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jobs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How Do Patents and Copyrights Promote Innovation?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Patents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copyrights are </w:t>
      </w:r>
      <w:r>
        <w:rPr>
          <w:b/>
          <w:i w:val="0"/>
          <w:smallCaps w:val="0"/>
          <w:strike w:val="0"/>
          <w:sz w:val="22"/>
          <w:u w:val="single"/>
        </w:rPr>
        <w:t>powerful instruments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stimulating innovation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do this by </w:t>
      </w:r>
      <w:r>
        <w:rPr>
          <w:b/>
          <w:i w:val="0"/>
          <w:smallCaps w:val="0"/>
          <w:strike w:val="0"/>
          <w:sz w:val="22"/>
          <w:u w:val="single"/>
        </w:rPr>
        <w:t>safeguarding intellectual property 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encourage creators to invest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research and development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produce new products or services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 protecting</w:t>
      </w:r>
      <w:r>
        <w:rPr>
          <w:b w:val="0"/>
          <w:i w:val="0"/>
          <w:smallCaps w:val="0"/>
          <w:strike w:val="0"/>
          <w:u w:val="none"/>
        </w:rPr>
        <w:t xml:space="preserve"> intellectual property </w:t>
      </w:r>
      <w:r>
        <w:rPr>
          <w:b w:val="0"/>
          <w:i w:val="0"/>
          <w:smallCaps w:val="0"/>
          <w:strike w:val="0"/>
          <w:sz w:val="22"/>
          <w:u w:val="single"/>
        </w:rPr>
        <w:t>rights, they provide an incentive for creators to invest in research and development and create new products or services</w:t>
      </w:r>
      <w:r>
        <w:rPr>
          <w:b w:val="0"/>
          <w:i w:val="0"/>
          <w:smallCaps w:val="0"/>
          <w:strike w:val="0"/>
          <w:u w:val="none"/>
        </w:rPr>
        <w:t>. Patent systems protect inventions from being copied by competitors. Copyrights protect original works such as books, music, films, software, etc. from unauthorized use or reproduction.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Patents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copyrights </w:t>
      </w:r>
      <w:r>
        <w:rPr>
          <w:b/>
          <w:i w:val="0"/>
          <w:smallCaps w:val="0"/>
          <w:strike w:val="0"/>
          <w:sz w:val="22"/>
          <w:u w:val="single"/>
        </w:rPr>
        <w:t>safeguard creators’ ideas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 granting them exclusive legal rights over their inventions or work for a set duration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provides a </w:t>
      </w:r>
      <w:r>
        <w:rPr>
          <w:b/>
          <w:i w:val="0"/>
          <w:smallCaps w:val="0"/>
          <w:strike w:val="0"/>
          <w:sz w:val="22"/>
          <w:u w:val="single"/>
        </w:rPr>
        <w:t>sense of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creators, allowing them to receive their due compensation</w:t>
      </w:r>
      <w:r>
        <w:rPr>
          <w:b w:val="0"/>
          <w:i w:val="0"/>
          <w:smallCaps w:val="0"/>
          <w:strike w:val="0"/>
          <w:u w:val="none"/>
        </w:rPr>
        <w:t xml:space="preserve"> for the effort they have put in and encouraging further investment into research and development.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also encourages investment in R&amp;D since companies know they </w:t>
      </w:r>
      <w:r>
        <w:rPr>
          <w:b/>
          <w:i w:val="0"/>
          <w:smallCaps w:val="0"/>
          <w:strike w:val="0"/>
          <w:sz w:val="22"/>
          <w:u w:val="single"/>
        </w:rPr>
        <w:t>won’t be undercut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copycats stealing their ideas.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Investors can have </w:t>
      </w:r>
      <w:r>
        <w:rPr>
          <w:b/>
          <w:i w:val="0"/>
          <w:smallCaps w:val="0"/>
          <w:strike w:val="0"/>
          <w:sz w:val="22"/>
          <w:u w:val="single"/>
        </w:rPr>
        <w:t>greater confidence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</w:t>
      </w:r>
      <w:r>
        <w:rPr>
          <w:b/>
          <w:i w:val="0"/>
          <w:smallCaps w:val="0"/>
          <w:strike w:val="0"/>
          <w:sz w:val="22"/>
          <w:u w:val="single"/>
        </w:rPr>
        <w:t>investing in innovative startups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due to the legal protection</w:t>
      </w:r>
      <w:r>
        <w:rPr>
          <w:b w:val="0"/>
          <w:i w:val="0"/>
          <w:smallCaps w:val="0"/>
          <w:strike w:val="0"/>
          <w:u w:val="none"/>
        </w:rPr>
        <w:t xml:space="preserve"> afforded by patents, </w:t>
      </w:r>
      <w:r>
        <w:rPr>
          <w:b w:val="0"/>
          <w:i w:val="0"/>
          <w:smallCaps w:val="0"/>
          <w:strike w:val="0"/>
          <w:sz w:val="22"/>
          <w:u w:val="single"/>
        </w:rPr>
        <w:t>reducing the risk of another company copying the idea without authorization</w:t>
      </w:r>
      <w:r>
        <w:rPr>
          <w:b w:val="0"/>
          <w:i w:val="0"/>
          <w:smallCaps w:val="0"/>
          <w:strike w:val="0"/>
          <w:u w:val="none"/>
        </w:rPr>
        <w:t>. Patent systems provide inventors with financial security and enable them to take risks on R&amp;D projects knowing that if successful they will be able to capitalize exclusively on their work, something not possible with open-source models where anyone can access it freely without permission or recompense.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