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U.S. democracy is doomed, regardless of the election.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The Economist 24</w:t>
      </w:r>
      <w:r>
        <w:rPr>
          <w:b w:val="0"/>
          <w:i w:val="0"/>
          <w:smallCaps w:val="0"/>
          <w:strike w:val="0"/>
          <w:u w:val="none"/>
        </w:rPr>
        <w:t xml:space="preserve"> – a newspaper and research journal.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The Economist, “Why America is a “flawed democracy”,” The Economist, 03-21-2024, https://www.economist.com/graphic-detail/2024/03/21/why-america-is-a-flawed-democracy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Instead,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it is </w:t>
      </w:r>
      <w:r>
        <w:rPr>
          <w:b/>
          <w:i w:val="0"/>
          <w:smallCaps w:val="0"/>
          <w:strike w:val="0"/>
          <w:sz w:val="22"/>
          <w:u w:val="single"/>
        </w:rPr>
        <w:t>America’s political culture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the </w:t>
      </w:r>
      <w:r>
        <w:rPr>
          <w:b/>
          <w:i w:val="0"/>
          <w:smallCaps w:val="0"/>
          <w:strike w:val="0"/>
          <w:sz w:val="22"/>
          <w:u w:val="single"/>
        </w:rPr>
        <w:t>functioning of its government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</w:t>
      </w:r>
      <w:r>
        <w:rPr>
          <w:b/>
          <w:i w:val="0"/>
          <w:smallCaps w:val="0"/>
          <w:strike w:val="0"/>
          <w:sz w:val="22"/>
          <w:u w:val="single"/>
        </w:rPr>
        <w:t>pose the biggest problems</w:t>
      </w:r>
      <w:r>
        <w:rPr>
          <w:b w:val="0"/>
          <w:i w:val="0"/>
          <w:smallCaps w:val="0"/>
          <w:strike w:val="0"/>
          <w:u w:val="none"/>
        </w:rPr>
        <w:t xml:space="preserve">. Within the culture category,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America </w:t>
      </w:r>
      <w:r>
        <w:rPr>
          <w:b/>
          <w:i w:val="0"/>
          <w:smallCaps w:val="0"/>
          <w:strike w:val="0"/>
          <w:sz w:val="22"/>
          <w:u w:val="single"/>
        </w:rPr>
        <w:t>scores poorly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on </w:t>
      </w:r>
      <w:r>
        <w:rPr>
          <w:b/>
          <w:i w:val="0"/>
          <w:smallCaps w:val="0"/>
          <w:strike w:val="0"/>
          <w:sz w:val="22"/>
          <w:u w:val="single"/>
        </w:rPr>
        <w:t>political polarisation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general support for democracy</w:t>
      </w:r>
      <w:r>
        <w:rPr>
          <w:b w:val="0"/>
          <w:i w:val="0"/>
          <w:smallCaps w:val="0"/>
          <w:strike w:val="0"/>
          <w:u w:val="none"/>
        </w:rPr>
        <w:t xml:space="preserve">. A recent survey by Pew, a pollster, found that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more than a quarter of Americans think that an </w:t>
      </w:r>
      <w:r>
        <w:rPr>
          <w:b/>
          <w:i w:val="0"/>
          <w:smallCaps w:val="0"/>
          <w:strike w:val="0"/>
          <w:sz w:val="22"/>
          <w:u w:val="single"/>
        </w:rPr>
        <w:t>autocracy</w:t>
      </w:r>
      <w:r>
        <w:rPr>
          <w:b w:val="0"/>
          <w:i w:val="0"/>
          <w:smallCaps w:val="0"/>
          <w:strike w:val="0"/>
          <w:u w:val="none"/>
        </w:rPr>
        <w:t>—in which a leader can bypass Congress and the courts—</w:t>
      </w:r>
      <w:r>
        <w:rPr>
          <w:b w:val="0"/>
          <w:i w:val="0"/>
          <w:smallCaps w:val="0"/>
          <w:strike w:val="0"/>
          <w:sz w:val="22"/>
          <w:u w:val="single"/>
        </w:rPr>
        <w:t>would be a somewhat or very good form of government.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On government functionality,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America’s score is weighed down by </w:t>
      </w:r>
      <w:r>
        <w:rPr>
          <w:b/>
          <w:i w:val="0"/>
          <w:smallCaps w:val="0"/>
          <w:strike w:val="0"/>
          <w:sz w:val="22"/>
          <w:u w:val="single"/>
        </w:rPr>
        <w:t>mistrust of elected officials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perceptions of corruption</w:t>
      </w:r>
      <w:r>
        <w:rPr>
          <w:b w:val="0"/>
          <w:i w:val="0"/>
          <w:smallCaps w:val="0"/>
          <w:strike w:val="0"/>
          <w:u w:val="none"/>
        </w:rPr>
        <w:t xml:space="preserve">. The same survey by Pew found that more </w:t>
      </w:r>
      <w:r>
        <w:rPr>
          <w:b w:val="0"/>
          <w:i w:val="0"/>
          <w:smallCaps w:val="0"/>
          <w:strike w:val="0"/>
          <w:sz w:val="22"/>
          <w:u w:val="single"/>
        </w:rPr>
        <w:t>than 80% of respondents believed that most political figures “don’t care” about “what people like me think”.</w:t>
      </w:r>
      <w:r>
        <w:rPr>
          <w:b w:val="0"/>
          <w:i w:val="0"/>
          <w:smallCaps w:val="0"/>
          <w:strike w:val="0"/>
          <w:u w:val="none"/>
        </w:rPr>
        <w:t xml:space="preserve"> In Sweden, a full democracy, just 43% of people think that. </w:t>
      </w:r>
      <w:r>
        <w:rPr>
          <w:b/>
          <w:i w:val="0"/>
          <w:smallCaps w:val="0"/>
          <w:strike w:val="0"/>
          <w:sz w:val="22"/>
          <w:u w:val="single"/>
        </w:rPr>
        <w:t>Gridlock in Congress over big issues</w:t>
      </w:r>
      <w:r>
        <w:rPr>
          <w:b w:val="0"/>
          <w:i w:val="0"/>
          <w:smallCaps w:val="0"/>
          <w:strike w:val="0"/>
          <w:u w:val="none"/>
        </w:rPr>
        <w:t xml:space="preserve">, such as control of the border and aid for Ukraine, probably </w:t>
      </w:r>
      <w:r>
        <w:rPr>
          <w:b w:val="0"/>
          <w:i w:val="0"/>
          <w:smallCaps w:val="0"/>
          <w:strike w:val="0"/>
          <w:sz w:val="22"/>
          <w:u w:val="single"/>
        </w:rPr>
        <w:t>undermines Americans’ sense of trust.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Polarisation and mistrust are connected</w:t>
      </w:r>
      <w:r>
        <w:rPr>
          <w:b w:val="0"/>
          <w:i w:val="0"/>
          <w:smallCaps w:val="0"/>
          <w:strike w:val="0"/>
          <w:u w:val="none"/>
        </w:rPr>
        <w:t xml:space="preserve">: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America’s increasingly divided electorate votes for </w:t>
      </w:r>
      <w:r>
        <w:rPr>
          <w:b/>
          <w:i w:val="0"/>
          <w:smallCaps w:val="0"/>
          <w:strike w:val="0"/>
          <w:sz w:val="22"/>
          <w:u w:val="single"/>
        </w:rPr>
        <w:t>increasingly extreme candidates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That encourages the perception among a majority of voters, at any given time, that the government is led by people who are not acting in their best interests</w:t>
      </w:r>
      <w:r>
        <w:rPr>
          <w:b w:val="0"/>
          <w:i w:val="0"/>
          <w:smallCaps w:val="0"/>
          <w:strike w:val="0"/>
          <w:u w:val="none"/>
        </w:rPr>
        <w:t>. Just 40% of moderates say that there is a party in America that represents their opinions.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America’s downgrade to flawed-democracy status coincided with the election of</w:t>
      </w:r>
      <w:r>
        <w:rPr>
          <w:b w:val="0"/>
          <w:i w:val="0"/>
          <w:smallCaps w:val="0"/>
          <w:strike w:val="0"/>
          <w:u w:val="none"/>
        </w:rPr>
        <w:t xml:space="preserve"> Mr </w:t>
      </w:r>
      <w:r>
        <w:rPr>
          <w:b/>
          <w:i w:val="0"/>
          <w:smallCaps w:val="0"/>
          <w:strike w:val="0"/>
          <w:sz w:val="22"/>
          <w:u w:val="single"/>
        </w:rPr>
        <w:t>Trump</w:t>
      </w:r>
      <w:r>
        <w:rPr>
          <w:b w:val="0"/>
          <w:i w:val="0"/>
          <w:smallCaps w:val="0"/>
          <w:strike w:val="0"/>
          <w:u w:val="none"/>
        </w:rPr>
        <w:t xml:space="preserve">. But the trend was in motion years before he assumed office. One survey from 2012 found that 80% of Democrats approved of Barack Obama compared with just 12% of Republicans—at that time the largest partisan gap for any president’s third year of office. The flaws are unlikely to fade if Mr Trump wins a second term. But, as eiu’s index demonstrates,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American democracy will </w:t>
      </w:r>
      <w:r>
        <w:rPr>
          <w:b/>
          <w:i w:val="0"/>
          <w:smallCaps w:val="0"/>
          <w:strike w:val="0"/>
          <w:sz w:val="22"/>
          <w:u w:val="single"/>
        </w:rPr>
        <w:t>remain troubled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regardless of who wins in November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