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Multiple trends are undermining U.S. democracy.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Williamson 23</w:t>
      </w:r>
      <w:r>
        <w:rPr>
          <w:b w:val="0"/>
          <w:i w:val="0"/>
          <w:smallCaps w:val="0"/>
          <w:strike w:val="0"/>
          <w:u w:val="none"/>
        </w:rPr>
        <w:t xml:space="preserve"> – Senior Fellow in Governance Studies at the Brookings Institute, PhD in Social Policy from Harvard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Vanessa Williamson, “Understanding democratic decline in the United States,” Brookings Institute, 10-17-2023, https://www.brookings.edu/articles/understanding-democratic-decline-in-the-united-states/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Experts agree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the health of U.S. democracy has </w:t>
      </w:r>
      <w:r>
        <w:rPr>
          <w:b/>
          <w:i w:val="0"/>
          <w:smallCaps w:val="0"/>
          <w:strike w:val="0"/>
          <w:sz w:val="22"/>
          <w:u w:val="single"/>
        </w:rPr>
        <w:t>declined in recent years</w:t>
      </w:r>
      <w:r>
        <w:rPr>
          <w:b w:val="0"/>
          <w:i w:val="0"/>
          <w:smallCaps w:val="0"/>
          <w:strike w:val="0"/>
          <w:u w:val="none"/>
        </w:rPr>
        <w:t xml:space="preserve">—but what does that mean? </w:t>
      </w:r>
      <w:r>
        <w:rPr>
          <w:b w:val="0"/>
          <w:i w:val="0"/>
          <w:smallCaps w:val="0"/>
          <w:strike w:val="0"/>
          <w:sz w:val="22"/>
          <w:u w:val="single"/>
        </w:rPr>
        <w:t>The U</w:t>
      </w:r>
      <w:r>
        <w:rPr>
          <w:b w:val="0"/>
          <w:i w:val="0"/>
          <w:smallCaps w:val="0"/>
          <w:strike w:val="0"/>
          <w:u w:val="none"/>
        </w:rPr>
        <w:t xml:space="preserve">nited </w:t>
      </w:r>
      <w:r>
        <w:rPr>
          <w:b w:val="0"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u w:val="none"/>
        </w:rPr>
        <w:t xml:space="preserve">tates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experiencing </w:t>
      </w:r>
      <w:r>
        <w:rPr>
          <w:b/>
          <w:i w:val="0"/>
          <w:smallCaps w:val="0"/>
          <w:strike w:val="0"/>
          <w:sz w:val="22"/>
          <w:u w:val="single"/>
        </w:rPr>
        <w:t>two major forms of democratic erosion</w:t>
      </w:r>
      <w:r>
        <w:rPr>
          <w:b w:val="0"/>
          <w:i w:val="0"/>
          <w:smallCaps w:val="0"/>
          <w:strike w:val="0"/>
          <w:u w:val="none"/>
        </w:rPr>
        <w:t xml:space="preserve"> in its governing institutions: </w:t>
      </w:r>
      <w:r>
        <w:rPr>
          <w:b/>
          <w:i w:val="0"/>
          <w:smallCaps w:val="0"/>
          <w:strike w:val="0"/>
          <w:sz w:val="22"/>
          <w:u w:val="single"/>
        </w:rPr>
        <w:t>election manipulation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executive overreach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Most obviously, </w:t>
      </w:r>
      <w:r>
        <w:rPr>
          <w:b w:val="0"/>
          <w:i w:val="0"/>
          <w:smallCaps w:val="0"/>
          <w:strike w:val="0"/>
          <w:sz w:val="22"/>
          <w:u w:val="single"/>
        </w:rPr>
        <w:t>after the 2020 election, the sitting president</w:t>
      </w:r>
      <w:r>
        <w:rPr>
          <w:b w:val="0"/>
          <w:i w:val="0"/>
          <w:smallCaps w:val="0"/>
          <w:strike w:val="0"/>
          <w:u w:val="none"/>
        </w:rPr>
        <w:t xml:space="preserve">, despite admitting privately that he had lost, </w:t>
      </w:r>
      <w:r>
        <w:rPr>
          <w:b w:val="0"/>
          <w:i w:val="0"/>
          <w:smallCaps w:val="0"/>
          <w:strike w:val="0"/>
          <w:sz w:val="22"/>
          <w:u w:val="single"/>
        </w:rPr>
        <w:t>attempted to subvert the results and remain in office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democratic erosion in the United States is </w:t>
      </w:r>
      <w:r>
        <w:rPr>
          <w:b/>
          <w:i w:val="0"/>
          <w:smallCaps w:val="0"/>
          <w:strike w:val="0"/>
          <w:sz w:val="22"/>
          <w:u w:val="single"/>
        </w:rPr>
        <w:t>not synonymous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Donald Trump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Since 2010, state legislatures have instituted laws intended to </w:t>
      </w:r>
      <w:r>
        <w:rPr>
          <w:b/>
          <w:i w:val="0"/>
          <w:smallCaps w:val="0"/>
          <w:strike w:val="0"/>
          <w:sz w:val="22"/>
          <w:u w:val="single"/>
        </w:rPr>
        <w:t>reduce voters’ access to the ballot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politicize election administration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foreclose electoral competition via extreme gerrymandering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U</w:t>
      </w:r>
      <w:r>
        <w:rPr>
          <w:b w:val="0"/>
          <w:i w:val="0"/>
          <w:smallCaps w:val="0"/>
          <w:strike w:val="0"/>
          <w:u w:val="none"/>
        </w:rPr>
        <w:t xml:space="preserve">nited </w:t>
      </w:r>
      <w:r>
        <w:rPr>
          <w:b w:val="0"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u w:val="none"/>
        </w:rPr>
        <w:t xml:space="preserve">tates </w:t>
      </w:r>
      <w:r>
        <w:rPr>
          <w:b w:val="0"/>
          <w:i w:val="0"/>
          <w:smallCaps w:val="0"/>
          <w:strike w:val="0"/>
          <w:sz w:val="22"/>
          <w:u w:val="single"/>
        </w:rPr>
        <w:t>has</w:t>
      </w:r>
      <w:r>
        <w:rPr>
          <w:b w:val="0"/>
          <w:i w:val="0"/>
          <w:smallCaps w:val="0"/>
          <w:strike w:val="0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seen </w:t>
      </w:r>
      <w:r>
        <w:rPr>
          <w:b/>
          <w:i w:val="0"/>
          <w:smallCaps w:val="0"/>
          <w:strike w:val="0"/>
          <w:sz w:val="22"/>
          <w:u w:val="single"/>
        </w:rPr>
        <w:t>substantial expansions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executive power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serious efforts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erode the independence of the civil service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Against these pressures, the </w:t>
      </w:r>
      <w:r>
        <w:rPr>
          <w:b/>
          <w:i w:val="0"/>
          <w:smallCaps w:val="0"/>
          <w:strike w:val="0"/>
          <w:sz w:val="22"/>
          <w:u w:val="single"/>
        </w:rPr>
        <w:t>gridlocked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hyperpartisan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Congress is </w:t>
      </w:r>
      <w:r>
        <w:rPr>
          <w:b/>
          <w:i w:val="0"/>
          <w:smallCaps w:val="0"/>
          <w:strike w:val="0"/>
          <w:sz w:val="22"/>
          <w:u w:val="single"/>
        </w:rPr>
        <w:t>poorly equipped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provide unbiased oversight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accountability of the executive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there are </w:t>
      </w:r>
      <w:r>
        <w:rPr>
          <w:b/>
          <w:i w:val="0"/>
          <w:smallCaps w:val="0"/>
          <w:strike w:val="0"/>
          <w:sz w:val="22"/>
          <w:u w:val="single"/>
        </w:rPr>
        <w:t>serious questions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about the </w:t>
      </w:r>
      <w:r>
        <w:rPr>
          <w:b/>
          <w:i w:val="0"/>
          <w:smallCaps w:val="0"/>
          <w:strike w:val="0"/>
          <w:sz w:val="22"/>
          <w:u w:val="single"/>
        </w:rPr>
        <w:t>impartiality of the judiciary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