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Audience costs make democratic leaders aggressive.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Gibilisco and Crisman-Cox 18</w:t>
      </w:r>
      <w:r>
        <w:rPr>
          <w:b w:val="0"/>
          <w:i w:val="0"/>
          <w:smallCaps w:val="0"/>
          <w:strike w:val="0"/>
          <w:u w:val="none"/>
        </w:rPr>
        <w:t xml:space="preserve"> – assistant professor of political science at the California Institute of Technology. Assistant Professor at Texas A&amp;M University. received Ph.D. in political science from the University of Rochester.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 and Casey Crisman-Cox, July 18 2018, “Democracies More Prone to Start Wars – Except When They're Not,” Cal Tech, https://www.caltech.edu/about/news/democracies-more-prone-start-wars-except-when-theyre-not-82879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W</w:t>
      </w:r>
      <w:r>
        <w:rPr>
          <w:b/>
          <w:i w:val="0"/>
          <w:smallCaps w:val="0"/>
          <w:strike w:val="0"/>
          <w:sz w:val="22"/>
          <w:u w:val="single"/>
        </w:rPr>
        <w:t>hat kind of political leader is most likely to start a wa</w:t>
      </w:r>
      <w:r>
        <w:rPr>
          <w:b w:val="0"/>
          <w:i w:val="0"/>
          <w:smallCaps w:val="0"/>
          <w:strike w:val="0"/>
          <w:sz w:val="22"/>
          <w:u w:val="single"/>
        </w:rPr>
        <w:t>r</w:t>
      </w:r>
      <w:r>
        <w:rPr>
          <w:b w:val="0"/>
          <w:i w:val="0"/>
          <w:smallCaps w:val="0"/>
          <w:strike w:val="0"/>
          <w:u w:val="none"/>
        </w:rPr>
        <w:t xml:space="preserve">—an invective-spewing dictator or the elected head of a democratic nation? Surprisingly, </w:t>
      </w:r>
      <w:r>
        <w:rPr>
          <w:b w:val="0"/>
          <w:i w:val="0"/>
          <w:smallCaps w:val="0"/>
          <w:strike w:val="0"/>
          <w:sz w:val="22"/>
          <w:u w:val="single"/>
        </w:rPr>
        <w:t>science says it's probably not the autocrat.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Leaders of democratic nations actually have stronger incentives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start and exacerbate conflicts with other countries than their autocratic counterparts, suggests a new study published by the American Journal of Political Science.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 difference boils down to public pressure, say the study's authors, </w:t>
      </w:r>
      <w:r>
        <w:rPr>
          <w:b w:val="0"/>
          <w:i w:val="0"/>
          <w:smallCaps w:val="0"/>
          <w:strike w:val="0"/>
          <w:u w:val="none"/>
        </w:rPr>
        <w:t xml:space="preserve"> of Caltech and Casey Crisman-Cox of Texas A&amp;M University.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Because of </w:t>
      </w:r>
      <w:r>
        <w:rPr>
          <w:b/>
          <w:i w:val="0"/>
          <w:smallCaps w:val="0"/>
          <w:strike w:val="0"/>
          <w:sz w:val="22"/>
          <w:u w:val="single"/>
        </w:rPr>
        <w:t>pressure from voters to not back down and appear weak, democratic leaders tend to act more aggressively in international conflicts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An </w:t>
      </w:r>
      <w:r>
        <w:rPr>
          <w:b/>
          <w:i w:val="0"/>
          <w:smallCaps w:val="0"/>
          <w:strike w:val="0"/>
          <w:sz w:val="22"/>
          <w:u w:val="single"/>
        </w:rPr>
        <w:t>autocrat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on the other hand, is answerable to no one and </w:t>
      </w:r>
      <w:r>
        <w:rPr>
          <w:b/>
          <w:i w:val="0"/>
          <w:smallCaps w:val="0"/>
          <w:strike w:val="0"/>
          <w:sz w:val="22"/>
          <w:u w:val="single"/>
        </w:rPr>
        <w:t>can back down from a conflict without facing personal consequences.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"</w:t>
      </w:r>
      <w:r>
        <w:rPr>
          <w:b w:val="0"/>
          <w:i w:val="0"/>
          <w:smallCaps w:val="0"/>
          <w:strike w:val="0"/>
          <w:sz w:val="22"/>
          <w:u w:val="single"/>
        </w:rPr>
        <w:t>If an elected leader makes a threat during a conflict with another country and the threat isn't followed through, they may face a decrease in approval ratings, or they may lose an election,"</w:t>
      </w:r>
      <w:r>
        <w:rPr>
          <w:b w:val="0"/>
          <w:i w:val="0"/>
          <w:smallCaps w:val="0"/>
          <w:strike w:val="0"/>
          <w:u w:val="none"/>
        </w:rPr>
        <w:t xml:space="preserve"> says Gibilisco, assistant professor of political science. In democracies,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he notes, </w:t>
      </w:r>
      <w:r>
        <w:rPr>
          <w:b/>
          <w:i w:val="0"/>
          <w:smallCaps w:val="0"/>
          <w:strike w:val="0"/>
          <w:sz w:val="22"/>
          <w:u w:val="single"/>
        </w:rPr>
        <w:t>voters can punish their leaders for appearing weak</w:t>
      </w:r>
      <w:r>
        <w:rPr>
          <w:b w:val="0"/>
          <w:i w:val="0"/>
          <w:smallCaps w:val="0"/>
          <w:strike w:val="0"/>
          <w:sz w:val="22"/>
          <w:u w:val="single"/>
        </w:rPr>
        <w:t>—these punishments or consequences are known as "audience costs" in political science parlance. To avoid those costs,</w:t>
      </w:r>
      <w:r>
        <w:rPr>
          <w:b/>
          <w:i w:val="0"/>
          <w:smallCaps w:val="0"/>
          <w:strike w:val="0"/>
          <w:sz w:val="22"/>
          <w:u w:val="single"/>
        </w:rPr>
        <w:t xml:space="preserve"> leaders in representative governments become more aggressive during disputes.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In their study, Gibilisco and Crisman-Cox, who is also an assistant professor of political science,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first </w:t>
      </w:r>
      <w:r>
        <w:rPr>
          <w:b/>
          <w:i w:val="0"/>
          <w:smallCaps w:val="0"/>
          <w:strike w:val="0"/>
          <w:sz w:val="22"/>
          <w:u w:val="single"/>
        </w:rPr>
        <w:t>developed a mathematical model of dispute initiation between countries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then fit the model to data of actual conflicts that occurred among 125 countries between 1993–2007.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They also </w:t>
      </w:r>
      <w:r>
        <w:rPr>
          <w:b/>
          <w:i w:val="0"/>
          <w:smallCaps w:val="0"/>
          <w:strike w:val="0"/>
          <w:sz w:val="22"/>
          <w:u w:val="single"/>
        </w:rPr>
        <w:t>estimated audience costs for the countries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their sample using existing databases containing country-by-country information on levels of democracy and press freedom</w:t>
      </w:r>
      <w:r>
        <w:rPr>
          <w:b w:val="0"/>
          <w:i w:val="0"/>
          <w:smallCaps w:val="0"/>
          <w:strike w:val="0"/>
          <w:u w:val="none"/>
        </w:rPr>
        <w:t>. In general, they found that audience costs are highest in democracies with strong protections for a free press.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However, </w:t>
      </w:r>
      <w:r>
        <w:rPr>
          <w:b/>
          <w:i w:val="0"/>
          <w:smallCaps w:val="0"/>
          <w:strike w:val="0"/>
          <w:sz w:val="22"/>
          <w:u w:val="single"/>
        </w:rPr>
        <w:t>they also found that audience costs are much lower in democracies that have a rival that threatens their existence</w:t>
      </w:r>
      <w:r>
        <w:rPr>
          <w:b w:val="0"/>
          <w:i w:val="0"/>
          <w:smallCaps w:val="0"/>
          <w:strike w:val="0"/>
          <w:u w:val="none"/>
        </w:rPr>
        <w:t xml:space="preserve">. (For example, South Korea's existential rival is North Korea.) One reason, the </w:t>
      </w:r>
      <w:r>
        <w:rPr>
          <w:b w:val="0"/>
          <w:i w:val="0"/>
          <w:smallCaps w:val="0"/>
          <w:strike w:val="0"/>
          <w:sz w:val="22"/>
          <w:u w:val="single"/>
        </w:rPr>
        <w:t>researchers say, is that a nation's voters will give their leader more leeway in deciding how to resolve a conflict with an existential rival, because survival is more of a concern than saving face.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In contrast to democracies, </w:t>
      </w:r>
      <w:r>
        <w:rPr>
          <w:b w:val="0"/>
          <w:i w:val="0"/>
          <w:smallCaps w:val="0"/>
          <w:strike w:val="0"/>
          <w:sz w:val="22"/>
          <w:u w:val="single"/>
        </w:rPr>
        <w:t>dictatorships tend to have low audience costs, but here, too, Gibilisco and Crisman-Cox found an exception. Dictatorships that provide a legal mechanism for removing a leader—as was the case in China before it abolished term limits this past March—have higher audience costs.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Once the researchers produced an audience-cost estimate for each country, they considered how changing a country's audience costs affects its willingness to engage in conflict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Overall, they found, </w:t>
      </w:r>
      <w:r>
        <w:rPr>
          <w:b/>
          <w:i w:val="0"/>
          <w:smallCaps w:val="0"/>
          <w:strike w:val="0"/>
          <w:sz w:val="22"/>
          <w:u w:val="single"/>
        </w:rPr>
        <w:t>increasing a country's audience costs</w:t>
      </w:r>
      <w:r>
        <w:rPr>
          <w:b w:val="0"/>
          <w:i w:val="0"/>
          <w:smallCaps w:val="0"/>
          <w:strike w:val="0"/>
          <w:sz w:val="22"/>
          <w:u w:val="single"/>
        </w:rPr>
        <w:t>, perhaps</w:t>
      </w:r>
      <w:r>
        <w:rPr>
          <w:b/>
          <w:i w:val="0"/>
          <w:smallCaps w:val="0"/>
          <w:strike w:val="0"/>
          <w:sz w:val="22"/>
          <w:u w:val="single"/>
        </w:rPr>
        <w:t xml:space="preserve"> by strengthening democratic institutions, makes it more likely to start a conflict.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However, Gibilisco and Crisman-Cox found that </w:t>
      </w:r>
      <w:r>
        <w:rPr>
          <w:b/>
          <w:i w:val="0"/>
          <w:smallCaps w:val="0"/>
          <w:strike w:val="0"/>
          <w:sz w:val="22"/>
          <w:u w:val="single"/>
        </w:rPr>
        <w:t>other dynamics are at play that create more nuanced international dynamics.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For example, while </w:t>
      </w:r>
      <w:r>
        <w:rPr>
          <w:b/>
          <w:i w:val="0"/>
          <w:smallCaps w:val="0"/>
          <w:strike w:val="0"/>
          <w:sz w:val="22"/>
          <w:u w:val="single"/>
        </w:rPr>
        <w:t>democratic leaders may be less likely to back down during a crisis, they can also be more aggressive and prone to initiate conflict</w:t>
      </w:r>
      <w:r>
        <w:rPr>
          <w:b w:val="0"/>
          <w:i w:val="0"/>
          <w:smallCaps w:val="0"/>
          <w:strike w:val="0"/>
          <w:u w:val="none"/>
        </w:rPr>
        <w:t>, because t</w:t>
      </w:r>
      <w:r>
        <w:rPr>
          <w:b w:val="0"/>
          <w:i w:val="0"/>
          <w:smallCaps w:val="0"/>
          <w:strike w:val="0"/>
          <w:sz w:val="22"/>
          <w:u w:val="single"/>
        </w:rPr>
        <w:t>hey know their opponent won't want to get in a fight against a country that will hold its ground, even if it leads to war</w:t>
      </w:r>
      <w:r>
        <w:rPr>
          <w:b w:val="0"/>
          <w:i w:val="0"/>
          <w:smallCaps w:val="0"/>
          <w:strike w:val="0"/>
          <w:u w:val="none"/>
        </w:rPr>
        <w:t>. Alternatively, a democratic leader may be less likely to initiate a conflict in the first place, as they know that they won't be able to easily stand down from it.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