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Its rubbish – democracies don’t change state interests and war is quite frequently popular</w:t>
      </w:r>
    </w:p>
    <w:p>
      <w:pPr>
        <w:spacing w:after="80"/>
      </w:pPr>
      <w:r>
        <w:rPr>
          <w:b/>
          <w:i w:val="0"/>
          <w:smallCaps w:val="0"/>
          <w:strike w:val="0"/>
          <w:sz w:val="26"/>
          <w:u w:val="none"/>
        </w:rPr>
        <w:t>Larison 12</w:t>
      </w:r>
      <w:r>
        <w:rPr>
          <w:b/>
          <w:i w:val="0"/>
          <w:smallCaps w:val="0"/>
          <w:strike w:val="0"/>
          <w:sz w:val="26"/>
          <w:u w:val="none"/>
        </w:rPr>
        <w:t xml:space="preserve"> </w:t>
      </w:r>
      <w:r>
        <w:rPr>
          <w:b w:val="0"/>
          <w:i w:val="0"/>
          <w:smallCaps w:val="0"/>
          <w:strike w:val="0"/>
          <w:u w:val="none"/>
        </w:rPr>
        <w:t xml:space="preserve">– Daniel Larison is a senior editor at TAC, where he also keeps a solo </w:t>
      </w:r>
      <w:r>
        <w:rPr>
          <w:b w:val="0"/>
          <w:i w:val="0"/>
          <w:smallCaps w:val="0"/>
          <w:strike w:val="0"/>
          <w:u w:val="none"/>
        </w:rPr>
        <w:t>. He has been published in the New York Times Book Review, Dallas Morning News, World Politics Review, Politico Magazine, Orthodox Life, Front Porch Republic, The American Scene, and Culture11, and was a columnist for The Week. He holds a PhD in history from the University of Chicago.</w:t>
      </w:r>
    </w:p>
    <w:p>
      <w:pPr>
        <w:spacing w:after="60"/>
      </w:pPr>
      <w:r>
        <w:rPr>
          <w:b w:val="0"/>
          <w:i w:val="0"/>
          <w:smallCaps w:val="0"/>
          <w:strike w:val="0"/>
          <w:u w:val="none"/>
        </w:rPr>
        <w:t>Daniel Larison, April 17 2012, “Democratic Peace Theory Is False,” The American Conservative, https://www.theamericanconservative.com/larison/democratic-peace-theory-is-false/</w:t>
      </w:r>
    </w:p>
    <w:p>
      <w:pPr>
        <w:spacing w:after="60"/>
      </w:pPr>
      <w:r>
        <w:rPr>
          <w:b w:val="0"/>
          <w:i w:val="0"/>
          <w:smallCaps w:val="0"/>
          <w:strike w:val="0"/>
          <w:u w:val="none"/>
        </w:rPr>
        <w:t xml:space="preserve">Rojas’ claim depends entirely on the meaning of “genuine democracy.” </w:t>
      </w:r>
      <w:r>
        <w:rPr>
          <w:b w:val="0"/>
          <w:i w:val="0"/>
          <w:smallCaps w:val="0"/>
          <w:strike w:val="0"/>
          <w:sz w:val="22"/>
          <w:u w:val="single"/>
        </w:rPr>
        <w:t>Even though there are numerous examples of wars between states with universal male suffrage and elected governments (including that little dust-up known as WWI), the states in question probably don’t qualify as “genuine” democracies and so can’t be used as counter-examples</w:t>
      </w:r>
      <w:r>
        <w:rPr>
          <w:b w:val="0"/>
          <w:i w:val="0"/>
          <w:smallCaps w:val="0"/>
          <w:strike w:val="0"/>
          <w:u w:val="none"/>
        </w:rPr>
        <w:t xml:space="preserve">. Regardless, </w:t>
      </w:r>
      <w:r>
        <w:rPr>
          <w:b w:val="0"/>
          <w:i w:val="0"/>
          <w:smallCaps w:val="0"/>
          <w:strike w:val="0"/>
          <w:sz w:val="22"/>
          <w:u w:val="single"/>
        </w:rPr>
        <w:t>democratic peace theory draws broad conclusions from a short period in modern history with very few cases before the 20th century.</w:t>
      </w:r>
      <w:r>
        <w:rPr>
          <w:b w:val="0"/>
          <w:i w:val="0"/>
          <w:smallCaps w:val="0"/>
          <w:strike w:val="0"/>
          <w:u w:val="none"/>
        </w:rPr>
        <w:t xml:space="preserve"> The </w:t>
      </w:r>
      <w:r>
        <w:rPr>
          <w:b w:val="0"/>
          <w:i w:val="0"/>
          <w:smallCaps w:val="0"/>
          <w:strike w:val="0"/>
          <w:sz w:val="22"/>
          <w:u w:val="single"/>
        </w:rPr>
        <w:t>core of democratic peace theory</w:t>
      </w:r>
      <w:r>
        <w:rPr>
          <w:b w:val="0"/>
          <w:i w:val="0"/>
          <w:smallCaps w:val="0"/>
          <w:strike w:val="0"/>
          <w:u w:val="none"/>
        </w:rPr>
        <w:t xml:space="preserve"> as I understand it is that democratic governments are more accountable to their populations, and because the people will bear the costs of the war they are going to be less willing to support a war policy. This supposedly keeps democratic states from waging wars against one another because of the built-in electoral and institutional checks on government power. </w:t>
      </w:r>
      <w:r>
        <w:rPr>
          <w:b w:val="0"/>
          <w:i w:val="0"/>
          <w:smallCaps w:val="0"/>
          <w:strike w:val="0"/>
          <w:sz w:val="22"/>
          <w:u w:val="single"/>
        </w:rPr>
        <w:t>One small problem with this is that it is rubbish.</w:t>
      </w:r>
    </w:p>
    <w:p>
      <w:pPr>
        <w:spacing w:after="60"/>
      </w:pPr>
      <w:r>
        <w:rPr>
          <w:b/>
          <w:i w:val="0"/>
          <w:smallCaps w:val="0"/>
          <w:strike w:val="0"/>
          <w:sz w:val="22"/>
          <w:u w:val="single"/>
        </w:rPr>
        <w:t>Democracies in antiquity fought against one another</w:t>
      </w:r>
      <w:r>
        <w:rPr>
          <w:b w:val="0"/>
          <w:i w:val="0"/>
          <w:smallCaps w:val="0"/>
          <w:strike w:val="0"/>
          <w:u w:val="none"/>
        </w:rPr>
        <w:t xml:space="preserve">. Political </w:t>
      </w:r>
      <w:r>
        <w:rPr>
          <w:b w:val="0"/>
          <w:i w:val="0"/>
          <w:smallCaps w:val="0"/>
          <w:strike w:val="0"/>
          <w:sz w:val="22"/>
          <w:u w:val="single"/>
        </w:rPr>
        <w:t>equality and voting do not abolish conflicts of interest between competing state</w:t>
      </w:r>
      <w:r>
        <w:rPr>
          <w:b/>
          <w:i w:val="0"/>
          <w:smallCaps w:val="0"/>
          <w:strike w:val="0"/>
          <w:sz w:val="22"/>
          <w:u w:val="single"/>
        </w:rPr>
        <w:t>s. Democratic peace theory doesn’t account for the effects of nationalist and imperialist ideologies</w:t>
      </w:r>
      <w:r>
        <w:rPr>
          <w:b w:val="0"/>
          <w:i w:val="0"/>
          <w:smallCaps w:val="0"/>
          <w:strike w:val="0"/>
          <w:u w:val="none"/>
        </w:rPr>
        <w:t xml:space="preserve"> on the way democratic nations think about war. </w:t>
      </w:r>
      <w:r>
        <w:rPr>
          <w:b w:val="0"/>
          <w:i w:val="0"/>
          <w:smallCaps w:val="0"/>
          <w:strike w:val="0"/>
          <w:sz w:val="22"/>
          <w:u w:val="single"/>
        </w:rPr>
        <w:t>Democratic nations that have professional armies to do the fighting for them are often enthusiastic about overseas wars</w:t>
      </w:r>
      <w:r>
        <w:rPr>
          <w:b w:val="0"/>
          <w:i w:val="0"/>
          <w:smallCaps w:val="0"/>
          <w:strike w:val="0"/>
          <w:u w:val="none"/>
        </w:rPr>
        <w:t xml:space="preserve">. The </w:t>
      </w:r>
      <w:r>
        <w:rPr>
          <w:b w:val="0"/>
          <w:i w:val="0"/>
          <w:smallCaps w:val="0"/>
          <w:strike w:val="0"/>
          <w:sz w:val="22"/>
          <w:u w:val="single"/>
        </w:rPr>
        <w:t>Conservative-Unionist government that waged the South African War</w:t>
      </w:r>
      <w:r>
        <w:rPr>
          <w:b w:val="0"/>
          <w:i w:val="0"/>
          <w:smallCaps w:val="0"/>
          <w:strike w:val="0"/>
          <w:u w:val="none"/>
        </w:rPr>
        <w:t xml:space="preserve"> (against two states with elected governments, I might add) </w:t>
      </w:r>
      <w:r>
        <w:rPr>
          <w:b/>
          <w:i w:val="0"/>
          <w:smallCaps w:val="0"/>
          <w:strike w:val="0"/>
          <w:sz w:val="22"/>
          <w:u w:val="single"/>
        </w:rPr>
        <w:t>enjoyed great popular support and won a huge majority in the “Khaki” election that followed.</w:t>
      </w:r>
    </w:p>
    <w:p>
      <w:pPr>
        <w:spacing w:after="60"/>
      </w:pPr>
      <w:r>
        <w:rPr>
          <w:b w:val="0"/>
          <w:i w:val="0"/>
          <w:smallCaps w:val="0"/>
          <w:strike w:val="0"/>
          <w:u w:val="none"/>
        </w:rPr>
        <w:t xml:space="preserve">As long as it goes well and doesn’t have too many costs, </w:t>
      </w:r>
      <w:r>
        <w:rPr>
          <w:b/>
          <w:i w:val="0"/>
          <w:smallCaps w:val="0"/>
          <w:strike w:val="0"/>
          <w:sz w:val="22"/>
          <w:u w:val="single"/>
        </w:rPr>
        <w:t>war can be quite popular</w:t>
      </w:r>
      <w:r>
        <w:rPr>
          <w:b w:val="0"/>
          <w:i w:val="0"/>
          <w:smallCaps w:val="0"/>
          <w:strike w:val="0"/>
          <w:u w:val="none"/>
        </w:rPr>
        <w:t xml:space="preserve">, and even if the war is </w:t>
      </w:r>
      <w:r>
        <w:rPr>
          <w:b w:val="0"/>
          <w:i w:val="0"/>
          <w:smallCaps w:val="0"/>
          <w:strike w:val="0"/>
          <w:sz w:val="22"/>
          <w:u w:val="single"/>
        </w:rPr>
        <w:t>costly it may still be popular if it is fought for nationalist reasons that appeal to a majority of the public. If the public is whipped into thinking that there is an intolerable foreign threat</w:t>
      </w:r>
      <w:r>
        <w:rPr>
          <w:b w:val="0"/>
          <w:i w:val="0"/>
          <w:smallCaps w:val="0"/>
          <w:strike w:val="0"/>
          <w:u w:val="none"/>
        </w:rPr>
        <w:t xml:space="preserve"> or if they believe that their country can gain something at relatively low cost by going to war, </w:t>
      </w:r>
      <w:r>
        <w:rPr>
          <w:b/>
          <w:i w:val="0"/>
          <w:smallCaps w:val="0"/>
          <w:strike w:val="0"/>
          <w:sz w:val="22"/>
          <w:u w:val="single"/>
        </w:rPr>
        <w:t>the type of government they have really is irrelevant</w:t>
      </w:r>
      <w:r>
        <w:rPr>
          <w:b w:val="0"/>
          <w:i w:val="0"/>
          <w:smallCaps w:val="0"/>
          <w:strike w:val="0"/>
          <w:u w:val="none"/>
        </w:rPr>
        <w:t xml:space="preserve">. </w:t>
      </w:r>
      <w:r>
        <w:rPr>
          <w:b w:val="0"/>
          <w:i w:val="0"/>
          <w:smallCaps w:val="0"/>
          <w:strike w:val="0"/>
          <w:sz w:val="22"/>
          <w:u w:val="single"/>
        </w:rPr>
        <w:t>Unless a democratic public believes that a military conflict will go badly for their military,</w:t>
      </w:r>
      <w:r>
        <w:rPr>
          <w:b w:val="0"/>
          <w:i w:val="0"/>
          <w:smallCaps w:val="0"/>
          <w:strike w:val="0"/>
          <w:u w:val="none"/>
        </w:rPr>
        <w:t xml:space="preserve"> </w:t>
      </w:r>
      <w:r>
        <w:rPr>
          <w:b w:val="0"/>
          <w:i w:val="0"/>
          <w:smallCaps w:val="0"/>
          <w:strike w:val="0"/>
          <w:sz w:val="22"/>
          <w:u w:val="single"/>
        </w:rPr>
        <w:t>they may be ready to welcome the outbreak of a war that they expect to win.</w:t>
      </w:r>
      <w:r>
        <w:rPr>
          <w:b w:val="0"/>
          <w:i w:val="0"/>
          <w:smallCaps w:val="0"/>
          <w:strike w:val="0"/>
          <w:u w:val="none"/>
        </w:rPr>
        <w:t xml:space="preserve"> Setting aside the flaws and failures of U.S.-led democracy promotion for a moment, </w:t>
      </w:r>
      <w:r>
        <w:rPr>
          <w:b/>
          <w:i w:val="0"/>
          <w:smallCaps w:val="0"/>
          <w:strike w:val="0"/>
          <w:sz w:val="22"/>
          <w:u w:val="single"/>
        </w:rPr>
        <w:t>the idea that reducing the number of non-democracies makes war less likely is just fantasy</w:t>
      </w:r>
      <w:r>
        <w:rPr>
          <w:b w:val="0"/>
          <w:i w:val="0"/>
          <w:smallCaps w:val="0"/>
          <w:strike w:val="0"/>
          <w:u w:val="none"/>
        </w:rPr>
        <w:t xml:space="preserve">. </w:t>
      </w:r>
      <w:r>
        <w:rPr>
          <w:b w:val="0"/>
          <w:i w:val="0"/>
          <w:smallCaps w:val="0"/>
          <w:strike w:val="0"/>
          <w:sz w:val="22"/>
          <w:u w:val="single"/>
        </w:rPr>
        <w:t>Clashing interests between states aren’t going away, and the more democratic states there are in the world the more likely it is that two or more of them will eventually fight one another.</w:t>
      </w:r>
    </w:p>
    <w:p>
      <w:pPr>
        <w:pStyle w:val="Caption"/>
      </w:pPr>
      <w:r>
        <w:t>Source: SDOs Aff - Georgetown 2024 · Georgetown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