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Kelly 17</w:t>
      </w:r>
    </w:p>
    <w:p>
      <w:pPr>
        <w:spacing w:after="80"/>
      </w:pPr>
      <w:r>
        <w:rPr>
          <w:b w:val="0"/>
          <w:i w:val="0"/>
          <w:smallCaps w:val="0"/>
          <w:strike w:val="0"/>
          <w:u w:val="none"/>
        </w:rPr>
        <w:t>(Kevin, Founding Executive Editor of Wired Magazine, “The Myth of a Superhuman AI,” 25 April 2017, https://www.wired.com/2017/04/the-myth-of-a-superhuman-ai/)</w:t>
      </w:r>
    </w:p>
    <w:p>
      <w:pPr>
        <w:spacing w:after="60"/>
      </w:pPr>
      <w:r>
        <w:rPr>
          <w:b w:val="0"/>
          <w:i w:val="0"/>
          <w:smallCaps w:val="0"/>
          <w:strike w:val="0"/>
          <w:u w:val="single"/>
        </w:rPr>
        <w:t xml:space="preserve">Another unchallenged belief </w:t>
      </w:r>
      <w:r>
        <w:rPr>
          <w:b w:val="0"/>
          <w:i w:val="0"/>
          <w:smallCaps w:val="0"/>
          <w:strike w:val="0"/>
          <w:u w:val="none"/>
        </w:rPr>
        <w:t>of a super AI takeover, with little evidence</w:t>
      </w:r>
      <w:r>
        <w:rPr>
          <w:b w:val="0"/>
          <w:i w:val="0"/>
          <w:smallCaps w:val="0"/>
          <w:strike w:val="0"/>
          <w:u w:val="single"/>
        </w:rPr>
        <w:t>, is that</w:t>
      </w:r>
      <w:r>
        <w:rPr>
          <w:b w:val="0"/>
          <w:i w:val="0"/>
          <w:smallCaps w:val="0"/>
          <w:strike w:val="0"/>
          <w:u w:val="none"/>
        </w:rPr>
        <w:t xml:space="preserve"> a</w:t>
      </w:r>
      <w:r>
        <w:rPr>
          <w:b w:val="0"/>
          <w:i w:val="0"/>
          <w:smallCaps w:val="0"/>
          <w:strike w:val="0"/>
          <w:u w:val="single"/>
        </w:rPr>
        <w:t xml:space="preserve"> super, </w:t>
      </w:r>
      <w:r>
        <w:rPr>
          <w:b w:val="0"/>
          <w:i w:val="0"/>
          <w:smallCaps w:val="0"/>
          <w:strike w:val="0"/>
          <w:u w:val="none"/>
        </w:rPr>
        <w:t>near-infinite</w:t>
      </w:r>
      <w:r>
        <w:rPr>
          <w:b w:val="0"/>
          <w:i w:val="0"/>
          <w:smallCaps w:val="0"/>
          <w:strike w:val="0"/>
          <w:u w:val="single"/>
        </w:rPr>
        <w:t xml:space="preserve"> intelligence can quickly solve our major unsolved problems.</w:t>
      </w:r>
    </w:p>
    <w:p>
      <w:pPr>
        <w:spacing w:after="60"/>
      </w:pPr>
      <w:r>
        <w:rPr>
          <w:b w:val="0"/>
          <w:i w:val="0"/>
          <w:smallCaps w:val="0"/>
          <w:strike w:val="0"/>
          <w:u w:val="single"/>
        </w:rPr>
        <w:t xml:space="preserve">Many proponents </w:t>
      </w:r>
      <w:r>
        <w:rPr>
          <w:b w:val="0"/>
          <w:i w:val="0"/>
          <w:smallCaps w:val="0"/>
          <w:strike w:val="0"/>
          <w:u w:val="none"/>
        </w:rPr>
        <w:t>of an explosion of intelligence</w:t>
      </w:r>
      <w:r>
        <w:rPr>
          <w:b w:val="0"/>
          <w:i w:val="0"/>
          <w:smallCaps w:val="0"/>
          <w:strike w:val="0"/>
          <w:u w:val="single"/>
        </w:rPr>
        <w:t xml:space="preserve"> expect it will produce an explosion of progress</w:t>
      </w:r>
      <w:r>
        <w:rPr>
          <w:b w:val="0"/>
          <w:i w:val="0"/>
          <w:smallCaps w:val="0"/>
          <w:strike w:val="0"/>
          <w:u w:val="none"/>
        </w:rPr>
        <w:t xml:space="preserve">. </w:t>
      </w:r>
      <w:r>
        <w:rPr>
          <w:b w:val="0"/>
          <w:i w:val="0"/>
          <w:smallCaps w:val="0"/>
          <w:strike w:val="0"/>
          <w:u w:val="single"/>
        </w:rPr>
        <w:t>I call this mythical belief “</w:t>
      </w:r>
      <w:r>
        <w:rPr>
          <w:b/>
          <w:i w:val="0"/>
          <w:smallCaps w:val="0"/>
          <w:strike w:val="0"/>
          <w:u w:val="single"/>
        </w:rPr>
        <w:t>thinkism</w:t>
      </w:r>
      <w:r>
        <w:rPr>
          <w:b w:val="0"/>
          <w:i w:val="0"/>
          <w:smallCaps w:val="0"/>
          <w:strike w:val="0"/>
          <w:u w:val="single"/>
        </w:rPr>
        <w:t xml:space="preserve">.” </w:t>
      </w:r>
      <w:r>
        <w:rPr>
          <w:b w:val="0"/>
          <w:i w:val="0"/>
          <w:smallCaps w:val="0"/>
          <w:strike w:val="0"/>
          <w:u w:val="none"/>
        </w:rPr>
        <w:t>It’s</w:t>
      </w:r>
      <w:r>
        <w:rPr>
          <w:b w:val="0"/>
          <w:i w:val="0"/>
          <w:smallCaps w:val="0"/>
          <w:strike w:val="0"/>
          <w:u w:val="single"/>
        </w:rPr>
        <w:t xml:space="preserve"> the fallacy that future levels of progress are only hindered by a lack of thinking power</w:t>
      </w:r>
      <w:r>
        <w:rPr>
          <w:b w:val="0"/>
          <w:i w:val="0"/>
          <w:smallCaps w:val="0"/>
          <w:strike w:val="0"/>
          <w:u w:val="none"/>
        </w:rPr>
        <w:t>, or intelligence</w:t>
      </w:r>
      <w:r>
        <w:rPr>
          <w:b w:val="0"/>
          <w:i w:val="0"/>
          <w:smallCaps w:val="0"/>
          <w:strike w:val="0"/>
          <w:u w:val="single"/>
        </w:rPr>
        <w:t>.</w:t>
      </w:r>
      <w:r>
        <w:rPr>
          <w:b w:val="0"/>
          <w:i w:val="0"/>
          <w:smallCaps w:val="0"/>
          <w:strike w:val="0"/>
          <w:u w:val="none"/>
        </w:rPr>
        <w:t xml:space="preserve"> (I might also note that the belief that thinking is the magic super ingredient to a cure-all is held by a lot of guys who like to think.)</w:t>
      </w:r>
    </w:p>
    <w:p>
      <w:pPr>
        <w:spacing w:after="60"/>
      </w:pPr>
      <w:r>
        <w:rPr>
          <w:b w:val="0"/>
          <w:i w:val="0"/>
          <w:smallCaps w:val="0"/>
          <w:strike w:val="0"/>
          <w:u w:val="none"/>
        </w:rPr>
        <w:t xml:space="preserve">Let’s take curing cancer or prolonging longevity. </w:t>
      </w:r>
      <w:r>
        <w:rPr>
          <w:b w:val="0"/>
          <w:i w:val="0"/>
          <w:smallCaps w:val="0"/>
          <w:strike w:val="0"/>
          <w:u w:val="single"/>
        </w:rPr>
        <w:t xml:space="preserve">These are problems that thinking alone cannot solve. No amount of thinkism </w:t>
      </w:r>
      <w:r>
        <w:rPr>
          <w:b w:val="0"/>
          <w:i w:val="0"/>
          <w:smallCaps w:val="0"/>
          <w:strike w:val="0"/>
          <w:u w:val="none"/>
        </w:rPr>
        <w:t xml:space="preserve">will discover how the cell ages, or how telomeres fall off. No intelligence, no matter how super duper, </w:t>
      </w:r>
      <w:r>
        <w:rPr>
          <w:b w:val="0"/>
          <w:i w:val="0"/>
          <w:smallCaps w:val="0"/>
          <w:strike w:val="0"/>
          <w:u w:val="single"/>
        </w:rPr>
        <w:t xml:space="preserve">can figure out how the human body works simply by reading all the known scientific literature in the world today </w:t>
      </w:r>
      <w:r>
        <w:rPr>
          <w:b w:val="0"/>
          <w:i w:val="0"/>
          <w:smallCaps w:val="0"/>
          <w:strike w:val="0"/>
          <w:u w:val="none"/>
        </w:rPr>
        <w:t>and then contemplating it.</w:t>
      </w:r>
      <w:r>
        <w:rPr>
          <w:b w:val="0"/>
          <w:i w:val="0"/>
          <w:smallCaps w:val="0"/>
          <w:strike w:val="0"/>
          <w:u w:val="single"/>
        </w:rPr>
        <w:t xml:space="preserve"> No super AI can </w:t>
      </w:r>
      <w:r>
        <w:rPr>
          <w:b w:val="0"/>
          <w:i w:val="0"/>
          <w:smallCaps w:val="0"/>
          <w:strike w:val="0"/>
          <w:u w:val="none"/>
        </w:rPr>
        <w:t>simply</w:t>
      </w:r>
      <w:r>
        <w:rPr>
          <w:b w:val="0"/>
          <w:i w:val="0"/>
          <w:smallCaps w:val="0"/>
          <w:strike w:val="0"/>
          <w:u w:val="single"/>
        </w:rPr>
        <w:t xml:space="preserve"> think about </w:t>
      </w:r>
      <w:r>
        <w:rPr>
          <w:b w:val="0"/>
          <w:i w:val="0"/>
          <w:smallCaps w:val="0"/>
          <w:strike w:val="0"/>
          <w:u w:val="none"/>
        </w:rPr>
        <w:t>all the current and past</w:t>
      </w:r>
      <w:r>
        <w:rPr>
          <w:b w:val="0"/>
          <w:i w:val="0"/>
          <w:smallCaps w:val="0"/>
          <w:strike w:val="0"/>
          <w:u w:val="single"/>
        </w:rPr>
        <w:t xml:space="preserve"> nuclear fission experiments and then come up with working nuclear fusion in a day. A </w:t>
      </w:r>
      <w:r>
        <w:rPr>
          <w:b w:val="0"/>
          <w:i w:val="0"/>
          <w:smallCaps w:val="0"/>
          <w:strike w:val="0"/>
          <w:u w:val="none"/>
        </w:rPr>
        <w:t>lot more than just thinking is needed to move between not knowing how things work and knowing how they work.</w:t>
      </w:r>
      <w:r>
        <w:rPr>
          <w:b w:val="0"/>
          <w:i w:val="0"/>
          <w:smallCaps w:val="0"/>
          <w:strike w:val="0"/>
          <w:u w:val="single"/>
        </w:rPr>
        <w:t xml:space="preserve"> There are </w:t>
      </w:r>
      <w:r>
        <w:rPr>
          <w:b/>
          <w:i w:val="0"/>
          <w:smallCaps w:val="0"/>
          <w:strike w:val="0"/>
          <w:u w:val="single"/>
        </w:rPr>
        <w:t xml:space="preserve">tons of experiments </w:t>
      </w:r>
      <w:r>
        <w:rPr>
          <w:b w:val="0"/>
          <w:i w:val="0"/>
          <w:smallCaps w:val="0"/>
          <w:strike w:val="0"/>
          <w:u w:val="single"/>
        </w:rPr>
        <w:t xml:space="preserve">in the real world, each of which </w:t>
      </w:r>
      <w:r>
        <w:rPr>
          <w:b w:val="0"/>
          <w:i w:val="0"/>
          <w:smallCaps w:val="0"/>
          <w:strike w:val="0"/>
          <w:u w:val="none"/>
        </w:rPr>
        <w:t>yields tons and tons of</w:t>
      </w:r>
      <w:r>
        <w:rPr>
          <w:b w:val="0"/>
          <w:i w:val="0"/>
          <w:smallCaps w:val="0"/>
          <w:strike w:val="0"/>
          <w:u w:val="single"/>
        </w:rPr>
        <w:t xml:space="preserve"> contradictory data, requiring further experiments </w:t>
      </w:r>
      <w:r>
        <w:rPr>
          <w:b w:val="0"/>
          <w:i w:val="0"/>
          <w:smallCaps w:val="0"/>
          <w:strike w:val="0"/>
          <w:u w:val="none"/>
        </w:rPr>
        <w:t>that will be required to form the correct working hypothesis.</w:t>
      </w:r>
      <w:r>
        <w:rPr>
          <w:b w:val="0"/>
          <w:i w:val="0"/>
          <w:smallCaps w:val="0"/>
          <w:strike w:val="0"/>
          <w:u w:val="single"/>
        </w:rPr>
        <w:t xml:space="preserve"> </w:t>
      </w:r>
      <w:r>
        <w:rPr>
          <w:b/>
          <w:i w:val="0"/>
          <w:smallCaps w:val="0"/>
          <w:strike w:val="0"/>
          <w:u w:val="single"/>
        </w:rPr>
        <w:t>Thinking about the potential data will not yield the correct data.</w:t>
      </w:r>
    </w:p>
    <w:p>
      <w:pPr>
        <w:spacing w:after="60"/>
      </w:pPr>
      <w:r>
        <w:rPr>
          <w:b w:val="0"/>
          <w:i w:val="0"/>
          <w:smallCaps w:val="0"/>
          <w:strike w:val="0"/>
          <w:u w:val="none"/>
        </w:rPr>
        <w:t>Thinking (intelligence) is only part of science; maybe even a small part</w:t>
      </w:r>
      <w:r>
        <w:rPr>
          <w:b w:val="0"/>
          <w:i w:val="0"/>
          <w:smallCaps w:val="0"/>
          <w:strike w:val="0"/>
          <w:u w:val="single"/>
        </w:rPr>
        <w:t xml:space="preserve">. </w:t>
      </w:r>
      <w:r>
        <w:rPr>
          <w:b w:val="0"/>
          <w:i w:val="0"/>
          <w:smallCaps w:val="0"/>
          <w:strike w:val="0"/>
          <w:u w:val="none"/>
        </w:rPr>
        <w:t>As one example, we don’t have enough proper data to come close to solving the death problem. In the case of working with living organisms,</w:t>
      </w:r>
      <w:r>
        <w:rPr>
          <w:b w:val="0"/>
          <w:i w:val="0"/>
          <w:smallCaps w:val="0"/>
          <w:strike w:val="0"/>
          <w:u w:val="single"/>
        </w:rPr>
        <w:t xml:space="preserve"> most </w:t>
      </w:r>
      <w:r>
        <w:rPr>
          <w:b w:val="0"/>
          <w:i w:val="0"/>
          <w:smallCaps w:val="0"/>
          <w:strike w:val="0"/>
          <w:u w:val="none"/>
        </w:rPr>
        <w:t>of these</w:t>
      </w:r>
      <w:r>
        <w:rPr>
          <w:b w:val="0"/>
          <w:i w:val="0"/>
          <w:smallCaps w:val="0"/>
          <w:strike w:val="0"/>
          <w:u w:val="single"/>
        </w:rPr>
        <w:t xml:space="preserve"> </w:t>
      </w:r>
      <w:r>
        <w:rPr>
          <w:b/>
          <w:i w:val="0"/>
          <w:smallCaps w:val="0"/>
          <w:strike w:val="0"/>
          <w:u w:val="single"/>
        </w:rPr>
        <w:t>experiments take calendar time</w:t>
      </w:r>
      <w:r>
        <w:rPr>
          <w:b w:val="0"/>
          <w:i w:val="0"/>
          <w:smallCaps w:val="0"/>
          <w:strike w:val="0"/>
          <w:u w:val="single"/>
        </w:rPr>
        <w:t xml:space="preserve">. </w:t>
      </w:r>
      <w:r>
        <w:rPr>
          <w:b w:val="0"/>
          <w:i w:val="0"/>
          <w:smallCaps w:val="0"/>
          <w:strike w:val="0"/>
          <w:u w:val="none"/>
        </w:rPr>
        <w:t>The slow metabolism of a cell cannot be sped up</w:t>
      </w:r>
      <w:r>
        <w:rPr>
          <w:b w:val="0"/>
          <w:i w:val="0"/>
          <w:smallCaps w:val="0"/>
          <w:strike w:val="0"/>
          <w:u w:val="single"/>
        </w:rPr>
        <w:t xml:space="preserve">. </w:t>
      </w:r>
      <w:r>
        <w:rPr>
          <w:b w:val="0"/>
          <w:i w:val="0"/>
          <w:smallCaps w:val="0"/>
          <w:strike w:val="0"/>
          <w:u w:val="none"/>
        </w:rPr>
        <w:t>They take years, or months, or at least days, to get results.</w:t>
      </w:r>
      <w:r>
        <w:rPr>
          <w:b w:val="0"/>
          <w:i w:val="0"/>
          <w:smallCaps w:val="0"/>
          <w:strike w:val="0"/>
          <w:u w:val="single"/>
        </w:rPr>
        <w:t xml:space="preserve"> </w:t>
      </w:r>
      <w:r>
        <w:rPr>
          <w:b w:val="0"/>
          <w:i w:val="0"/>
          <w:smallCaps w:val="0"/>
          <w:strike w:val="0"/>
          <w:u w:val="none"/>
        </w:rPr>
        <w:t xml:space="preserve">If we want to know what happens to subatomic particles, we can’t just think about them. We have to build very large, very complex, very tricky physical structures to find out. </w:t>
      </w:r>
      <w:r>
        <w:rPr>
          <w:b/>
          <w:i w:val="0"/>
          <w:smallCaps w:val="0"/>
          <w:strike w:val="0"/>
          <w:u w:val="single"/>
        </w:rPr>
        <w:t>Even if the smartest physicists were 1,000 times smarter</w:t>
      </w:r>
      <w:r>
        <w:rPr>
          <w:b w:val="0"/>
          <w:i w:val="0"/>
          <w:smallCaps w:val="0"/>
          <w:strike w:val="0"/>
          <w:u w:val="single"/>
        </w:rPr>
        <w:t xml:space="preserve"> </w:t>
      </w:r>
      <w:r>
        <w:rPr>
          <w:b w:val="0"/>
          <w:i w:val="0"/>
          <w:smallCaps w:val="0"/>
          <w:strike w:val="0"/>
          <w:u w:val="none"/>
        </w:rPr>
        <w:t>than they are now</w:t>
      </w:r>
      <w:r>
        <w:rPr>
          <w:b w:val="0"/>
          <w:i w:val="0"/>
          <w:smallCaps w:val="0"/>
          <w:strike w:val="0"/>
          <w:u w:val="single"/>
        </w:rPr>
        <w:t>, without a Collider, they will know nothing new.</w:t>
      </w:r>
    </w:p>
    <w:p>
      <w:pPr>
        <w:spacing w:after="60"/>
      </w:pPr>
      <w:r>
        <w:rPr>
          <w:b w:val="0"/>
          <w:i w:val="0"/>
          <w:smallCaps w:val="0"/>
          <w:strike w:val="0"/>
          <w:u w:val="none"/>
        </w:rPr>
        <w:t>There is no doubt that a super AI can accelerate the process of science. We can make computer simulations of atoms or cells and we can keep speeding them up by many factors, but two issues limit the usefulness of simulations in obtaining instant progress. First, simulations and models can only be faster than their subjects because they leave something out. That is the nature of a model or simulation. Also worth noting: The testing, vetting and proving of those models also has to take place in calendar time to match the rate of their subjects. The testing of ground truth can’t be sped up.</w:t>
      </w:r>
    </w:p>
    <w:p>
      <w:pPr>
        <w:spacing w:after="60"/>
      </w:pPr>
      <w:r>
        <w:rPr>
          <w:b w:val="0"/>
          <w:i w:val="0"/>
          <w:smallCaps w:val="0"/>
          <w:strike w:val="0"/>
          <w:u w:val="none"/>
        </w:rPr>
        <w:t>These simplified versions in a simulation are useful in winnowing down the most promising paths, so they can accelerate progress. But there is no excess in reality; everything real makes a difference to some extent; that is one definition of reality. As models and simulations are beefed up with more and more detail, they come up against the limit that reality runs faster than a 100 percent complete simulation of it. That is another definition of reality: the fastest possible version of all the details and degrees of freedom present. If you were able to model all the molecules in a cell and all the cells in a human body, this simulation would not run as fast as a human body. No matter how much you thought about it, you still need to take time to do experiments, whether in real systems or in simulated systems.</w:t>
      </w:r>
    </w:p>
    <w:p>
      <w:pPr>
        <w:spacing w:after="60"/>
      </w:pPr>
      <w:r>
        <w:rPr>
          <w:b w:val="0"/>
          <w:i w:val="0"/>
          <w:smallCaps w:val="0"/>
          <w:strike w:val="0"/>
          <w:u w:val="none"/>
        </w:rPr>
        <w:t xml:space="preserve">To be useful, artificial intelligences have to be embodied in the world, and that world will often set their pace of innovations. Without conducting experiments, building prototypes, having failures, and engaging in reality, an intelligence can have thoughts but not results. There won’t be instant discoveries the minute, hour, day or year a so-called “smarter-than-human” AI appears. Certainly the rate of discovery will be significantly accelerated by AI advances, in part because alien-ish AI will ask questions no human would ask, but even a vastly powerful (compared to us) intelligence doesn’t mean instant progress. </w:t>
      </w:r>
      <w:r>
        <w:rPr>
          <w:b/>
          <w:i w:val="0"/>
          <w:smallCaps w:val="0"/>
          <w:strike w:val="0"/>
          <w:u w:val="single"/>
        </w:rPr>
        <w:t>Problems need far more than just intelligence</w:t>
      </w:r>
      <w:r>
        <w:rPr>
          <w:b w:val="0"/>
          <w:i w:val="0"/>
          <w:smallCaps w:val="0"/>
          <w:strike w:val="0"/>
          <w:u w:val="single"/>
        </w:rPr>
        <w:t xml:space="preserve"> to be solved.</w:t>
      </w:r>
    </w:p>
    <w:p>
      <w:pPr>
        <w:spacing w:after="60"/>
      </w:pPr>
      <w:r>
        <w:rPr>
          <w:b w:val="0"/>
          <w:i w:val="0"/>
          <w:smallCaps w:val="0"/>
          <w:strike w:val="0"/>
          <w:u w:val="none"/>
        </w:rPr>
        <w:t>Not only are cancer and longevity problems that intelligence alone can’t solve, so is intelligence itself. The common trope among Singularitans is that once you make an AI “smarter than humans” then all of sudden it thinks hard and invents an AI “smarter than itself,” which thinks harder and invents one yet smarter, until it explodes in power, almost becoming godlike</w:t>
      </w:r>
      <w:r>
        <w:rPr>
          <w:b w:val="0"/>
          <w:i w:val="0"/>
          <w:smallCaps w:val="0"/>
          <w:strike w:val="0"/>
          <w:u w:val="single"/>
        </w:rPr>
        <w:t xml:space="preserve">. We have </w:t>
      </w:r>
      <w:r>
        <w:rPr>
          <w:b/>
          <w:i w:val="0"/>
          <w:smallCaps w:val="0"/>
          <w:strike w:val="0"/>
          <w:u w:val="single"/>
        </w:rPr>
        <w:t>no evidence that</w:t>
      </w:r>
      <w:r>
        <w:rPr>
          <w:b w:val="0"/>
          <w:i w:val="0"/>
          <w:smallCaps w:val="0"/>
          <w:strike w:val="0"/>
          <w:u w:val="single"/>
        </w:rPr>
        <w:t xml:space="preserve"> </w:t>
      </w:r>
      <w:r>
        <w:rPr>
          <w:b w:val="0"/>
          <w:i w:val="0"/>
          <w:smallCaps w:val="0"/>
          <w:strike w:val="0"/>
          <w:u w:val="none"/>
        </w:rPr>
        <w:t>merely</w:t>
      </w:r>
      <w:r>
        <w:rPr>
          <w:b w:val="0"/>
          <w:i w:val="0"/>
          <w:smallCaps w:val="0"/>
          <w:strike w:val="0"/>
          <w:u w:val="single"/>
        </w:rPr>
        <w:t xml:space="preserve"> </w:t>
      </w:r>
      <w:r>
        <w:rPr>
          <w:b/>
          <w:i w:val="0"/>
          <w:smallCaps w:val="0"/>
          <w:strike w:val="0"/>
          <w:u w:val="single"/>
        </w:rPr>
        <w:t>thinking about intelligence is enough</w:t>
      </w:r>
      <w:r>
        <w:rPr>
          <w:b w:val="0"/>
          <w:i w:val="0"/>
          <w:smallCaps w:val="0"/>
          <w:strike w:val="0"/>
          <w:u w:val="single"/>
        </w:rPr>
        <w:t xml:space="preserve"> to create new levels of intelligence</w:t>
      </w:r>
      <w:r>
        <w:rPr>
          <w:b w:val="0"/>
          <w:i w:val="0"/>
          <w:smallCaps w:val="0"/>
          <w:strike w:val="0"/>
          <w:u w:val="none"/>
        </w:rPr>
        <w:t>. This kind of thinkism is a belief. We have a lot of evidence that</w:t>
      </w:r>
      <w:r>
        <w:rPr>
          <w:b w:val="0"/>
          <w:i w:val="0"/>
          <w:smallCaps w:val="0"/>
          <w:strike w:val="0"/>
          <w:u w:val="single"/>
        </w:rPr>
        <w:t xml:space="preserve"> in addition to great quantities of intelligence we need experiments, data, trial and error</w:t>
      </w:r>
      <w:r>
        <w:rPr>
          <w:b w:val="0"/>
          <w:i w:val="0"/>
          <w:smallCaps w:val="0"/>
          <w:strike w:val="0"/>
          <w:u w:val="none"/>
        </w:rPr>
        <w:t>, weird lines of questioning, and all kinds of things beyond smartness</w:t>
      </w:r>
      <w:r>
        <w:rPr>
          <w:b w:val="0"/>
          <w:i w:val="0"/>
          <w:smallCaps w:val="0"/>
          <w:strike w:val="0"/>
          <w:u w:val="single"/>
        </w:rPr>
        <w:t xml:space="preserve"> </w:t>
      </w:r>
      <w:r>
        <w:rPr>
          <w:b w:val="0"/>
          <w:i w:val="0"/>
          <w:smallCaps w:val="0"/>
          <w:strike w:val="0"/>
          <w:u w:val="none"/>
        </w:rPr>
        <w:t>to invent new kinds of successful minds.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