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US tech leadership is key to</w:t>
      </w:r>
      <w:r>
        <w:rPr>
          <w:b/>
          <w:i w:val="0"/>
          <w:smallCaps w:val="0"/>
          <w:strike w:val="0"/>
          <w:sz w:val="26"/>
          <w:u w:val="none"/>
        </w:rPr>
        <w:t xml:space="preserve"> strategic stability and deterrence</w:t>
      </w:r>
      <w:r>
        <w:rPr>
          <w:b/>
          <w:i w:val="0"/>
          <w:smallCaps w:val="0"/>
          <w:strike w:val="0"/>
          <w:sz w:val="26"/>
          <w:u w:val="none"/>
        </w:rPr>
        <w:t xml:space="preserve"> – the impact is nuclear escalation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Kroenig</w:t>
      </w:r>
      <w:r>
        <w:rPr>
          <w:b/>
          <w:i w:val="0"/>
          <w:smallCaps w:val="0"/>
          <w:strike w:val="0"/>
          <w:sz w:val="26"/>
          <w:u w:val="none"/>
        </w:rPr>
        <w:t xml:space="preserve">, 21 </w:t>
      </w:r>
      <w:r>
        <w:rPr>
          <w:b w:val="0"/>
          <w:i w:val="0"/>
          <w:smallCaps w:val="0"/>
          <w:strike w:val="0"/>
          <w:u w:val="none"/>
        </w:rPr>
        <w:t>–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(Matthew; 2021; PhD, Berkeley, Professor of Government at the Edmund A. Walsh School of Foreign Service at Georgetown University; Air University, “Will Emerging Technology Cause Nuclear War? Bringing Geopolitics Back In,” vol. 15 no. 4)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Will emerging tech</w:t>
      </w:r>
      <w:r>
        <w:rPr>
          <w:b w:val="0"/>
          <w:i w:val="0"/>
          <w:smallCaps w:val="0"/>
          <w:strike w:val="0"/>
          <w:u w:val="none"/>
        </w:rPr>
        <w:t xml:space="preserve">nology </w:t>
      </w:r>
      <w:r>
        <w:rPr>
          <w:b w:val="0"/>
          <w:i w:val="0"/>
          <w:smallCaps w:val="0"/>
          <w:strike w:val="0"/>
          <w:sz w:val="22"/>
          <w:u w:val="single"/>
        </w:rPr>
        <w:t>cause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nuclear war</w:t>
      </w:r>
      <w:r>
        <w:rPr>
          <w:b w:val="0"/>
          <w:i w:val="0"/>
          <w:smallCaps w:val="0"/>
          <w:strike w:val="0"/>
          <w:sz w:val="22"/>
          <w:u w:val="single"/>
        </w:rPr>
        <w:t>?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For</w:t>
      </w:r>
      <w:r>
        <w:rPr>
          <w:b w:val="0"/>
          <w:i w:val="0"/>
          <w:smallCaps w:val="0"/>
          <w:strike w:val="0"/>
          <w:u w:val="none"/>
        </w:rPr>
        <w:t xml:space="preserve"> more than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70 years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the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world</w:t>
      </w:r>
      <w:r>
        <w:rPr>
          <w:b/>
          <w:i w:val="0"/>
          <w:smallCaps w:val="0"/>
          <w:strike w:val="0"/>
          <w:sz w:val="22"/>
          <w:u w:val="single"/>
        </w:rPr>
        <w:t xml:space="preserve"> has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avoided major-power conflict</w:t>
      </w:r>
      <w:r>
        <w:rPr>
          <w:b w:val="0"/>
          <w:i w:val="0"/>
          <w:smallCaps w:val="0"/>
          <w:strike w:val="0"/>
          <w:u w:val="none"/>
        </w:rPr>
        <w:t xml:space="preserve">, and many attribute this era of peace to nuclear weapons.1 In situations of mutually assured destruction, neither side has an incentive to launch a nuclear first strike because doing so will only result in self-annihilation. </w:t>
      </w:r>
      <w:r>
        <w:rPr>
          <w:b w:val="0"/>
          <w:i w:val="0"/>
          <w:smallCaps w:val="0"/>
          <w:strike w:val="0"/>
          <w:sz w:val="22"/>
          <w:u w:val="single"/>
        </w:rPr>
        <w:t>Maintaining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secure</w:t>
      </w:r>
      <w:r>
        <w:rPr>
          <w:b w:val="0"/>
          <w:i w:val="0"/>
          <w:smallCaps w:val="0"/>
          <w:strike w:val="0"/>
          <w:u w:val="none"/>
        </w:rPr>
        <w:t xml:space="preserve">, second-strike </w:t>
      </w:r>
      <w:r>
        <w:rPr>
          <w:b/>
          <w:i w:val="0"/>
          <w:smallCaps w:val="0"/>
          <w:strike w:val="0"/>
          <w:sz w:val="22"/>
          <w:u w:val="single"/>
        </w:rPr>
        <w:t>capabilities</w:t>
      </w:r>
      <w:r>
        <w:rPr>
          <w:b w:val="0"/>
          <w:i w:val="0"/>
          <w:smallCaps w:val="0"/>
          <w:strike w:val="0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ability to </w:t>
      </w:r>
      <w:r>
        <w:rPr>
          <w:b/>
          <w:i w:val="0"/>
          <w:smallCaps w:val="0"/>
          <w:strike w:val="0"/>
          <w:sz w:val="22"/>
          <w:u w:val="single"/>
        </w:rPr>
        <w:t>absorb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enemy </w:t>
      </w:r>
      <w:r>
        <w:rPr>
          <w:b/>
          <w:i w:val="0"/>
          <w:smallCaps w:val="0"/>
          <w:strike w:val="0"/>
          <w:sz w:val="22"/>
          <w:u w:val="single"/>
        </w:rPr>
        <w:t>nuclear attack</w:t>
      </w:r>
      <w:r>
        <w:rPr>
          <w:b w:val="0"/>
          <w:i w:val="0"/>
          <w:smallCaps w:val="0"/>
          <w:strike w:val="0"/>
          <w:u w:val="none"/>
        </w:rPr>
        <w:t xml:space="preserve"> and respond with a devastating counterattack—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the key to </w:t>
      </w:r>
      <w:r>
        <w:rPr>
          <w:b/>
          <w:i w:val="0"/>
          <w:smallCaps w:val="0"/>
          <w:strike w:val="0"/>
          <w:sz w:val="22"/>
          <w:u w:val="single"/>
        </w:rPr>
        <w:t>deterrence</w:t>
      </w:r>
      <w:r>
        <w:rPr>
          <w:b w:val="0"/>
          <w:i w:val="0"/>
          <w:smallCaps w:val="0"/>
          <w:strike w:val="0"/>
          <w:u w:val="none"/>
        </w:rPr>
        <w:t xml:space="preserve">.2 </w:t>
      </w:r>
      <w:r>
        <w:rPr>
          <w:b w:val="0"/>
          <w:i w:val="0"/>
          <w:smallCaps w:val="0"/>
          <w:strike w:val="0"/>
          <w:sz w:val="22"/>
          <w:u w:val="single"/>
        </w:rPr>
        <w:t>Recently</w:t>
      </w:r>
      <w:r>
        <w:rPr>
          <w:b w:val="0"/>
          <w:i w:val="0"/>
          <w:smallCaps w:val="0"/>
          <w:strike w:val="0"/>
          <w:u w:val="none"/>
        </w:rPr>
        <w:t xml:space="preserve">, analysts have begun to worry, </w:t>
      </w:r>
      <w:r>
        <w:rPr>
          <w:b/>
          <w:i w:val="0"/>
          <w:smallCaps w:val="0"/>
          <w:strike w:val="0"/>
          <w:sz w:val="22"/>
          <w:u w:val="single"/>
        </w:rPr>
        <w:t>however</w:t>
      </w:r>
      <w:r>
        <w:rPr>
          <w:b w:val="0"/>
          <w:i w:val="0"/>
          <w:smallCaps w:val="0"/>
          <w:strike w:val="0"/>
          <w:u w:val="none"/>
        </w:rPr>
        <w:t xml:space="preserve">, that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new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military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tech</w:t>
      </w:r>
      <w:r>
        <w:rPr>
          <w:b w:val="0"/>
          <w:i w:val="0"/>
          <w:smallCaps w:val="0"/>
          <w:strike w:val="0"/>
          <w:u w:val="none"/>
        </w:rPr>
        <w:t xml:space="preserve">nologies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may call into question</w:t>
      </w:r>
      <w:r>
        <w:rPr>
          <w:b w:val="0"/>
          <w:i w:val="0"/>
          <w:smallCaps w:val="0"/>
          <w:strike w:val="0"/>
          <w:u w:val="none"/>
        </w:rPr>
        <w:t xml:space="preserve"> this model of global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strategic stability</w:t>
      </w:r>
      <w:r>
        <w:rPr>
          <w:b w:val="0"/>
          <w:i w:val="0"/>
          <w:smallCaps w:val="0"/>
          <w:strike w:val="0"/>
          <w:u w:val="none"/>
        </w:rPr>
        <w:t>.3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 world is experiencing a fourth industrial revolution (</w:t>
      </w:r>
      <w:r>
        <w:rPr>
          <w:b/>
          <w:i w:val="0"/>
          <w:smallCaps w:val="0"/>
          <w:strike w:val="0"/>
          <w:sz w:val="22"/>
          <w:u w:val="single"/>
        </w:rPr>
        <w:t>4IR</w:t>
      </w:r>
      <w:r>
        <w:rPr>
          <w:b w:val="0"/>
          <w:i w:val="0"/>
          <w:smallCaps w:val="0"/>
          <w:strike w:val="0"/>
          <w:u w:val="none"/>
        </w:rPr>
        <w:t xml:space="preserve">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which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a wave of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new</w:t>
      </w:r>
      <w:r>
        <w:rPr>
          <w:b w:val="0"/>
          <w:i w:val="0"/>
          <w:smallCaps w:val="0"/>
          <w:strike w:val="0"/>
          <w:u w:val="none"/>
        </w:rPr>
        <w:t xml:space="preserve"> and transformative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tech</w:t>
      </w:r>
      <w:r>
        <w:rPr>
          <w:b w:val="0"/>
          <w:i w:val="0"/>
          <w:smallCaps w:val="0"/>
          <w:strike w:val="0"/>
          <w:u w:val="none"/>
        </w:rPr>
        <w:t xml:space="preserve">nologies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is being developed, including</w:t>
      </w:r>
      <w:r>
        <w:rPr>
          <w:b w:val="0"/>
          <w:i w:val="0"/>
          <w:smallCaps w:val="0"/>
          <w:strike w:val="0"/>
          <w:u w:val="none"/>
        </w:rPr>
        <w:t xml:space="preserve"> artificial </w:t>
      </w:r>
      <w:r>
        <w:rPr>
          <w:b w:val="0"/>
          <w:i w:val="0"/>
          <w:smallCaps w:val="0"/>
          <w:strike w:val="0"/>
          <w:u w:val="none"/>
        </w:rPr>
        <w:t>intelligence (</w:t>
      </w:r>
      <w:r>
        <w:rPr>
          <w:b/>
          <w:i w:val="0"/>
          <w:smallCaps w:val="0"/>
          <w:strike w:val="0"/>
          <w:sz w:val="22"/>
          <w:u w:val="single"/>
        </w:rPr>
        <w:t>AI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), additive manufacturing, quantum information technology, hypersonic missiles,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biotech</w:t>
      </w:r>
      <w:r>
        <w:rPr>
          <w:b w:val="0"/>
          <w:i w:val="0"/>
          <w:smallCaps w:val="0"/>
          <w:strike w:val="0"/>
          <w:sz w:val="22"/>
          <w:u w:val="single"/>
        </w:rPr>
        <w:t>nology, and directed energy.</w:t>
      </w:r>
      <w:r>
        <w:rPr>
          <w:b w:val="0"/>
          <w:i w:val="0"/>
          <w:smallCaps w:val="0"/>
          <w:strike w:val="0"/>
          <w:u w:val="none"/>
        </w:rPr>
        <w:t xml:space="preserve">4 While </w:t>
      </w:r>
      <w:r>
        <w:rPr>
          <w:b w:val="0"/>
          <w:i w:val="0"/>
          <w:smallCaps w:val="0"/>
          <w:strike w:val="0"/>
          <w:u w:val="none"/>
        </w:rPr>
        <w:t>these technologies</w:t>
      </w:r>
      <w:r>
        <w:rPr>
          <w:b w:val="0"/>
          <w:i w:val="0"/>
          <w:smallCaps w:val="0"/>
          <w:strike w:val="0"/>
          <w:u w:val="none"/>
        </w:rPr>
        <w:t xml:space="preserve"> are expected to have profound implications for societies and economies,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most are dual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 xml:space="preserve"> use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and will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also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affect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national security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including nuclear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strategic stability</w:t>
      </w:r>
      <w:r>
        <w:rPr>
          <w:b w:val="0"/>
          <w:i w:val="0"/>
          <w:smallCaps w:val="0"/>
          <w:strike w:val="0"/>
          <w:highlight w:val="yellow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According to an emerging conventional </w:t>
      </w:r>
      <w:r>
        <w:rPr>
          <w:b w:val="0"/>
          <w:i w:val="0"/>
          <w:smallCaps w:val="0"/>
          <w:strike w:val="0"/>
          <w:u w:val="none"/>
        </w:rPr>
        <w:t xml:space="preserve">wisdom, </w:t>
      </w:r>
      <w:r>
        <w:rPr>
          <w:b w:val="0"/>
          <w:i w:val="0"/>
          <w:smallCaps w:val="0"/>
          <w:strike w:val="0"/>
          <w:sz w:val="22"/>
          <w:u w:val="single"/>
        </w:rPr>
        <w:t>new technology may upset nuclear strategic stability</w:t>
      </w:r>
      <w:r>
        <w:rPr>
          <w:b w:val="0"/>
          <w:i w:val="0"/>
          <w:smallCaps w:val="0"/>
          <w:strike w:val="0"/>
          <w:u w:val="none"/>
        </w:rPr>
        <w:t xml:space="preserve"> by </w:t>
      </w:r>
      <w:r>
        <w:rPr>
          <w:b w:val="0"/>
          <w:i w:val="0"/>
          <w:smallCaps w:val="0"/>
          <w:strike w:val="0"/>
          <w:sz w:val="22"/>
          <w:u w:val="single"/>
        </w:rPr>
        <w:t>calling into question</w:t>
      </w:r>
      <w:r>
        <w:rPr>
          <w:b w:val="0"/>
          <w:i w:val="0"/>
          <w:smallCaps w:val="0"/>
          <w:strike w:val="0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survivability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 nuclear forces</w:t>
      </w:r>
      <w:r>
        <w:rPr>
          <w:b w:val="0"/>
          <w:i w:val="0"/>
          <w:smallCaps w:val="0"/>
          <w:strike w:val="0"/>
          <w:u w:val="none"/>
        </w:rPr>
        <w:t xml:space="preserve">.5 </w:t>
      </w:r>
      <w:r>
        <w:rPr>
          <w:b w:val="0"/>
          <w:i w:val="0"/>
          <w:smallCaps w:val="0"/>
          <w:strike w:val="0"/>
          <w:u w:val="non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solution</w:t>
      </w:r>
      <w:r>
        <w:rPr>
          <w:b w:val="0"/>
          <w:i w:val="0"/>
          <w:smallCaps w:val="0"/>
          <w:strike w:val="0"/>
          <w:sz w:val="22"/>
          <w:u w:val="single"/>
        </w:rPr>
        <w:t>, according to some</w:t>
      </w:r>
      <w:r>
        <w:rPr>
          <w:b w:val="0"/>
          <w:i w:val="0"/>
          <w:smallCaps w:val="0"/>
          <w:strike w:val="0"/>
          <w:u w:val="none"/>
        </w:rPr>
        <w:t xml:space="preserve"> analysts, </w:t>
      </w:r>
      <w:r>
        <w:rPr>
          <w:b w:val="0"/>
          <w:i w:val="0"/>
          <w:smallCaps w:val="0"/>
          <w:strike w:val="0"/>
          <w:sz w:val="22"/>
          <w:u w:val="single"/>
        </w:rPr>
        <w:t>is</w:t>
      </w:r>
      <w:r>
        <w:rPr>
          <w:b w:val="0"/>
          <w:i w:val="0"/>
          <w:smallCaps w:val="0"/>
          <w:strike w:val="0"/>
          <w:u w:val="none"/>
        </w:rPr>
        <w:t xml:space="preserve"> for nuclear-armed states to eschew military applications of at least some of these technologies and lead an international effort </w:t>
      </w:r>
      <w:r>
        <w:rPr>
          <w:b w:val="0"/>
          <w:i w:val="0"/>
          <w:smallCaps w:val="0"/>
          <w:strike w:val="0"/>
          <w:sz w:val="22"/>
          <w:u w:val="single"/>
        </w:rPr>
        <w:t>to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control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spread</w:t>
      </w:r>
      <w:r>
        <w:rPr>
          <w:b w:val="0"/>
          <w:i w:val="0"/>
          <w:smallCaps w:val="0"/>
          <w:strike w:val="0"/>
          <w:u w:val="none"/>
        </w:rPr>
        <w:t xml:space="preserve">.6 </w:t>
      </w:r>
      <w:r>
        <w:rPr>
          <w:b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u w:val="none"/>
        </w:rPr>
        <w:t xml:space="preserve"> these </w:t>
      </w:r>
      <w:r>
        <w:rPr>
          <w:b w:val="0"/>
          <w:i w:val="0"/>
          <w:smallCaps w:val="0"/>
          <w:strike w:val="0"/>
          <w:sz w:val="22"/>
          <w:u w:val="single"/>
        </w:rPr>
        <w:t>studies too often consider new tech</w:t>
      </w:r>
      <w:r>
        <w:rPr>
          <w:b w:val="0"/>
          <w:i w:val="0"/>
          <w:smallCaps w:val="0"/>
          <w:strike w:val="0"/>
          <w:u w:val="none"/>
        </w:rPr>
        <w:t>n</w:t>
      </w:r>
      <w:r>
        <w:rPr>
          <w:b w:val="0"/>
          <w:i w:val="0"/>
          <w:smallCaps w:val="0"/>
          <w:strike w:val="0"/>
          <w:u w:val="none"/>
        </w:rPr>
        <w:t xml:space="preserve">ology and nuclear strategy </w:t>
      </w:r>
      <w:r>
        <w:rPr>
          <w:b w:val="0"/>
          <w:i w:val="0"/>
          <w:smallCaps w:val="0"/>
          <w:strike w:val="0"/>
          <w:sz w:val="22"/>
          <w:u w:val="single"/>
        </w:rPr>
        <w:t>in</w:t>
      </w:r>
      <w:r>
        <w:rPr>
          <w:b w:val="0"/>
          <w:i w:val="0"/>
          <w:smallCaps w:val="0"/>
          <w:strike w:val="0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abstract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without adequately considering</w:t>
      </w:r>
      <w:r>
        <w:rPr>
          <w:b w:val="0"/>
          <w:i w:val="0"/>
          <w:smallCaps w:val="0"/>
          <w:strike w:val="0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prevailing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geopolitical context into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which</w:t>
      </w:r>
      <w:r>
        <w:rPr>
          <w:b w:val="0"/>
          <w:i w:val="0"/>
          <w:smallCaps w:val="0"/>
          <w:strike w:val="0"/>
          <w:u w:val="none"/>
        </w:rPr>
        <w:t xml:space="preserve"> these </w:t>
      </w:r>
      <w:r>
        <w:rPr>
          <w:b w:val="0"/>
          <w:i w:val="0"/>
          <w:smallCaps w:val="0"/>
          <w:strike w:val="0"/>
          <w:sz w:val="22"/>
          <w:u w:val="single"/>
        </w:rPr>
        <w:t>new tech</w:t>
      </w:r>
      <w:r>
        <w:rPr>
          <w:b w:val="0"/>
          <w:i w:val="0"/>
          <w:smallCaps w:val="0"/>
          <w:strike w:val="0"/>
          <w:u w:val="none"/>
        </w:rPr>
        <w:t xml:space="preserve">nologies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have been </w:t>
      </w:r>
      <w:r>
        <w:rPr>
          <w:b/>
          <w:i w:val="0"/>
          <w:smallCaps w:val="0"/>
          <w:strike w:val="0"/>
          <w:sz w:val="22"/>
          <w:u w:val="single"/>
        </w:rPr>
        <w:t>introduced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This article argues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understanding the link between new tech</w:t>
      </w:r>
      <w:r>
        <w:rPr>
          <w:b w:val="0"/>
          <w:i w:val="0"/>
          <w:smallCaps w:val="0"/>
          <w:strike w:val="0"/>
          <w:u w:val="none"/>
        </w:rPr>
        <w:t xml:space="preserve">nology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nuclear stability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must consider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prevailing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geopolitical context.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past several </w:t>
      </w:r>
      <w:r>
        <w:rPr>
          <w:b/>
          <w:i w:val="0"/>
          <w:smallCaps w:val="0"/>
          <w:strike w:val="0"/>
          <w:sz w:val="22"/>
          <w:u w:val="single"/>
        </w:rPr>
        <w:t>decades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the U</w:t>
      </w:r>
      <w:r>
        <w:rPr>
          <w:b w:val="0"/>
          <w:i w:val="0"/>
          <w:smallCaps w:val="0"/>
          <w:strike w:val="0"/>
          <w:u w:val="none"/>
        </w:rPr>
        <w:t xml:space="preserve">nited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S</w:t>
      </w:r>
      <w:r>
        <w:rPr>
          <w:b w:val="0"/>
          <w:i w:val="0"/>
          <w:smallCaps w:val="0"/>
          <w:strike w:val="0"/>
          <w:u w:val="none"/>
        </w:rPr>
        <w:t xml:space="preserve">tates, its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Allies,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and</w:t>
      </w:r>
      <w:r>
        <w:rPr>
          <w:b w:val="0"/>
          <w:i w:val="0"/>
          <w:smallCaps w:val="0"/>
          <w:strike w:val="0"/>
          <w:u w:val="none"/>
        </w:rPr>
        <w:t xml:space="preserve"> like-minded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partners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have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form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ed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 core of the</w:t>
      </w:r>
      <w:r>
        <w:rPr>
          <w:b w:val="0"/>
          <w:i w:val="0"/>
          <w:smallCaps w:val="0"/>
          <w:strike w:val="0"/>
          <w:u w:val="none"/>
        </w:rPr>
        <w:t xml:space="preserve"> existing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international order</w:t>
      </w:r>
      <w:r>
        <w:rPr>
          <w:b w:val="0"/>
          <w:i w:val="0"/>
          <w:smallCaps w:val="0"/>
          <w:strike w:val="0"/>
          <w:u w:val="none"/>
        </w:rPr>
        <w:t xml:space="preserve">.7 </w:t>
      </w:r>
      <w:r>
        <w:rPr>
          <w:b w:val="0"/>
          <w:i w:val="0"/>
          <w:smallCaps w:val="0"/>
          <w:strike w:val="0"/>
          <w:sz w:val="22"/>
          <w:u w:val="single"/>
        </w:rPr>
        <w:t>They</w:t>
      </w:r>
      <w:r>
        <w:rPr>
          <w:b w:val="0"/>
          <w:i w:val="0"/>
          <w:smallCaps w:val="0"/>
          <w:strike w:val="0"/>
          <w:u w:val="none"/>
        </w:rPr>
        <w:t xml:space="preserve"> have benefited from this system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would like to see it </w:t>
      </w:r>
      <w:r>
        <w:rPr>
          <w:b/>
          <w:i w:val="0"/>
          <w:smallCaps w:val="0"/>
          <w:strike w:val="0"/>
          <w:sz w:val="22"/>
          <w:u w:val="single"/>
        </w:rPr>
        <w:t>strengthened</w:t>
      </w:r>
      <w:r>
        <w:rPr>
          <w:b w:val="0"/>
          <w:i w:val="0"/>
          <w:smallCaps w:val="0"/>
          <w:strike w:val="0"/>
          <w:u w:val="none"/>
        </w:rPr>
        <w:t xml:space="preserve">, revitalized, and defended.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If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new tech</w:t>
      </w:r>
      <w:r>
        <w:rPr>
          <w:b w:val="0"/>
          <w:i w:val="0"/>
          <w:smallCaps w:val="0"/>
          <w:strike w:val="0"/>
          <w:u w:val="none"/>
        </w:rPr>
        <w:t xml:space="preserve">nologies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4IR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are incorporated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into US</w:t>
      </w:r>
      <w:r>
        <w:rPr>
          <w:b w:val="0"/>
          <w:i w:val="0"/>
          <w:smallCaps w:val="0"/>
          <w:strike w:val="0"/>
          <w:u w:val="none"/>
        </w:rPr>
        <w:t xml:space="preserve">, Ally, and partner </w:t>
      </w:r>
      <w:r>
        <w:rPr>
          <w:b w:val="0"/>
          <w:i w:val="0"/>
          <w:smallCaps w:val="0"/>
          <w:strike w:val="0"/>
          <w:sz w:val="22"/>
          <w:u w:val="single"/>
        </w:rPr>
        <w:t>militaries</w:t>
      </w:r>
      <w:r>
        <w:rPr>
          <w:b w:val="0"/>
          <w:i w:val="0"/>
          <w:smallCaps w:val="0"/>
          <w:strike w:val="0"/>
          <w:u w:val="none"/>
        </w:rPr>
        <w:t xml:space="preserve">, then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any advantages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they provide will</w:t>
      </w:r>
      <w:r>
        <w:rPr>
          <w:b w:val="0"/>
          <w:i w:val="0"/>
          <w:smallCaps w:val="0"/>
          <w:strike w:val="0"/>
          <w:u w:val="none"/>
        </w:rPr>
        <w:t xml:space="preserve"> likely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reinforce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 prevailing distribution of power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existing sources of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strategic stability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contrast,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China and Russia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/>
          <w:i w:val="0"/>
          <w:smallCaps w:val="0"/>
          <w:strike w:val="0"/>
          <w:sz w:val="22"/>
          <w:u w:val="single"/>
        </w:rPr>
        <w:t>revisionist</w:t>
      </w:r>
      <w:r>
        <w:rPr>
          <w:b w:val="0"/>
          <w:i w:val="0"/>
          <w:smallCaps w:val="0"/>
          <w:strike w:val="0"/>
          <w:u w:val="none"/>
        </w:rPr>
        <w:t xml:space="preserve"> powers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intent on </w:t>
      </w:r>
      <w:r>
        <w:rPr>
          <w:b/>
          <w:i w:val="0"/>
          <w:smallCaps w:val="0"/>
          <w:strike w:val="0"/>
          <w:sz w:val="22"/>
          <w:u w:val="single"/>
        </w:rPr>
        <w:t>disrupting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displacing</w:t>
      </w:r>
      <w:r>
        <w:rPr>
          <w:b w:val="0"/>
          <w:i w:val="0"/>
          <w:smallCaps w:val="0"/>
          <w:strike w:val="0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US-led system</w:t>
      </w:r>
      <w:r>
        <w:rPr>
          <w:b w:val="0"/>
          <w:i w:val="0"/>
          <w:smallCaps w:val="0"/>
          <w:strike w:val="0"/>
          <w:u w:val="none"/>
        </w:rPr>
        <w:t xml:space="preserve">,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would likely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employ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new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tech</w:t>
      </w:r>
      <w:r>
        <w:rPr>
          <w:b w:val="0"/>
          <w:i w:val="0"/>
          <w:smallCaps w:val="0"/>
          <w:strike w:val="0"/>
          <w:u w:val="none"/>
        </w:rPr>
        <w:t xml:space="preserve">nological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advantages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to pursue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revisionist aims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. The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greatest danger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emerging tech</w:t>
      </w:r>
      <w:r>
        <w:rPr>
          <w:b w:val="0"/>
          <w:i w:val="0"/>
          <w:smallCaps w:val="0"/>
          <w:strike w:val="0"/>
          <w:u w:val="none"/>
        </w:rPr>
        <w:t xml:space="preserve">nology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for nuclear stability</w:t>
      </w:r>
      <w:r>
        <w:rPr>
          <w:b w:val="0"/>
          <w:i w:val="0"/>
          <w:smallCaps w:val="0"/>
          <w:strike w:val="0"/>
          <w:u w:val="none"/>
        </w:rPr>
        <w:t xml:space="preserve">, therefore, may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result from</w:t>
      </w:r>
      <w:r>
        <w:rPr>
          <w:b w:val="0"/>
          <w:i w:val="0"/>
          <w:smallCaps w:val="0"/>
          <w:strike w:val="0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possibility that new tech</w:t>
      </w:r>
      <w:r>
        <w:rPr>
          <w:b w:val="0"/>
          <w:i w:val="0"/>
          <w:smallCaps w:val="0"/>
          <w:strike w:val="0"/>
          <w:u w:val="none"/>
        </w:rPr>
        <w:t xml:space="preserve">nology </w:t>
      </w:r>
      <w:r>
        <w:rPr>
          <w:b w:val="0"/>
          <w:i w:val="0"/>
          <w:smallCaps w:val="0"/>
          <w:strike w:val="0"/>
          <w:sz w:val="22"/>
          <w:u w:val="single"/>
        </w:rPr>
        <w:t>provides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Russia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China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an enhanced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military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advantage</w:t>
      </w:r>
      <w:r>
        <w:rPr>
          <w:b w:val="0"/>
          <w:i w:val="0"/>
          <w:smallCaps w:val="0"/>
          <w:strike w:val="0"/>
          <w:u w:val="none"/>
        </w:rPr>
        <w:t xml:space="preserve"> over vulnerable US Allies and partners,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leading to</w:t>
      </w:r>
      <w:r>
        <w:rPr>
          <w:b w:val="0"/>
          <w:i w:val="0"/>
          <w:smallCaps w:val="0"/>
          <w:strike w:val="0"/>
          <w:u w:val="non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r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egiona</w:t>
      </w:r>
      <w:r>
        <w:rPr>
          <w:b/>
          <w:i w:val="0"/>
          <w:smallCaps w:val="0"/>
          <w:strike w:val="0"/>
          <w:sz w:val="22"/>
          <w:u w:val="single"/>
        </w:rPr>
        <w:t xml:space="preserve">l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conflict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with</w:t>
      </w:r>
      <w:r>
        <w:rPr>
          <w:b w:val="0"/>
          <w:i w:val="0"/>
          <w:smallCaps w:val="0"/>
          <w:strike w:val="0"/>
          <w:u w:val="none"/>
        </w:rPr>
        <w:t xml:space="preserve"> a significant risk of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nuclear escalation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