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impact is existential</w:t>
      </w:r>
    </w:p>
    <w:p>
      <w:pPr>
        <w:spacing w:after="80"/>
      </w:pPr>
      <w:r>
        <w:rPr>
          <w:b/>
          <w:i w:val="0"/>
          <w:smallCaps w:val="0"/>
          <w:strike w:val="0"/>
          <w:sz w:val="26"/>
          <w:u w:val="none"/>
        </w:rPr>
        <w:t xml:space="preserve">Moseman, Communications Editor Caltech/ &amp; </w:t>
      </w:r>
      <w:r>
        <w:rPr>
          <w:b/>
          <w:i w:val="0"/>
          <w:smallCaps w:val="0"/>
          <w:strike w:val="0"/>
          <w:sz w:val="26"/>
          <w:u w:val="none"/>
        </w:rPr>
        <w:t>Setiya</w:t>
      </w:r>
      <w:r>
        <w:rPr>
          <w:b/>
          <w:i w:val="0"/>
          <w:smallCaps w:val="0"/>
          <w:strike w:val="0"/>
          <w:sz w:val="26"/>
          <w:u w:val="none"/>
        </w:rPr>
        <w:t>, MIT professor of philosophy, 23</w:t>
      </w:r>
    </w:p>
    <w:p>
      <w:pPr>
        <w:spacing w:after="60"/>
      </w:pPr>
      <w:r>
        <w:rPr>
          <w:b w:val="0"/>
          <w:i w:val="0"/>
          <w:smallCaps w:val="0"/>
          <w:strike w:val="0"/>
          <w:color w:val="000000"/>
          <w:u w:val="none"/>
        </w:rPr>
        <w:t>[Andrew, “Why do some people call climate change an “existential threat</w:t>
      </w:r>
      <w:r>
        <w:rPr>
          <w:b w:val="0"/>
          <w:i w:val="0"/>
          <w:smallCaps w:val="0"/>
          <w:strike w:val="0"/>
          <w:color w:val="000000"/>
          <w:u w:val="none"/>
        </w:rPr>
        <w:t>”?,</w:t>
      </w:r>
      <w:r>
        <w:rPr>
          <w:b w:val="0"/>
          <w:i w:val="0"/>
          <w:smallCaps w:val="0"/>
          <w:strike w:val="0"/>
          <w:color w:val="000000"/>
          <w:u w:val="none"/>
        </w:rPr>
        <w:t>” 11-7-23, Climate Portal, https://climate.mit.edu/ask-mit/why-do-some-people-call-climate-change-existential-threat#:~:text=Climate%20change%20could%20worsen%20worrying,threaten%20freshwater%20supplies%2C%20for%20example, Acc. 7-15-24, GDI – AG]</w:t>
      </w:r>
    </w:p>
    <w:p>
      <w:pPr>
        <w:spacing w:after="60"/>
      </w:pPr>
      <w:r>
        <w:rPr>
          <w:b w:val="0"/>
          <w:i w:val="0"/>
          <w:smallCaps w:val="0"/>
          <w:strike w:val="0"/>
          <w:sz w:val="16"/>
          <w:u w:val="none"/>
        </w:rPr>
        <w:t xml:space="preserve">In recent years, </w:t>
      </w:r>
      <w:r>
        <w:rPr>
          <w:b w:val="0"/>
          <w:i w:val="0"/>
          <w:smallCaps w:val="0"/>
          <w:strike w:val="0"/>
          <w:u w:val="single"/>
        </w:rPr>
        <w:t xml:space="preserve">not only </w:t>
      </w:r>
      <w:r>
        <w:rPr>
          <w:b/>
          <w:i w:val="0"/>
          <w:smallCaps w:val="0"/>
          <w:strike w:val="0"/>
          <w:highlight w:val="yellow"/>
          <w:u w:val="single"/>
        </w:rPr>
        <w:t>climate</w:t>
      </w:r>
      <w:r>
        <w:rPr>
          <w:b w:val="0"/>
          <w:i w:val="0"/>
          <w:smallCaps w:val="0"/>
          <w:strike w:val="0"/>
          <w:highlight w:val="yellow"/>
          <w:u w:val="single"/>
        </w:rPr>
        <w:t xml:space="preserve"> </w:t>
      </w:r>
      <w:r>
        <w:rPr>
          <w:b/>
          <w:i w:val="0"/>
          <w:smallCaps w:val="0"/>
          <w:strike w:val="0"/>
          <w:highlight w:val="yellow"/>
          <w:u w:val="single"/>
        </w:rPr>
        <w:t>scientists</w:t>
      </w:r>
      <w:r>
        <w:rPr>
          <w:b w:val="0"/>
          <w:i w:val="0"/>
          <w:smallCaps w:val="0"/>
          <w:strike w:val="0"/>
          <w:u w:val="single"/>
        </w:rPr>
        <w:t xml:space="preserve"> but also major </w:t>
      </w:r>
      <w:r>
        <w:rPr>
          <w:b/>
          <w:i w:val="0"/>
          <w:smallCaps w:val="0"/>
          <w:strike w:val="0"/>
          <w:u w:val="single"/>
        </w:rPr>
        <w:t>world leaders</w:t>
      </w:r>
      <w:r>
        <w:rPr>
          <w:b w:val="0"/>
          <w:i w:val="0"/>
          <w:smallCaps w:val="0"/>
          <w:strike w:val="0"/>
          <w:u w:val="single"/>
        </w:rPr>
        <w:t>—including the U.S. Secretary of Defense, major American presidential candidates, and the United Nations secretary general—</w:t>
      </w:r>
      <w:r>
        <w:rPr>
          <w:b w:val="0"/>
          <w:i w:val="0"/>
          <w:smallCaps w:val="0"/>
          <w:strike w:val="0"/>
          <w:highlight w:val="yellow"/>
          <w:u w:val="single"/>
        </w:rPr>
        <w:t xml:space="preserve">have </w:t>
      </w:r>
      <w:r>
        <w:rPr>
          <w:b/>
          <w:i w:val="0"/>
          <w:smallCaps w:val="0"/>
          <w:strike w:val="0"/>
          <w:highlight w:val="yellow"/>
          <w:u w:val="single"/>
        </w:rPr>
        <w:t>label</w:t>
      </w:r>
      <w:r>
        <w:rPr>
          <w:b w:val="0"/>
          <w:i w:val="0"/>
          <w:smallCaps w:val="0"/>
          <w:strike w:val="0"/>
          <w:highlight w:val="yellow"/>
          <w:u w:val="single"/>
        </w:rPr>
        <w:t xml:space="preserve">ed </w:t>
      </w:r>
      <w:r>
        <w:rPr>
          <w:b/>
          <w:i w:val="0"/>
          <w:smallCaps w:val="0"/>
          <w:strike w:val="0"/>
          <w:highlight w:val="yellow"/>
          <w:u w:val="single"/>
        </w:rPr>
        <w:t>climate change</w:t>
      </w:r>
      <w:r>
        <w:rPr>
          <w:b w:val="0"/>
          <w:i w:val="0"/>
          <w:smallCaps w:val="0"/>
          <w:strike w:val="0"/>
          <w:highlight w:val="yellow"/>
          <w:u w:val="single"/>
        </w:rPr>
        <w:t xml:space="preserve"> an “</w:t>
      </w:r>
      <w:r>
        <w:rPr>
          <w:b/>
          <w:i w:val="0"/>
          <w:smallCaps w:val="0"/>
          <w:strike w:val="0"/>
          <w:highlight w:val="yellow"/>
          <w:u w:val="single"/>
        </w:rPr>
        <w:t>existential</w:t>
      </w:r>
      <w:r>
        <w:rPr>
          <w:b w:val="0"/>
          <w:i w:val="0"/>
          <w:smallCaps w:val="0"/>
          <w:strike w:val="0"/>
          <w:highlight w:val="yellow"/>
          <w:u w:val="single"/>
        </w:rPr>
        <w:t xml:space="preserve"> threat.</w:t>
      </w:r>
      <w:r>
        <w:rPr>
          <w:b w:val="0"/>
          <w:i w:val="0"/>
          <w:smallCaps w:val="0"/>
          <w:strike w:val="0"/>
          <w:sz w:val="16"/>
          <w:highlight w:val="yellow"/>
          <w:u w:val="none"/>
        </w:rPr>
        <w:t>”</w:t>
      </w:r>
      <w:r>
        <w:rPr>
          <w:b w:val="0"/>
          <w:i w:val="0"/>
          <w:smallCaps w:val="0"/>
          <w:strike w:val="0"/>
          <w:sz w:val="16"/>
          <w:u w:val="none"/>
        </w:rPr>
        <w:t xml:space="preserve"> But what does an “existential threat” really mean, and why are so many people in positions of responsibility now echoing this phrase? Kieran </w:t>
      </w:r>
      <w:r>
        <w:rPr>
          <w:b w:val="0"/>
          <w:i w:val="0"/>
          <w:smallCaps w:val="0"/>
          <w:strike w:val="0"/>
          <w:sz w:val="16"/>
          <w:u w:val="none"/>
        </w:rPr>
        <w:t>Setiya</w:t>
      </w:r>
      <w:r>
        <w:rPr>
          <w:b w:val="0"/>
          <w:i w:val="0"/>
          <w:smallCaps w:val="0"/>
          <w:strike w:val="0"/>
          <w:sz w:val="16"/>
          <w:u w:val="none"/>
        </w:rPr>
        <w:t xml:space="preserve">, an MIT professor of philosophy who co-teaches a course on the ethics of climate change, offers a basic and a more nuanced definition. First: In the worst-case scenarios in scientists’ climate models, </w:t>
      </w:r>
      <w:r>
        <w:rPr>
          <w:b w:val="0"/>
          <w:i w:val="0"/>
          <w:smallCaps w:val="0"/>
          <w:strike w:val="0"/>
          <w:u w:val="single"/>
        </w:rPr>
        <w:t xml:space="preserve">human-caused climate change is a threat </w:t>
      </w:r>
      <w:r>
        <w:rPr>
          <w:b w:val="0"/>
          <w:i w:val="0"/>
          <w:smallCaps w:val="0"/>
          <w:strike w:val="0"/>
          <w:highlight w:val="yellow"/>
          <w:u w:val="single"/>
        </w:rPr>
        <w:t>to the</w:t>
      </w:r>
      <w:r>
        <w:rPr>
          <w:b w:val="0"/>
          <w:i w:val="0"/>
          <w:smallCaps w:val="0"/>
          <w:strike w:val="0"/>
          <w:u w:val="single"/>
        </w:rPr>
        <w:t xml:space="preserve"> continued </w:t>
      </w:r>
      <w:r>
        <w:rPr>
          <w:b w:val="0"/>
          <w:i w:val="0"/>
          <w:smallCaps w:val="0"/>
          <w:strike w:val="0"/>
          <w:highlight w:val="yellow"/>
          <w:u w:val="single"/>
        </w:rPr>
        <w:t>existence of many species</w:t>
      </w:r>
      <w:r>
        <w:rPr>
          <w:b w:val="0"/>
          <w:i w:val="0"/>
          <w:smallCaps w:val="0"/>
          <w:strike w:val="0"/>
          <w:u w:val="single"/>
        </w:rPr>
        <w:t xml:space="preserve"> and to human </w:t>
      </w:r>
      <w:r>
        <w:rPr>
          <w:b w:val="0"/>
          <w:i w:val="0"/>
          <w:smallCaps w:val="0"/>
          <w:strike w:val="0"/>
          <w:highlight w:val="yellow"/>
          <w:u w:val="single"/>
        </w:rPr>
        <w:t>society as we know it.</w:t>
      </w:r>
      <w:r>
        <w:rPr>
          <w:b w:val="0"/>
          <w:i w:val="0"/>
          <w:smallCaps w:val="0"/>
          <w:strike w:val="0"/>
          <w:sz w:val="16"/>
          <w:u w:val="none"/>
        </w:rPr>
        <w:t xml:space="preserve"> If humans do nothing to slow climate change, </w:t>
      </w:r>
      <w:r>
        <w:rPr>
          <w:b w:val="0"/>
          <w:i w:val="0"/>
          <w:smallCaps w:val="0"/>
          <w:strike w:val="0"/>
          <w:u w:val="single"/>
        </w:rPr>
        <w:t>then global t</w:t>
      </w:r>
      <w:r>
        <w:rPr>
          <w:b/>
          <w:i w:val="0"/>
          <w:smallCaps w:val="0"/>
          <w:strike w:val="0"/>
          <w:u w:val="single"/>
        </w:rPr>
        <w:t>emperatures</w:t>
      </w:r>
      <w:r>
        <w:rPr>
          <w:b w:val="0"/>
          <w:i w:val="0"/>
          <w:smallCaps w:val="0"/>
          <w:strike w:val="0"/>
          <w:u w:val="single"/>
        </w:rPr>
        <w:t xml:space="preserve"> may </w:t>
      </w:r>
      <w:r>
        <w:rPr>
          <w:b/>
          <w:i w:val="0"/>
          <w:smallCaps w:val="0"/>
          <w:strike w:val="0"/>
          <w:u w:val="single"/>
        </w:rPr>
        <w:t>increase</w:t>
      </w:r>
      <w:r>
        <w:rPr>
          <w:b w:val="0"/>
          <w:i w:val="0"/>
          <w:smallCaps w:val="0"/>
          <w:strike w:val="0"/>
          <w:u w:val="single"/>
        </w:rPr>
        <w:t xml:space="preserve"> </w:t>
      </w:r>
      <w:r>
        <w:rPr>
          <w:b/>
          <w:i w:val="0"/>
          <w:smallCaps w:val="0"/>
          <w:strike w:val="0"/>
          <w:u w:val="single"/>
        </w:rPr>
        <w:t>by 4.5 degrees Celsius or more</w:t>
      </w:r>
      <w:r>
        <w:rPr>
          <w:b w:val="0"/>
          <w:i w:val="0"/>
          <w:smallCaps w:val="0"/>
          <w:strike w:val="0"/>
          <w:u w:val="single"/>
        </w:rPr>
        <w:t xml:space="preserve"> by the year 2100</w:t>
      </w:r>
      <w:r>
        <w:rPr>
          <w:b w:val="0"/>
          <w:i w:val="0"/>
          <w:smallCaps w:val="0"/>
          <w:strike w:val="0"/>
          <w:sz w:val="16"/>
          <w:u w:val="none"/>
        </w:rPr>
        <w:t xml:space="preserve">.1 This may not sound like much, </w:t>
      </w:r>
      <w:r>
        <w:rPr>
          <w:b w:val="0"/>
          <w:i w:val="0"/>
          <w:smallCaps w:val="0"/>
          <w:strike w:val="0"/>
          <w:sz w:val="16"/>
          <w:u w:val="none"/>
        </w:rPr>
        <w:t>Setiya</w:t>
      </w:r>
      <w:r>
        <w:rPr>
          <w:b w:val="0"/>
          <w:i w:val="0"/>
          <w:smallCaps w:val="0"/>
          <w:strike w:val="0"/>
          <w:sz w:val="16"/>
          <w:u w:val="none"/>
        </w:rPr>
        <w:t xml:space="preserve"> says, but </w:t>
      </w:r>
      <w:r>
        <w:rPr>
          <w:b w:val="0"/>
          <w:i w:val="0"/>
          <w:smallCaps w:val="0"/>
          <w:strike w:val="0"/>
          <w:u w:val="single"/>
        </w:rPr>
        <w:t xml:space="preserve">“it is quite </w:t>
      </w:r>
      <w:r>
        <w:rPr>
          <w:b/>
          <w:i w:val="0"/>
          <w:smallCaps w:val="0"/>
          <w:strike w:val="0"/>
          <w:u w:val="single"/>
        </w:rPr>
        <w:t>cataclysmic</w:t>
      </w:r>
      <w:r>
        <w:rPr>
          <w:b w:val="0"/>
          <w:i w:val="0"/>
          <w:smallCaps w:val="0"/>
          <w:strike w:val="0"/>
          <w:u w:val="single"/>
        </w:rPr>
        <w:t>.”</w:t>
      </w:r>
      <w:r>
        <w:rPr>
          <w:b w:val="0"/>
          <w:i w:val="0"/>
          <w:smallCaps w:val="0"/>
          <w:strike w:val="0"/>
          <w:sz w:val="16"/>
          <w:u w:val="none"/>
        </w:rPr>
        <w:t xml:space="preserve"> Earth has not been that warm in millions of years, and such temperature spikes in our planet’s history are connected to mass extinction events that killed off a large percentage of species that existed at the time.2 That more literal-minded reading of the phrase “existential threat” may not be the best reflection of the risks of climate change, however. “Even under our most dire predictions, human society is still around,” says Adam Schlosser, the Deputy Director of the MIT Joint Program on the Science and Policy of Global Change and a climate scientist who studies future climate change and its impact on human societies. “I do not personally view this as an extinction issue. But </w:t>
      </w:r>
      <w:r>
        <w:rPr>
          <w:b w:val="0"/>
          <w:i w:val="0"/>
          <w:smallCaps w:val="0"/>
          <w:strike w:val="0"/>
          <w:highlight w:val="yellow"/>
          <w:u w:val="single"/>
        </w:rPr>
        <w:t xml:space="preserve">there are going to be </w:t>
      </w:r>
      <w:r>
        <w:rPr>
          <w:b/>
          <w:i w:val="0"/>
          <w:smallCaps w:val="0"/>
          <w:strike w:val="0"/>
          <w:highlight w:val="yellow"/>
          <w:u w:val="single"/>
        </w:rPr>
        <w:t>unavoidable</w:t>
      </w:r>
      <w:r>
        <w:rPr>
          <w:b/>
          <w:i w:val="0"/>
          <w:smallCaps w:val="0"/>
          <w:strike w:val="0"/>
          <w:u w:val="single"/>
        </w:rPr>
        <w:t xml:space="preserve"> consequences</w:t>
      </w:r>
      <w:r>
        <w:rPr>
          <w:b w:val="0"/>
          <w:i w:val="0"/>
          <w:smallCaps w:val="0"/>
          <w:strike w:val="0"/>
          <w:u w:val="single"/>
        </w:rPr>
        <w:t xml:space="preserve">, </w:t>
      </w:r>
      <w:r>
        <w:rPr>
          <w:b/>
          <w:i w:val="0"/>
          <w:smallCaps w:val="0"/>
          <w:strike w:val="0"/>
          <w:u w:val="single"/>
        </w:rPr>
        <w:t>and</w:t>
      </w:r>
      <w:r>
        <w:rPr>
          <w:b w:val="0"/>
          <w:i w:val="0"/>
          <w:smallCaps w:val="0"/>
          <w:strike w:val="0"/>
          <w:u w:val="single"/>
        </w:rPr>
        <w:t xml:space="preserve"> </w:t>
      </w:r>
      <w:r>
        <w:rPr>
          <w:b/>
          <w:i w:val="0"/>
          <w:smallCaps w:val="0"/>
          <w:strike w:val="0"/>
          <w:highlight w:val="yellow"/>
          <w:u w:val="single"/>
        </w:rPr>
        <w:t>disasters</w:t>
      </w:r>
      <w:r>
        <w:rPr>
          <w:b w:val="0"/>
          <w:i w:val="0"/>
          <w:smallCaps w:val="0"/>
          <w:strike w:val="0"/>
          <w:u w:val="single"/>
        </w:rPr>
        <w:t xml:space="preserve"> especially </w:t>
      </w:r>
      <w:r>
        <w:rPr>
          <w:b w:val="0"/>
          <w:i w:val="0"/>
          <w:smallCaps w:val="0"/>
          <w:strike w:val="0"/>
          <w:highlight w:val="yellow"/>
          <w:u w:val="single"/>
        </w:rPr>
        <w:t>for coastal communities</w:t>
      </w:r>
      <w:r>
        <w:rPr>
          <w:b w:val="0"/>
          <w:i w:val="0"/>
          <w:smallCaps w:val="0"/>
          <w:strike w:val="0"/>
          <w:u w:val="single"/>
        </w:rPr>
        <w:t xml:space="preserve">, coastal cities, </w:t>
      </w:r>
      <w:r>
        <w:rPr>
          <w:b w:val="0"/>
          <w:i w:val="0"/>
          <w:smallCaps w:val="0"/>
          <w:strike w:val="0"/>
          <w:highlight w:val="yellow"/>
          <w:u w:val="single"/>
        </w:rPr>
        <w:t>and island nations</w:t>
      </w:r>
      <w:r>
        <w:rPr>
          <w:b w:val="0"/>
          <w:i w:val="0"/>
          <w:smallCaps w:val="0"/>
          <w:strike w:val="0"/>
          <w:sz w:val="16"/>
          <w:u w:val="none"/>
        </w:rPr>
        <w:t xml:space="preserve">.” Which brings us to </w:t>
      </w:r>
      <w:r>
        <w:rPr>
          <w:b w:val="0"/>
          <w:i w:val="0"/>
          <w:smallCaps w:val="0"/>
          <w:strike w:val="0"/>
          <w:sz w:val="16"/>
          <w:u w:val="none"/>
        </w:rPr>
        <w:t>Setiya’s</w:t>
      </w:r>
      <w:r>
        <w:rPr>
          <w:b w:val="0"/>
          <w:i w:val="0"/>
          <w:smallCaps w:val="0"/>
          <w:strike w:val="0"/>
          <w:sz w:val="16"/>
          <w:u w:val="none"/>
        </w:rPr>
        <w:t xml:space="preserve"> second definition of an “existential threat.” Even if humanity does reduce greenhouse gas emissions enough to stave off the worst effects of climate change—and learn to adapt to some warming that is already inevitable—</w:t>
      </w:r>
      <w:r>
        <w:rPr>
          <w:b w:val="0"/>
          <w:i w:val="0"/>
          <w:smallCaps w:val="0"/>
          <w:strike w:val="0"/>
          <w:u w:val="single"/>
        </w:rPr>
        <w:t>Setiya</w:t>
      </w:r>
      <w:r>
        <w:rPr>
          <w:b w:val="0"/>
          <w:i w:val="0"/>
          <w:smallCaps w:val="0"/>
          <w:strike w:val="0"/>
          <w:u w:val="single"/>
        </w:rPr>
        <w:t xml:space="preserve"> says that </w:t>
      </w:r>
      <w:r>
        <w:rPr>
          <w:b/>
          <w:i w:val="0"/>
          <w:smallCaps w:val="0"/>
          <w:strike w:val="0"/>
          <w:highlight w:val="yellow"/>
          <w:u w:val="single"/>
        </w:rPr>
        <w:t>c</w:t>
      </w:r>
      <w:r>
        <w:rPr>
          <w:b w:val="0"/>
          <w:i w:val="0"/>
          <w:smallCaps w:val="0"/>
          <w:strike w:val="0"/>
          <w:highlight w:val="yellow"/>
          <w:u w:val="single"/>
        </w:rPr>
        <w:t xml:space="preserve">limate </w:t>
      </w:r>
      <w:r>
        <w:rPr>
          <w:b/>
          <w:i w:val="0"/>
          <w:smallCaps w:val="0"/>
          <w:strike w:val="0"/>
          <w:highlight w:val="yellow"/>
          <w:u w:val="single"/>
        </w:rPr>
        <w:t>c</w:t>
      </w:r>
      <w:r>
        <w:rPr>
          <w:b w:val="0"/>
          <w:i w:val="0"/>
          <w:smallCaps w:val="0"/>
          <w:strike w:val="0"/>
          <w:highlight w:val="yellow"/>
          <w:u w:val="single"/>
        </w:rPr>
        <w:t>hange</w:t>
      </w:r>
      <w:r>
        <w:rPr>
          <w:b w:val="0"/>
          <w:i w:val="0"/>
          <w:smallCaps w:val="0"/>
          <w:strike w:val="0"/>
          <w:u w:val="single"/>
        </w:rPr>
        <w:t xml:space="preserve"> still </w:t>
      </w:r>
      <w:r>
        <w:rPr>
          <w:b w:val="0"/>
          <w:i w:val="0"/>
          <w:smallCaps w:val="0"/>
          <w:strike w:val="0"/>
          <w:highlight w:val="yellow"/>
          <w:u w:val="single"/>
        </w:rPr>
        <w:t xml:space="preserve">threatens to </w:t>
      </w:r>
      <w:r>
        <w:rPr>
          <w:b/>
          <w:i w:val="0"/>
          <w:smallCaps w:val="0"/>
          <w:strike w:val="0"/>
          <w:highlight w:val="yellow"/>
          <w:u w:val="single"/>
        </w:rPr>
        <w:t>eradicate</w:t>
      </w:r>
      <w:r>
        <w:rPr>
          <w:b w:val="0"/>
          <w:i w:val="0"/>
          <w:smallCaps w:val="0"/>
          <w:strike w:val="0"/>
          <w:highlight w:val="yellow"/>
          <w:u w:val="single"/>
        </w:rPr>
        <w:t xml:space="preserve"> a host of human </w:t>
      </w:r>
      <w:r>
        <w:rPr>
          <w:b/>
          <w:i w:val="0"/>
          <w:smallCaps w:val="0"/>
          <w:strike w:val="0"/>
          <w:highlight w:val="yellow"/>
          <w:u w:val="single"/>
        </w:rPr>
        <w:t>cultures</w:t>
      </w:r>
      <w:r>
        <w:rPr>
          <w:b/>
          <w:i w:val="0"/>
          <w:smallCaps w:val="0"/>
          <w:strike w:val="0"/>
          <w:u w:val="single"/>
        </w:rPr>
        <w:t>, traditions, and languages</w:t>
      </w:r>
      <w:r>
        <w:rPr>
          <w:b w:val="0"/>
          <w:i w:val="0"/>
          <w:smallCaps w:val="0"/>
          <w:strike w:val="0"/>
          <w:u w:val="single"/>
        </w:rPr>
        <w:t xml:space="preserve">. One example he gives is the </w:t>
      </w:r>
      <w:r>
        <w:rPr>
          <w:b/>
          <w:i w:val="0"/>
          <w:smallCaps w:val="0"/>
          <w:strike w:val="0"/>
          <w:u w:val="single"/>
        </w:rPr>
        <w:t>Inuit peoples</w:t>
      </w:r>
      <w:r>
        <w:rPr>
          <w:b w:val="0"/>
          <w:i w:val="0"/>
          <w:smallCaps w:val="0"/>
          <w:strike w:val="0"/>
          <w:u w:val="single"/>
        </w:rPr>
        <w:t xml:space="preserve"> who are indigenous to Arctic regions, and whose cold-weather culture is under </w:t>
      </w:r>
      <w:r>
        <w:rPr>
          <w:b/>
          <w:i w:val="0"/>
          <w:smallCaps w:val="0"/>
          <w:strike w:val="0"/>
          <w:u w:val="single"/>
        </w:rPr>
        <w:t>threat</w:t>
      </w:r>
      <w:r>
        <w:rPr>
          <w:b w:val="0"/>
          <w:i w:val="0"/>
          <w:smallCaps w:val="0"/>
          <w:strike w:val="0"/>
          <w:u w:val="single"/>
        </w:rPr>
        <w:t xml:space="preserve"> as the amount </w:t>
      </w:r>
      <w:r>
        <w:rPr>
          <w:b/>
          <w:i w:val="0"/>
          <w:smallCaps w:val="0"/>
          <w:strike w:val="0"/>
          <w:u w:val="single"/>
        </w:rPr>
        <w:t>of ice</w:t>
      </w:r>
      <w:r>
        <w:rPr>
          <w:b w:val="0"/>
          <w:i w:val="0"/>
          <w:smallCaps w:val="0"/>
          <w:strike w:val="0"/>
          <w:u w:val="single"/>
        </w:rPr>
        <w:t xml:space="preserve"> in polar regions continues to </w:t>
      </w:r>
      <w:r>
        <w:rPr>
          <w:b/>
          <w:i w:val="0"/>
          <w:smallCaps w:val="0"/>
          <w:strike w:val="0"/>
          <w:u w:val="single"/>
        </w:rPr>
        <w:t>decline</w:t>
      </w:r>
      <w:r>
        <w:rPr>
          <w:b w:val="0"/>
          <w:i w:val="0"/>
          <w:smallCaps w:val="0"/>
          <w:strike w:val="0"/>
          <w:u w:val="single"/>
        </w:rPr>
        <w:t>.</w:t>
      </w:r>
      <w:r>
        <w:rPr>
          <w:b w:val="0"/>
          <w:i w:val="0"/>
          <w:smallCaps w:val="0"/>
          <w:strike w:val="0"/>
          <w:sz w:val="16"/>
          <w:u w:val="none"/>
        </w:rPr>
        <w:t xml:space="preserve"> Residents of low-lying islands face an immediate, existential threat to their cultures as rising sea levels could submerge their homelands. “</w:t>
      </w:r>
      <w:r>
        <w:rPr>
          <w:b w:val="0"/>
          <w:i w:val="0"/>
          <w:smallCaps w:val="0"/>
          <w:strike w:val="0"/>
          <w:u w:val="single"/>
        </w:rPr>
        <w:t xml:space="preserve">Their entire </w:t>
      </w:r>
      <w:r>
        <w:rPr>
          <w:b/>
          <w:i w:val="0"/>
          <w:smallCaps w:val="0"/>
          <w:strike w:val="0"/>
          <w:u w:val="single"/>
        </w:rPr>
        <w:t>way of life</w:t>
      </w:r>
      <w:r>
        <w:rPr>
          <w:b w:val="0"/>
          <w:i w:val="0"/>
          <w:smallCaps w:val="0"/>
          <w:strike w:val="0"/>
          <w:u w:val="single"/>
        </w:rPr>
        <w:t xml:space="preserve"> is going to be </w:t>
      </w:r>
      <w:r>
        <w:rPr>
          <w:b/>
          <w:i w:val="0"/>
          <w:smallCaps w:val="0"/>
          <w:strike w:val="0"/>
          <w:u w:val="single"/>
        </w:rPr>
        <w:t>changed</w:t>
      </w:r>
      <w:r>
        <w:rPr>
          <w:b w:val="0"/>
          <w:i w:val="0"/>
          <w:smallCaps w:val="0"/>
          <w:strike w:val="0"/>
          <w:u w:val="single"/>
        </w:rPr>
        <w:t xml:space="preserve">,” </w:t>
      </w:r>
      <w:r>
        <w:rPr>
          <w:b w:val="0"/>
          <w:i w:val="0"/>
          <w:smallCaps w:val="0"/>
          <w:strike w:val="0"/>
          <w:u w:val="single"/>
        </w:rPr>
        <w:t>Setiya</w:t>
      </w:r>
      <w:r>
        <w:rPr>
          <w:b w:val="0"/>
          <w:i w:val="0"/>
          <w:smallCaps w:val="0"/>
          <w:strike w:val="0"/>
          <w:u w:val="single"/>
        </w:rPr>
        <w:t xml:space="preserve"> says</w:t>
      </w:r>
      <w:r>
        <w:rPr>
          <w:b w:val="0"/>
          <w:i w:val="0"/>
          <w:smallCaps w:val="0"/>
          <w:strike w:val="0"/>
          <w:sz w:val="16"/>
          <w:u w:val="none"/>
        </w:rPr>
        <w:t xml:space="preserve">. “And that is going to happen </w:t>
      </w:r>
      <w:r>
        <w:rPr>
          <w:b w:val="0"/>
          <w:i w:val="0"/>
          <w:smallCaps w:val="0"/>
          <w:strike w:val="0"/>
          <w:sz w:val="16"/>
          <w:u w:val="none"/>
        </w:rPr>
        <w:t>whether or not</w:t>
      </w:r>
      <w:r>
        <w:rPr>
          <w:b w:val="0"/>
          <w:i w:val="0"/>
          <w:smallCaps w:val="0"/>
          <w:strike w:val="0"/>
          <w:sz w:val="16"/>
          <w:u w:val="none"/>
        </w:rPr>
        <w:t xml:space="preserve"> we get close to the kinds of temperature changes that threaten human extinction. Ways of life that have been stable for hundreds of years or longer will start collapsing.” To a philosopher like </w:t>
      </w:r>
      <w:r>
        <w:rPr>
          <w:b w:val="0"/>
          <w:i w:val="0"/>
          <w:smallCaps w:val="0"/>
          <w:strike w:val="0"/>
          <w:sz w:val="16"/>
          <w:u w:val="none"/>
        </w:rPr>
        <w:t>Setiya</w:t>
      </w:r>
      <w:r>
        <w:rPr>
          <w:b w:val="0"/>
          <w:i w:val="0"/>
          <w:smallCaps w:val="0"/>
          <w:strike w:val="0"/>
          <w:sz w:val="16"/>
          <w:u w:val="none"/>
        </w:rPr>
        <w:t xml:space="preserve">, the term “existential” has another meaning. It refers to big questions about the meaning of life or humanity’s place in the cosmos, which are often the domain of religion and spirituality. “There's a kind of emotional reaction people have when they think about the totality of human history and our place in our little corner of the universe,” he says. “And I think that sense is brought into play in a disturbing way by climate change.” Already today, human-caused climate change has changed our relationship with the planet we live and depend on, which </w:t>
      </w:r>
      <w:r>
        <w:rPr>
          <w:b w:val="0"/>
          <w:i w:val="0"/>
          <w:smallCaps w:val="0"/>
          <w:strike w:val="0"/>
          <w:sz w:val="16"/>
          <w:u w:val="none"/>
        </w:rPr>
        <w:t>Setiya</w:t>
      </w:r>
      <w:r>
        <w:rPr>
          <w:b w:val="0"/>
          <w:i w:val="0"/>
          <w:smallCaps w:val="0"/>
          <w:strike w:val="0"/>
          <w:sz w:val="16"/>
          <w:u w:val="none"/>
        </w:rPr>
        <w:t xml:space="preserve"> says will forever alter the way we feel about human existence. </w:t>
      </w:r>
      <w:r>
        <w:rPr>
          <w:b w:val="0"/>
          <w:i w:val="0"/>
          <w:smallCaps w:val="0"/>
          <w:strike w:val="0"/>
          <w:u w:val="single"/>
        </w:rPr>
        <w:t xml:space="preserve">How the human species </w:t>
      </w:r>
      <w:r>
        <w:rPr>
          <w:b/>
          <w:i w:val="0"/>
          <w:smallCaps w:val="0"/>
          <w:strike w:val="0"/>
          <w:u w:val="single"/>
        </w:rPr>
        <w:t>responds</w:t>
      </w:r>
      <w:r>
        <w:rPr>
          <w:b w:val="0"/>
          <w:i w:val="0"/>
          <w:smallCaps w:val="0"/>
          <w:strike w:val="0"/>
          <w:u w:val="single"/>
        </w:rPr>
        <w:t xml:space="preserve"> to this crisis, </w:t>
      </w:r>
      <w:r>
        <w:rPr>
          <w:b w:val="0"/>
          <w:i w:val="0"/>
          <w:smallCaps w:val="0"/>
          <w:strike w:val="0"/>
          <w:u w:val="single"/>
        </w:rPr>
        <w:t>Setiya</w:t>
      </w:r>
      <w:r>
        <w:rPr>
          <w:b w:val="0"/>
          <w:i w:val="0"/>
          <w:smallCaps w:val="0"/>
          <w:strike w:val="0"/>
          <w:u w:val="single"/>
        </w:rPr>
        <w:t xml:space="preserve"> says, will not only </w:t>
      </w:r>
      <w:r>
        <w:rPr>
          <w:b/>
          <w:i w:val="0"/>
          <w:smallCaps w:val="0"/>
          <w:strike w:val="0"/>
          <w:u w:val="single"/>
        </w:rPr>
        <w:t>guide</w:t>
      </w:r>
      <w:r>
        <w:rPr>
          <w:b w:val="0"/>
          <w:i w:val="0"/>
          <w:smallCaps w:val="0"/>
          <w:strike w:val="0"/>
          <w:u w:val="single"/>
        </w:rPr>
        <w:t xml:space="preserve"> our </w:t>
      </w:r>
      <w:r>
        <w:rPr>
          <w:b/>
          <w:i w:val="0"/>
          <w:smallCaps w:val="0"/>
          <w:strike w:val="0"/>
          <w:u w:val="single"/>
        </w:rPr>
        <w:t>future</w:t>
      </w:r>
      <w:r>
        <w:rPr>
          <w:b w:val="0"/>
          <w:i w:val="0"/>
          <w:smallCaps w:val="0"/>
          <w:strike w:val="0"/>
          <w:u w:val="single"/>
        </w:rPr>
        <w:t xml:space="preserve"> but also reveal much about our nature. </w:t>
      </w:r>
      <w:r>
        <w:rPr>
          <w:b/>
          <w:i w:val="0"/>
          <w:smallCaps w:val="0"/>
          <w:strike w:val="0"/>
          <w:highlight w:val="yellow"/>
          <w:u w:val="single"/>
        </w:rPr>
        <w:t>C</w:t>
      </w:r>
      <w:r>
        <w:rPr>
          <w:b w:val="0"/>
          <w:i w:val="0"/>
          <w:smallCaps w:val="0"/>
          <w:strike w:val="0"/>
          <w:highlight w:val="yellow"/>
          <w:u w:val="single"/>
        </w:rPr>
        <w:t>limate</w:t>
      </w:r>
      <w:r>
        <w:rPr>
          <w:b w:val="0"/>
          <w:i w:val="0"/>
          <w:smallCaps w:val="0"/>
          <w:strike w:val="0"/>
          <w:u w:val="single"/>
        </w:rPr>
        <w:t xml:space="preserve"> </w:t>
      </w:r>
      <w:r>
        <w:rPr>
          <w:b/>
          <w:i w:val="0"/>
          <w:smallCaps w:val="0"/>
          <w:strike w:val="0"/>
          <w:u w:val="single"/>
        </w:rPr>
        <w:t>c</w:t>
      </w:r>
      <w:r>
        <w:rPr>
          <w:b w:val="0"/>
          <w:i w:val="0"/>
          <w:smallCaps w:val="0"/>
          <w:strike w:val="0"/>
          <w:u w:val="single"/>
        </w:rPr>
        <w:t xml:space="preserve">hange </w:t>
      </w:r>
      <w:r>
        <w:rPr>
          <w:b w:val="0"/>
          <w:i w:val="0"/>
          <w:smallCaps w:val="0"/>
          <w:strike w:val="0"/>
          <w:highlight w:val="yellow"/>
          <w:u w:val="single"/>
        </w:rPr>
        <w:t xml:space="preserve">could </w:t>
      </w:r>
      <w:r>
        <w:rPr>
          <w:b/>
          <w:i w:val="0"/>
          <w:smallCaps w:val="0"/>
          <w:strike w:val="0"/>
          <w:highlight w:val="yellow"/>
          <w:u w:val="single"/>
        </w:rPr>
        <w:t>worsen</w:t>
      </w:r>
      <w:r>
        <w:rPr>
          <w:b w:val="0"/>
          <w:i w:val="0"/>
          <w:smallCaps w:val="0"/>
          <w:strike w:val="0"/>
          <w:u w:val="single"/>
        </w:rPr>
        <w:t xml:space="preserve"> worrying </w:t>
      </w:r>
      <w:r>
        <w:rPr>
          <w:b w:val="0"/>
          <w:i w:val="0"/>
          <w:smallCaps w:val="0"/>
          <w:strike w:val="0"/>
          <w:highlight w:val="yellow"/>
          <w:u w:val="single"/>
        </w:rPr>
        <w:t xml:space="preserve">trends such as </w:t>
      </w:r>
      <w:r>
        <w:rPr>
          <w:b/>
          <w:i w:val="0"/>
          <w:smallCaps w:val="0"/>
          <w:strike w:val="0"/>
          <w:highlight w:val="yellow"/>
          <w:u w:val="single"/>
        </w:rPr>
        <w:t>anti-democracy</w:t>
      </w:r>
      <w:r>
        <w:rPr>
          <w:b w:val="0"/>
          <w:i w:val="0"/>
          <w:smallCaps w:val="0"/>
          <w:strike w:val="0"/>
          <w:highlight w:val="yellow"/>
          <w:u w:val="single"/>
        </w:rPr>
        <w:t xml:space="preserve"> uprisings </w:t>
      </w:r>
      <w:r>
        <w:rPr>
          <w:b/>
          <w:i w:val="0"/>
          <w:smallCaps w:val="0"/>
          <w:strike w:val="0"/>
          <w:highlight w:val="yellow"/>
          <w:u w:val="single"/>
        </w:rPr>
        <w:t>and</w:t>
      </w:r>
      <w:r>
        <w:rPr>
          <w:b w:val="0"/>
          <w:i w:val="0"/>
          <w:smallCaps w:val="0"/>
          <w:strike w:val="0"/>
          <w:highlight w:val="yellow"/>
          <w:u w:val="single"/>
        </w:rPr>
        <w:t xml:space="preserve"> </w:t>
      </w:r>
      <w:r>
        <w:rPr>
          <w:b/>
          <w:i w:val="0"/>
          <w:smallCaps w:val="0"/>
          <w:strike w:val="0"/>
          <w:highlight w:val="yellow"/>
          <w:u w:val="single"/>
        </w:rPr>
        <w:t>migrant crises</w:t>
      </w:r>
      <w:r>
        <w:rPr>
          <w:b w:val="0"/>
          <w:i w:val="0"/>
          <w:smallCaps w:val="0"/>
          <w:strike w:val="0"/>
          <w:u w:val="single"/>
        </w:rPr>
        <w:t xml:space="preserve"> as people flee areas that are increasingly hit by natural disasters that will be exacerbated by climate change—</w:t>
      </w:r>
      <w:r>
        <w:rPr>
          <w:b/>
          <w:i w:val="0"/>
          <w:smallCaps w:val="0"/>
          <w:strike w:val="0"/>
          <w:u w:val="single"/>
        </w:rPr>
        <w:t xml:space="preserve">rising </w:t>
      </w:r>
      <w:r>
        <w:rPr>
          <w:b/>
          <w:i w:val="0"/>
          <w:smallCaps w:val="0"/>
          <w:strike w:val="0"/>
          <w:highlight w:val="yellow"/>
          <w:u w:val="single"/>
        </w:rPr>
        <w:t>sea levels</w:t>
      </w:r>
      <w:r>
        <w:rPr>
          <w:b w:val="0"/>
          <w:i w:val="0"/>
          <w:smallCaps w:val="0"/>
          <w:strike w:val="0"/>
          <w:u w:val="single"/>
        </w:rPr>
        <w:t xml:space="preserve">, more frequent powerful </w:t>
      </w:r>
      <w:r>
        <w:rPr>
          <w:b/>
          <w:i w:val="0"/>
          <w:smallCaps w:val="0"/>
          <w:strike w:val="0"/>
          <w:highlight w:val="yellow"/>
          <w:u w:val="single"/>
        </w:rPr>
        <w:t>hurricanes</w:t>
      </w:r>
      <w:r>
        <w:rPr>
          <w:b w:val="0"/>
          <w:i w:val="0"/>
          <w:smallCaps w:val="0"/>
          <w:strike w:val="0"/>
          <w:highlight w:val="yellow"/>
          <w:u w:val="single"/>
        </w:rPr>
        <w:t xml:space="preserve">, </w:t>
      </w:r>
      <w:r>
        <w:rPr>
          <w:b/>
          <w:i w:val="0"/>
          <w:smallCaps w:val="0"/>
          <w:strike w:val="0"/>
          <w:highlight w:val="yellow"/>
          <w:u w:val="single"/>
        </w:rPr>
        <w:t>and</w:t>
      </w:r>
      <w:r>
        <w:rPr>
          <w:b w:val="0"/>
          <w:i w:val="0"/>
          <w:smallCaps w:val="0"/>
          <w:strike w:val="0"/>
          <w:highlight w:val="yellow"/>
          <w:u w:val="single"/>
        </w:rPr>
        <w:t xml:space="preserve"> droughts</w:t>
      </w:r>
      <w:r>
        <w:rPr>
          <w:b w:val="0"/>
          <w:i w:val="0"/>
          <w:smallCaps w:val="0"/>
          <w:strike w:val="0"/>
          <w:u w:val="single"/>
        </w:rPr>
        <w:t xml:space="preserve"> that </w:t>
      </w:r>
      <w:r>
        <w:rPr>
          <w:b w:val="0"/>
          <w:i w:val="0"/>
          <w:smallCaps w:val="0"/>
          <w:strike w:val="0"/>
          <w:highlight w:val="yellow"/>
          <w:u w:val="single"/>
        </w:rPr>
        <w:t xml:space="preserve">threaten </w:t>
      </w:r>
      <w:r>
        <w:rPr>
          <w:b/>
          <w:i w:val="0"/>
          <w:smallCaps w:val="0"/>
          <w:strike w:val="0"/>
          <w:highlight w:val="yellow"/>
          <w:u w:val="single"/>
        </w:rPr>
        <w:t>freshwater supplies</w:t>
      </w:r>
      <w:r>
        <w:rPr>
          <w:b w:val="0"/>
          <w:i w:val="0"/>
          <w:smallCaps w:val="0"/>
          <w:strike w:val="0"/>
          <w:u w:val="single"/>
        </w:rPr>
        <w:t>, for example</w:t>
      </w:r>
      <w:r>
        <w:rPr>
          <w:b w:val="0"/>
          <w:i w:val="0"/>
          <w:smallCaps w:val="0"/>
          <w:strike w:val="0"/>
          <w:sz w:val="16"/>
          <w:u w:val="none"/>
        </w:rPr>
        <w:t>. “The question of what happens to the human species,” he says, “is, do we make progress toward a more just and egalitarian future? Or do we end up descending into conflict and sectarianism and nationalism? That is at stake in our reaction to climate change. At stake, in turn, is how we should feel about our own existence as a species. The answer depends very much on whether we respond to crises like this with grace and compassion and justice, or not.”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