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Climate change exacerbates food insecurity</w:t>
      </w:r>
    </w:p>
    <w:p>
      <w:pPr>
        <w:spacing w:after="80"/>
      </w:pPr>
      <w:r>
        <w:rPr>
          <w:b/>
          <w:i w:val="0"/>
          <w:smallCaps w:val="0"/>
          <w:strike w:val="0"/>
          <w:sz w:val="26"/>
          <w:u w:val="none"/>
        </w:rPr>
        <w:t xml:space="preserve">Sutton, leader of Climate Smart Agriculture, 2022 </w:t>
      </w:r>
      <w:r>
        <w:rPr>
          <w:b w:val="0"/>
          <w:i w:val="0"/>
          <w:smallCaps w:val="0"/>
          <w:strike w:val="0"/>
          <w:sz w:val="16"/>
          <w:u w:val="none"/>
        </w:rPr>
        <w:t xml:space="preserve">[William, “What you need to know about food security and climate change”, World Bank Group, 10/17/22, https://www.worldbank.org/en/news/feature/2022/10/17/what-you-need-to-know-about-food-security-and-climate-change] Acc. 7/15/24, </w:t>
      </w:r>
      <w:r>
        <w:rPr>
          <w:b w:val="0"/>
          <w:i w:val="0"/>
          <w:smallCaps w:val="0"/>
          <w:strike w:val="0"/>
          <w:sz w:val="16"/>
          <w:u w:val="none"/>
        </w:rPr>
        <w:t>GDI  -</w:t>
      </w:r>
      <w:r>
        <w:rPr>
          <w:b w:val="0"/>
          <w:i w:val="0"/>
          <w:smallCaps w:val="0"/>
          <w:strike w:val="0"/>
          <w:sz w:val="16"/>
          <w:u w:val="none"/>
        </w:rPr>
        <w:t xml:space="preserve"> AG]</w:t>
      </w:r>
      <w:r>
        <w:rPr>
          <w:b/>
          <w:i w:val="0"/>
          <w:smallCaps w:val="0"/>
          <w:strike w:val="0"/>
          <w:sz w:val="16"/>
          <w:u w:val="none"/>
        </w:rPr>
        <w:t xml:space="preserve"> </w:t>
      </w:r>
    </w:p>
    <w:p>
      <w:pPr>
        <w:spacing w:after="60"/>
      </w:pPr>
      <w:r>
        <w:rPr>
          <w:b w:val="0"/>
          <w:i w:val="0"/>
          <w:smallCaps w:val="0"/>
          <w:strike w:val="0"/>
          <w:sz w:val="16"/>
          <w:u w:val="none"/>
        </w:rPr>
        <w:t xml:space="preserve">What is the state of global food security today, and what is the role of climate change? </w:t>
      </w:r>
      <w:r>
        <w:rPr>
          <w:b w:val="0"/>
          <w:i w:val="0"/>
          <w:smallCaps w:val="0"/>
          <w:strike w:val="0"/>
          <w:sz w:val="24"/>
          <w:u w:val="single"/>
        </w:rPr>
        <w:t xml:space="preserve">The number of people suffering acute </w:t>
      </w:r>
      <w:r>
        <w:rPr>
          <w:b/>
          <w:i w:val="0"/>
          <w:smallCaps w:val="0"/>
          <w:strike w:val="0"/>
          <w:sz w:val="24"/>
          <w:u w:val="single"/>
        </w:rPr>
        <w:t>food insecurity</w:t>
      </w:r>
      <w:r>
        <w:rPr>
          <w:b w:val="0"/>
          <w:i w:val="0"/>
          <w:smallCaps w:val="0"/>
          <w:strike w:val="0"/>
          <w:sz w:val="24"/>
          <w:u w:val="single"/>
        </w:rPr>
        <w:t xml:space="preserve"> increased from </w:t>
      </w:r>
      <w:r>
        <w:rPr>
          <w:b/>
          <w:i w:val="0"/>
          <w:smallCaps w:val="0"/>
          <w:strike w:val="0"/>
          <w:sz w:val="24"/>
          <w:u w:val="single"/>
        </w:rPr>
        <w:t>135 million in 2019</w:t>
      </w:r>
      <w:r>
        <w:rPr>
          <w:b w:val="0"/>
          <w:i w:val="0"/>
          <w:smallCaps w:val="0"/>
          <w:strike w:val="0"/>
          <w:sz w:val="24"/>
          <w:u w:val="single"/>
        </w:rPr>
        <w:t xml:space="preserve"> </w:t>
      </w:r>
      <w:r>
        <w:rPr>
          <w:b/>
          <w:i w:val="0"/>
          <w:smallCaps w:val="0"/>
          <w:strike w:val="0"/>
          <w:sz w:val="24"/>
          <w:u w:val="single"/>
        </w:rPr>
        <w:t>to 345 million</w:t>
      </w:r>
      <w:r>
        <w:rPr>
          <w:b w:val="0"/>
          <w:i w:val="0"/>
          <w:smallCaps w:val="0"/>
          <w:strike w:val="0"/>
          <w:sz w:val="24"/>
          <w:u w:val="single"/>
        </w:rPr>
        <w:t xml:space="preserve"> </w:t>
      </w:r>
      <w:r>
        <w:rPr>
          <w:b/>
          <w:i w:val="0"/>
          <w:smallCaps w:val="0"/>
          <w:strike w:val="0"/>
          <w:sz w:val="24"/>
          <w:u w:val="single"/>
        </w:rPr>
        <w:t>in</w:t>
      </w:r>
      <w:r>
        <w:rPr>
          <w:b w:val="0"/>
          <w:i w:val="0"/>
          <w:smallCaps w:val="0"/>
          <w:strike w:val="0"/>
          <w:sz w:val="24"/>
          <w:u w:val="single"/>
        </w:rPr>
        <w:t xml:space="preserve"> 82 countries by June </w:t>
      </w:r>
      <w:r>
        <w:rPr>
          <w:b/>
          <w:i w:val="0"/>
          <w:smallCaps w:val="0"/>
          <w:strike w:val="0"/>
          <w:sz w:val="24"/>
          <w:u w:val="single"/>
        </w:rPr>
        <w:t>2022</w:t>
      </w:r>
      <w:r>
        <w:rPr>
          <w:b w:val="0"/>
          <w:i w:val="0"/>
          <w:smallCaps w:val="0"/>
          <w:strike w:val="0"/>
          <w:sz w:val="16"/>
          <w:u w:val="none"/>
        </w:rPr>
        <w:t xml:space="preserve">, as the war in Ukraine, supply chain disruptions, and the continued economic fallout of the COVID-19 pandemic pushed food prices to all-time highs. </w:t>
      </w:r>
      <w:r>
        <w:rPr>
          <w:b w:val="0"/>
          <w:i w:val="0"/>
          <w:smallCaps w:val="0"/>
          <w:strike w:val="0"/>
          <w:sz w:val="24"/>
          <w:u w:val="single"/>
        </w:rPr>
        <w:t xml:space="preserve">Global </w:t>
      </w:r>
      <w:r>
        <w:rPr>
          <w:b/>
          <w:i w:val="0"/>
          <w:smallCaps w:val="0"/>
          <w:strike w:val="0"/>
          <w:sz w:val="24"/>
          <w:u w:val="single"/>
        </w:rPr>
        <w:t>food insecurity</w:t>
      </w:r>
      <w:r>
        <w:rPr>
          <w:b w:val="0"/>
          <w:i w:val="0"/>
          <w:smallCaps w:val="0"/>
          <w:strike w:val="0"/>
          <w:sz w:val="24"/>
          <w:u w:val="single"/>
        </w:rPr>
        <w:t xml:space="preserve"> </w:t>
      </w:r>
      <w:r>
        <w:rPr>
          <w:b w:val="0"/>
          <w:i w:val="0"/>
          <w:smallCaps w:val="0"/>
          <w:strike w:val="0"/>
          <w:sz w:val="24"/>
          <w:u w:val="single"/>
        </w:rPr>
        <w:t>had</w:t>
      </w:r>
      <w:r>
        <w:rPr>
          <w:b w:val="0"/>
          <w:i w:val="0"/>
          <w:smallCaps w:val="0"/>
          <w:strike w:val="0"/>
          <w:sz w:val="24"/>
          <w:u w:val="single"/>
        </w:rPr>
        <w:t xml:space="preserve"> already been </w:t>
      </w:r>
      <w:r>
        <w:rPr>
          <w:b/>
          <w:i w:val="0"/>
          <w:smallCaps w:val="0"/>
          <w:strike w:val="0"/>
          <w:sz w:val="24"/>
          <w:u w:val="single"/>
        </w:rPr>
        <w:t>rising</w:t>
      </w:r>
      <w:r>
        <w:rPr>
          <w:b w:val="0"/>
          <w:i w:val="0"/>
          <w:smallCaps w:val="0"/>
          <w:strike w:val="0"/>
          <w:sz w:val="24"/>
          <w:u w:val="single"/>
        </w:rPr>
        <w:t xml:space="preserve">, </w:t>
      </w:r>
      <w:r>
        <w:rPr>
          <w:b/>
          <w:i w:val="0"/>
          <w:smallCaps w:val="0"/>
          <w:strike w:val="0"/>
          <w:sz w:val="24"/>
          <w:u w:val="single"/>
        </w:rPr>
        <w:t>due</w:t>
      </w:r>
      <w:r>
        <w:rPr>
          <w:b w:val="0"/>
          <w:i w:val="0"/>
          <w:smallCaps w:val="0"/>
          <w:strike w:val="0"/>
          <w:sz w:val="24"/>
          <w:u w:val="single"/>
        </w:rPr>
        <w:t xml:space="preserve"> in large part </w:t>
      </w:r>
      <w:r>
        <w:rPr>
          <w:b/>
          <w:i w:val="0"/>
          <w:smallCaps w:val="0"/>
          <w:strike w:val="0"/>
          <w:sz w:val="24"/>
          <w:u w:val="single"/>
        </w:rPr>
        <w:t>to climate</w:t>
      </w:r>
      <w:r>
        <w:rPr>
          <w:b w:val="0"/>
          <w:i w:val="0"/>
          <w:smallCaps w:val="0"/>
          <w:strike w:val="0"/>
          <w:sz w:val="24"/>
          <w:u w:val="single"/>
        </w:rPr>
        <w:t xml:space="preserve"> phenomena. Global </w:t>
      </w:r>
      <w:r>
        <w:rPr>
          <w:b/>
          <w:i w:val="0"/>
          <w:smallCaps w:val="0"/>
          <w:strike w:val="0"/>
          <w:sz w:val="24"/>
          <w:u w:val="single"/>
        </w:rPr>
        <w:t>warming</w:t>
      </w:r>
      <w:r>
        <w:rPr>
          <w:b w:val="0"/>
          <w:i w:val="0"/>
          <w:smallCaps w:val="0"/>
          <w:strike w:val="0"/>
          <w:sz w:val="24"/>
          <w:u w:val="single"/>
        </w:rPr>
        <w:t xml:space="preserve"> is </w:t>
      </w:r>
      <w:r>
        <w:rPr>
          <w:b/>
          <w:i w:val="0"/>
          <w:smallCaps w:val="0"/>
          <w:strike w:val="0"/>
          <w:sz w:val="24"/>
          <w:u w:val="single"/>
        </w:rPr>
        <w:t>influencing</w:t>
      </w:r>
      <w:r>
        <w:rPr>
          <w:b w:val="0"/>
          <w:i w:val="0"/>
          <w:smallCaps w:val="0"/>
          <w:strike w:val="0"/>
          <w:sz w:val="24"/>
          <w:u w:val="single"/>
        </w:rPr>
        <w:t xml:space="preserve"> </w:t>
      </w:r>
      <w:r>
        <w:rPr>
          <w:b/>
          <w:i w:val="0"/>
          <w:smallCaps w:val="0"/>
          <w:strike w:val="0"/>
          <w:sz w:val="24"/>
          <w:u w:val="single"/>
        </w:rPr>
        <w:t>weather</w:t>
      </w:r>
      <w:r>
        <w:rPr>
          <w:b w:val="0"/>
          <w:i w:val="0"/>
          <w:smallCaps w:val="0"/>
          <w:strike w:val="0"/>
          <w:sz w:val="24"/>
          <w:u w:val="single"/>
        </w:rPr>
        <w:t xml:space="preserve"> patterns, causing </w:t>
      </w:r>
      <w:r>
        <w:rPr>
          <w:b/>
          <w:i w:val="0"/>
          <w:smallCaps w:val="0"/>
          <w:strike w:val="0"/>
          <w:sz w:val="24"/>
          <w:u w:val="single"/>
        </w:rPr>
        <w:t>heat waves</w:t>
      </w:r>
      <w:r>
        <w:rPr>
          <w:b w:val="0"/>
          <w:i w:val="0"/>
          <w:smallCaps w:val="0"/>
          <w:strike w:val="0"/>
          <w:sz w:val="24"/>
          <w:u w:val="single"/>
        </w:rPr>
        <w:t xml:space="preserve">, heavy </w:t>
      </w:r>
      <w:r>
        <w:rPr>
          <w:b/>
          <w:i w:val="0"/>
          <w:smallCaps w:val="0"/>
          <w:strike w:val="0"/>
          <w:sz w:val="24"/>
          <w:u w:val="single"/>
        </w:rPr>
        <w:t>rain</w:t>
      </w:r>
      <w:r>
        <w:rPr>
          <w:b w:val="0"/>
          <w:i w:val="0"/>
          <w:smallCaps w:val="0"/>
          <w:strike w:val="0"/>
          <w:sz w:val="24"/>
          <w:u w:val="single"/>
        </w:rPr>
        <w:t xml:space="preserve">fall, </w:t>
      </w:r>
      <w:r>
        <w:rPr>
          <w:b/>
          <w:i w:val="0"/>
          <w:smallCaps w:val="0"/>
          <w:strike w:val="0"/>
          <w:sz w:val="24"/>
          <w:u w:val="single"/>
        </w:rPr>
        <w:t>and droughts</w:t>
      </w:r>
      <w:r>
        <w:rPr>
          <w:b w:val="0"/>
          <w:i w:val="0"/>
          <w:smallCaps w:val="0"/>
          <w:strike w:val="0"/>
          <w:sz w:val="24"/>
          <w:u w:val="single"/>
        </w:rPr>
        <w:t>.</w:t>
      </w:r>
      <w:r>
        <w:rPr>
          <w:b w:val="0"/>
          <w:i w:val="0"/>
          <w:smallCaps w:val="0"/>
          <w:strike w:val="0"/>
          <w:sz w:val="16"/>
          <w:u w:val="none"/>
        </w:rPr>
        <w:t xml:space="preserve"> Rising food commodity prices in 2021 were a major factor in pushing approximately 30 million additional people in low-income countries toward food insecurity. At the same time, the way that food is often produced today is a big part of the problem. It’s recently been estimated that the global food system is responsible for about a third of greenhouse gas emissions—second only to the energy sector; it is the number one source of methane and biodiversity loss. Who is most affected by climate impacts on food security? </w:t>
      </w:r>
      <w:r>
        <w:rPr>
          <w:b w:val="0"/>
          <w:i w:val="0"/>
          <w:smallCaps w:val="0"/>
          <w:strike w:val="0"/>
          <w:sz w:val="24"/>
          <w:u w:val="single"/>
        </w:rPr>
        <w:t>About 80% of the global population most at risk from crop failures and hunger from climate change are in Sub-Saharan Africa, South Asia, and Southeast Asia, where farming families are disproportionally poor and vulnerable</w:t>
      </w:r>
      <w:r>
        <w:rPr>
          <w:b w:val="0"/>
          <w:i w:val="0"/>
          <w:smallCaps w:val="0"/>
          <w:strike w:val="0"/>
          <w:sz w:val="16"/>
          <w:u w:val="none"/>
        </w:rPr>
        <w:t xml:space="preserve">. A severe drought caused by an El Nino weather pattern or </w:t>
      </w:r>
      <w:r>
        <w:rPr>
          <w:b/>
          <w:i w:val="0"/>
          <w:smallCaps w:val="0"/>
          <w:strike w:val="0"/>
          <w:sz w:val="24"/>
          <w:u w:val="single"/>
        </w:rPr>
        <w:t>c</w:t>
      </w:r>
      <w:r>
        <w:rPr>
          <w:b w:val="0"/>
          <w:i w:val="0"/>
          <w:smallCaps w:val="0"/>
          <w:strike w:val="0"/>
          <w:sz w:val="24"/>
          <w:u w:val="single"/>
        </w:rPr>
        <w:t xml:space="preserve">limate </w:t>
      </w:r>
      <w:r>
        <w:rPr>
          <w:b/>
          <w:i w:val="0"/>
          <w:smallCaps w:val="0"/>
          <w:strike w:val="0"/>
          <w:sz w:val="24"/>
          <w:u w:val="single"/>
        </w:rPr>
        <w:t>c</w:t>
      </w:r>
      <w:r>
        <w:rPr>
          <w:b w:val="0"/>
          <w:i w:val="0"/>
          <w:smallCaps w:val="0"/>
          <w:strike w:val="0"/>
          <w:sz w:val="24"/>
          <w:u w:val="single"/>
        </w:rPr>
        <w:t xml:space="preserve">hange can </w:t>
      </w:r>
      <w:r>
        <w:rPr>
          <w:b/>
          <w:i w:val="0"/>
          <w:smallCaps w:val="0"/>
          <w:strike w:val="0"/>
          <w:sz w:val="24"/>
          <w:u w:val="single"/>
        </w:rPr>
        <w:t>push</w:t>
      </w:r>
      <w:r>
        <w:rPr>
          <w:b w:val="0"/>
          <w:i w:val="0"/>
          <w:smallCaps w:val="0"/>
          <w:strike w:val="0"/>
          <w:sz w:val="24"/>
          <w:u w:val="single"/>
        </w:rPr>
        <w:t xml:space="preserve"> </w:t>
      </w:r>
      <w:r>
        <w:rPr>
          <w:b/>
          <w:i w:val="0"/>
          <w:smallCaps w:val="0"/>
          <w:strike w:val="0"/>
          <w:sz w:val="24"/>
          <w:u w:val="single"/>
        </w:rPr>
        <w:t>millions</w:t>
      </w:r>
      <w:r>
        <w:rPr>
          <w:b w:val="0"/>
          <w:i w:val="0"/>
          <w:smallCaps w:val="0"/>
          <w:strike w:val="0"/>
          <w:sz w:val="24"/>
          <w:u w:val="single"/>
        </w:rPr>
        <w:t xml:space="preserve"> more people in</w:t>
      </w:r>
      <w:r>
        <w:rPr>
          <w:b/>
          <w:i w:val="0"/>
          <w:smallCaps w:val="0"/>
          <w:strike w:val="0"/>
          <w:sz w:val="24"/>
          <w:u w:val="single"/>
        </w:rPr>
        <w:t>to</w:t>
      </w:r>
      <w:r>
        <w:rPr>
          <w:b w:val="0"/>
          <w:i w:val="0"/>
          <w:smallCaps w:val="0"/>
          <w:strike w:val="0"/>
          <w:sz w:val="24"/>
          <w:u w:val="single"/>
        </w:rPr>
        <w:t xml:space="preserve"> </w:t>
      </w:r>
      <w:r>
        <w:rPr>
          <w:b/>
          <w:i w:val="0"/>
          <w:smallCaps w:val="0"/>
          <w:strike w:val="0"/>
          <w:sz w:val="24"/>
          <w:u w:val="single"/>
        </w:rPr>
        <w:t>poverty</w:t>
      </w:r>
      <w:r>
        <w:rPr>
          <w:b w:val="0"/>
          <w:i w:val="0"/>
          <w:smallCaps w:val="0"/>
          <w:strike w:val="0"/>
          <w:sz w:val="16"/>
          <w:u w:val="none"/>
        </w:rPr>
        <w:t xml:space="preserve">. This is true even in places like the Philippines and Vietnam, which have relatively high incomes, but where farmers often live at the edge of poverty and food price increases have an outsized impact on poor urban consumers. How might climate change affect farming and food security in the future? Up to a certain point, rising temperatures and CO2 can be beneficial for crops. But rising temperatures also accelerate evapotranspiration from plants and soils, and there must also be enough water for crops to thrive. For areas of the world that are already water-constrained, </w:t>
      </w:r>
      <w:r>
        <w:rPr>
          <w:b/>
          <w:i w:val="0"/>
          <w:smallCaps w:val="0"/>
          <w:strike w:val="0"/>
          <w:sz w:val="24"/>
          <w:u w:val="single"/>
        </w:rPr>
        <w:t>c</w:t>
      </w:r>
      <w:r>
        <w:rPr>
          <w:b w:val="0"/>
          <w:i w:val="0"/>
          <w:smallCaps w:val="0"/>
          <w:strike w:val="0"/>
          <w:sz w:val="24"/>
          <w:u w:val="single"/>
        </w:rPr>
        <w:t xml:space="preserve">limate </w:t>
      </w:r>
      <w:r>
        <w:rPr>
          <w:b/>
          <w:i w:val="0"/>
          <w:smallCaps w:val="0"/>
          <w:strike w:val="0"/>
          <w:sz w:val="24"/>
          <w:u w:val="single"/>
        </w:rPr>
        <w:t>c</w:t>
      </w:r>
      <w:r>
        <w:rPr>
          <w:b w:val="0"/>
          <w:i w:val="0"/>
          <w:smallCaps w:val="0"/>
          <w:strike w:val="0"/>
          <w:sz w:val="24"/>
          <w:u w:val="single"/>
        </w:rPr>
        <w:t xml:space="preserve">hange will increasingly cause adverse impacts on agricultural production through </w:t>
      </w:r>
      <w:r>
        <w:rPr>
          <w:b/>
          <w:i w:val="0"/>
          <w:smallCaps w:val="0"/>
          <w:strike w:val="0"/>
          <w:sz w:val="24"/>
          <w:u w:val="single"/>
        </w:rPr>
        <w:t>diminish</w:t>
      </w:r>
      <w:r>
        <w:rPr>
          <w:b w:val="0"/>
          <w:i w:val="0"/>
          <w:smallCaps w:val="0"/>
          <w:strike w:val="0"/>
          <w:sz w:val="24"/>
          <w:u w:val="single"/>
        </w:rPr>
        <w:t xml:space="preserve">ing </w:t>
      </w:r>
      <w:r>
        <w:rPr>
          <w:b/>
          <w:i w:val="0"/>
          <w:smallCaps w:val="0"/>
          <w:strike w:val="0"/>
          <w:sz w:val="24"/>
          <w:u w:val="single"/>
        </w:rPr>
        <w:t>water supplies</w:t>
      </w:r>
      <w:r>
        <w:rPr>
          <w:b w:val="0"/>
          <w:i w:val="0"/>
          <w:smallCaps w:val="0"/>
          <w:strike w:val="0"/>
          <w:sz w:val="24"/>
          <w:u w:val="single"/>
        </w:rPr>
        <w:t xml:space="preserve">, </w:t>
      </w:r>
      <w:r>
        <w:rPr>
          <w:b/>
          <w:i w:val="0"/>
          <w:smallCaps w:val="0"/>
          <w:strike w:val="0"/>
          <w:sz w:val="24"/>
          <w:u w:val="single"/>
        </w:rPr>
        <w:t>increases</w:t>
      </w:r>
      <w:r>
        <w:rPr>
          <w:b w:val="0"/>
          <w:i w:val="0"/>
          <w:smallCaps w:val="0"/>
          <w:strike w:val="0"/>
          <w:sz w:val="24"/>
          <w:u w:val="single"/>
        </w:rPr>
        <w:t xml:space="preserve"> in extreme events like floods and severe </w:t>
      </w:r>
      <w:r>
        <w:rPr>
          <w:b/>
          <w:i w:val="0"/>
          <w:smallCaps w:val="0"/>
          <w:strike w:val="0"/>
          <w:sz w:val="24"/>
          <w:u w:val="single"/>
        </w:rPr>
        <w:t>storms</w:t>
      </w:r>
      <w:r>
        <w:rPr>
          <w:b w:val="0"/>
          <w:i w:val="0"/>
          <w:smallCaps w:val="0"/>
          <w:strike w:val="0"/>
          <w:sz w:val="24"/>
          <w:u w:val="single"/>
        </w:rPr>
        <w:t xml:space="preserve">, heat stress, </w:t>
      </w:r>
      <w:r>
        <w:rPr>
          <w:b/>
          <w:i w:val="0"/>
          <w:smallCaps w:val="0"/>
          <w:strike w:val="0"/>
          <w:sz w:val="24"/>
          <w:u w:val="single"/>
        </w:rPr>
        <w:t>and</w:t>
      </w:r>
      <w:r>
        <w:rPr>
          <w:b w:val="0"/>
          <w:i w:val="0"/>
          <w:smallCaps w:val="0"/>
          <w:strike w:val="0"/>
          <w:sz w:val="24"/>
          <w:u w:val="single"/>
        </w:rPr>
        <w:t xml:space="preserve"> increased </w:t>
      </w:r>
      <w:r>
        <w:rPr>
          <w:b/>
          <w:i w:val="0"/>
          <w:smallCaps w:val="0"/>
          <w:strike w:val="0"/>
          <w:sz w:val="24"/>
          <w:u w:val="single"/>
        </w:rPr>
        <w:t>prevalence of</w:t>
      </w:r>
      <w:r>
        <w:rPr>
          <w:b w:val="0"/>
          <w:i w:val="0"/>
          <w:smallCaps w:val="0"/>
          <w:strike w:val="0"/>
          <w:sz w:val="24"/>
          <w:u w:val="single"/>
        </w:rPr>
        <w:t xml:space="preserve"> pests and </w:t>
      </w:r>
      <w:r>
        <w:rPr>
          <w:b/>
          <w:i w:val="0"/>
          <w:smallCaps w:val="0"/>
          <w:strike w:val="0"/>
          <w:sz w:val="24"/>
          <w:u w:val="single"/>
        </w:rPr>
        <w:t>diseases</w:t>
      </w:r>
      <w:r>
        <w:rPr>
          <w:b w:val="0"/>
          <w:i w:val="0"/>
          <w:smallCaps w:val="0"/>
          <w:strike w:val="0"/>
          <w:sz w:val="16"/>
          <w:u w:val="none"/>
        </w:rPr>
        <w:t xml:space="preserve">. Above a certain point of warming -- and particularly above an increase of 2 degrees Celsius in average global temperatures – it becomes increasingly more difficult to adapt and increasingly more expensive. In countries where temperatures are already extremely high, such as the Sahel belt of Africa or South Asia, rising temperatures could have a more immediate effect on crops such as wheat that are less heat tolerant. Without solutions, falling crop yields, especially in the world's most food-insecure regions, will push more people into poverty – an estimated 43 million people in Africa alone could fall below the poverty line by 2030 as a result. </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