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Democracy caps </w:t>
      </w:r>
      <w:r>
        <w:rPr>
          <w:b/>
          <w:i w:val="0"/>
          <w:smallCaps w:val="0"/>
          <w:strike w:val="0"/>
          <w:sz w:val="26"/>
          <w:u w:val="single"/>
        </w:rPr>
        <w:t>existential risk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Lappé &amp; Boland, ’22</w:t>
      </w:r>
      <w:r>
        <w:rPr>
          <w:b w:val="0"/>
          <w:i w:val="0"/>
          <w:smallCaps w:val="0"/>
          <w:strike w:val="0"/>
          <w:u w:val="none"/>
        </w:rPr>
        <w:t xml:space="preserve"> [Frances Moore </w:t>
      </w:r>
      <w:r>
        <w:rPr>
          <w:b w:val="0"/>
          <w:i w:val="0"/>
          <w:smallCaps w:val="0"/>
          <w:strike w:val="0"/>
          <w:u w:val="none"/>
        </w:rPr>
        <w:t>Lappé</w:t>
      </w:r>
      <w:r>
        <w:rPr>
          <w:b w:val="0"/>
          <w:i w:val="0"/>
          <w:smallCaps w:val="0"/>
          <w:strike w:val="0"/>
          <w:u w:val="none"/>
        </w:rPr>
        <w:t xml:space="preserve">, co-founder of the Cambridge, Mass.-based Small Planet Institute, author of 20 books with the latest book “Daring Democracy: Igniting Power, Meaning, &amp; Connection for the America We Want”; Max Boland, Democracy Writing &amp; Research Associate at Small Planet Institute, graduate of the University of Virginia with a B.A. in American Government and Politics; “Democracy’s Peril and Promise: Let the Ukraine Crisis Awaken Action,” Small Planet Institute, published 03/04/2022, URL: </w:t>
      </w:r>
      <w:r>
        <w:rPr>
          <w:b w:val="0"/>
          <w:i w:val="0"/>
          <w:smallCaps w:val="0"/>
          <w:strike w:val="0"/>
          <w:u w:val="none"/>
        </w:rPr>
        <w:t>, accessed 06/03/2024]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attack on Ukraine focuses the mind on a most critical question for humanity: </w:t>
      </w:r>
      <w:r>
        <w:rPr>
          <w:b w:val="0"/>
          <w:i w:val="0"/>
          <w:smallCaps w:val="0"/>
          <w:strike w:val="0"/>
          <w:sz w:val="22"/>
          <w:u w:val="single"/>
        </w:rPr>
        <w:t>In our fast-changing world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what is democracy's future?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Certainly, a strong argument can be made that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democratic governance is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more important than ever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humanity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faces</w:t>
      </w:r>
      <w:r>
        <w:rPr>
          <w:b w:val="0"/>
          <w:i w:val="0"/>
          <w:smallCaps w:val="0"/>
          <w:strike w:val="0"/>
          <w:u w:val="none"/>
        </w:rPr>
        <w:t xml:space="preserve"> at least two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unprecedented challenges</w:t>
      </w:r>
      <w:r>
        <w:rPr>
          <w:b w:val="0"/>
          <w:i w:val="0"/>
          <w:smallCaps w:val="0"/>
          <w:strike w:val="0"/>
          <w:u w:val="none"/>
        </w:rPr>
        <w:t xml:space="preserve">: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existential threats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 xml:space="preserve">global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climate</w:t>
      </w:r>
      <w:r>
        <w:rPr>
          <w:b/>
          <w:i w:val="0"/>
          <w:smallCaps w:val="0"/>
          <w:strike w:val="0"/>
          <w:sz w:val="22"/>
          <w:u w:val="single"/>
        </w:rPr>
        <w:t xml:space="preserve"> crisis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a </w:t>
      </w:r>
      <w:r>
        <w:rPr>
          <w:b/>
          <w:i w:val="0"/>
          <w:smallCaps w:val="0"/>
          <w:strike w:val="0"/>
          <w:sz w:val="22"/>
          <w:u w:val="single"/>
        </w:rPr>
        <w:t xml:space="preserve">global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pandemic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Attacks on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civil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human rights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continue as </w:t>
      </w:r>
      <w:r>
        <w:rPr>
          <w:b w:val="0"/>
          <w:i w:val="0"/>
          <w:smallCaps w:val="0"/>
          <w:strike w:val="0"/>
          <w:sz w:val="22"/>
          <w:u w:val="single"/>
        </w:rPr>
        <w:t>well</w:t>
      </w:r>
      <w:r>
        <w:rPr>
          <w:b w:val="0"/>
          <w:i w:val="0"/>
          <w:smallCaps w:val="0"/>
          <w:strike w:val="0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challenges that can </w:t>
      </w:r>
      <w:r>
        <w:rPr>
          <w:b/>
          <w:i w:val="0"/>
          <w:smallCaps w:val="0"/>
          <w:strike w:val="0"/>
          <w:sz w:val="22"/>
          <w:u w:val="single"/>
        </w:rPr>
        <w:t>only be met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</w:t>
      </w:r>
      <w:r>
        <w:rPr>
          <w:b/>
          <w:i w:val="0"/>
          <w:smallCaps w:val="0"/>
          <w:strike w:val="0"/>
          <w:sz w:val="22"/>
          <w:u w:val="single"/>
        </w:rPr>
        <w:t>democratic governance.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Why?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Autocracy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all its forms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has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proven to be fixed on the immediate well-being of the minority in power, with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utter disregard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to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welfare of the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citizenry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and a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healthy environment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Of course, there are exceptions. China is hardly democratic, yet its per capita contribution to greenhouse gas emissions is less than </w:t>
      </w:r>
      <w:r>
        <w:rPr>
          <w:b w:val="0"/>
          <w:i w:val="0"/>
          <w:smallCaps w:val="0"/>
          <w:strike w:val="0"/>
          <w:u w:val="none"/>
        </w:rPr>
        <w:t xml:space="preserve"> that of the United States. This sad fact brings home not the failure of democracy but rather the limits of America's comprised democracy, undercut by the </w:t>
      </w:r>
      <w:r>
        <w:rPr>
          <w:b w:val="0"/>
          <w:i w:val="0"/>
          <w:smallCaps w:val="0"/>
          <w:strike w:val="0"/>
          <w:u w:val="none"/>
        </w:rPr>
        <w:t>—in this case the fossil fuel industry.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Nonetheless, </w:t>
      </w:r>
      <w:r>
        <w:rPr>
          <w:b w:val="0"/>
          <w:i w:val="0"/>
          <w:smallCaps w:val="0"/>
          <w:strike w:val="0"/>
          <w:sz w:val="22"/>
          <w:u w:val="single"/>
        </w:rPr>
        <w:t>democracy is not just a "good" thing.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Only democracy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holds the promise of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accountability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whole required to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meet these threats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And I would go even further.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Beyond our </w:t>
      </w:r>
      <w:r>
        <w:rPr>
          <w:b/>
          <w:i w:val="0"/>
          <w:smallCaps w:val="0"/>
          <w:strike w:val="0"/>
          <w:sz w:val="22"/>
          <w:u w:val="single"/>
        </w:rPr>
        <w:t>physical survival needs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humans have</w:t>
      </w:r>
      <w:r>
        <w:rPr>
          <w:b w:val="0"/>
          <w:i w:val="0"/>
          <w:smallCaps w:val="0"/>
          <w:strike w:val="0"/>
          <w:u w:val="none"/>
        </w:rPr>
        <w:t xml:space="preserve"> deep psychological </w:t>
      </w:r>
      <w:r>
        <w:rPr>
          <w:b w:val="0"/>
          <w:i w:val="0"/>
          <w:smallCaps w:val="0"/>
          <w:strike w:val="0"/>
          <w:sz w:val="22"/>
          <w:u w:val="single"/>
        </w:rPr>
        <w:t>needs</w:t>
      </w:r>
      <w:r>
        <w:rPr>
          <w:b w:val="0"/>
          <w:i w:val="0"/>
          <w:smallCaps w:val="0"/>
          <w:strike w:val="0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>for a sense of agency, meaning, and connection</w:t>
      </w:r>
      <w:r>
        <w:rPr>
          <w:b w:val="0"/>
          <w:i w:val="0"/>
          <w:smallCaps w:val="0"/>
          <w:strike w:val="0"/>
          <w:u w:val="none"/>
        </w:rPr>
        <w:t xml:space="preserve"> with others in common purpose.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If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democratic polities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are not meeting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these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needs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positively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humans tend to grasp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other,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destructive ways</w:t>
      </w:r>
      <w:r>
        <w:rPr>
          <w:b/>
          <w:i w:val="0"/>
          <w:smallCaps w:val="0"/>
          <w:strike w:val="0"/>
          <w:sz w:val="22"/>
          <w:u w:val="single"/>
        </w:rPr>
        <w:t xml:space="preserve"> to meet them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Too often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that means seeking</w:t>
      </w:r>
      <w:r>
        <w:rPr>
          <w:b w:val="0"/>
          <w:i w:val="0"/>
          <w:smallCaps w:val="0"/>
          <w:strike w:val="0"/>
          <w:u w:val="none"/>
        </w:rPr>
        <w:t xml:space="preserve"> meaning,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power</w:t>
      </w:r>
      <w:r>
        <w:rPr>
          <w:b w:val="0"/>
          <w:i w:val="0"/>
          <w:smallCaps w:val="0"/>
          <w:strike w:val="0"/>
          <w:u w:val="none"/>
        </w:rPr>
        <w:t xml:space="preserve">, and connection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through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scapegoating</w:t>
      </w:r>
      <w:r>
        <w:rPr>
          <w:b/>
          <w:i w:val="0"/>
          <w:smallCaps w:val="0"/>
          <w:strike w:val="0"/>
          <w:sz w:val="22"/>
          <w:u w:val="single"/>
        </w:rPr>
        <w:t xml:space="preserve"> others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entrenching ourselves in groups that </w:t>
      </w:r>
      <w:r>
        <w:rPr>
          <w:b/>
          <w:i w:val="0"/>
          <w:smallCaps w:val="0"/>
          <w:strike w:val="0"/>
          <w:sz w:val="22"/>
          <w:u w:val="single"/>
        </w:rPr>
        <w:t>amplify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our </w:t>
      </w:r>
      <w:r>
        <w:rPr>
          <w:b/>
          <w:i w:val="0"/>
          <w:smallCaps w:val="0"/>
          <w:strike w:val="0"/>
          <w:sz w:val="22"/>
          <w:u w:val="single"/>
        </w:rPr>
        <w:t>differences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Court Clog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