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1—Proliferation—extinction from terrorism and first-use.</w:t>
      </w:r>
    </w:p>
    <w:p>
      <w:pPr>
        <w:spacing w:after="80"/>
      </w:pPr>
      <w:r>
        <w:rPr>
          <w:b/>
          <w:i w:val="0"/>
          <w:smallCaps w:val="0"/>
          <w:strike w:val="0"/>
          <w:sz w:val="26"/>
          <w:u w:val="none"/>
        </w:rPr>
        <w:t>Kroenig 15</w:t>
      </w:r>
      <w:r>
        <w:rPr>
          <w:b w:val="0"/>
          <w:i w:val="0"/>
          <w:smallCaps w:val="0"/>
          <w:strike w:val="0"/>
          <w:u w:val="none"/>
        </w:rPr>
        <w:t>—(Associate Professor and International Relations Field Chair in the Department of Government and School of Foreign Service at Georgetown University). Matthew Kroenig. 2015. “The History of Proliferation Optimism: Does It Have a Future?” Journal of Strategic Studies, Volume 38, Issue 1-2, 2015.</w:t>
      </w:r>
    </w:p>
    <w:p>
      <w:pPr>
        <w:spacing w:after="60"/>
      </w:pPr>
      <w:r>
        <w:rPr>
          <w:b w:val="0"/>
          <w:i w:val="0"/>
          <w:smallCaps w:val="0"/>
          <w:strike w:val="0"/>
          <w:sz w:val="22"/>
          <w:u w:val="single"/>
        </w:rPr>
        <w:t>The spread of nuclear weapons poses at least six severe threats to international peace and security including: nuclear war, nuclear terrorism, global and</w:t>
      </w:r>
      <w:r>
        <w:rPr>
          <w:b w:val="0"/>
          <w:i w:val="0"/>
          <w:smallCaps w:val="0"/>
          <w:strike w:val="0"/>
          <w:sz w:val="12"/>
          <w:u w:val="none"/>
        </w:rPr>
        <w:t xml:space="preserve"> </w:t>
      </w:r>
      <w:r>
        <w:rPr>
          <w:b w:val="0"/>
          <w:i w:val="0"/>
          <w:smallCaps w:val="0"/>
          <w:strike w:val="0"/>
          <w:sz w:val="22"/>
          <w:u w:val="single"/>
        </w:rPr>
        <w:t>regional instability, constrained US freedom of action, weakened alliances, and further nuclear proliferation.</w:t>
      </w:r>
      <w:r>
        <w:rPr>
          <w:b w:val="0"/>
          <w:i w:val="0"/>
          <w:smallCaps w:val="0"/>
          <w:strike w:val="0"/>
          <w:sz w:val="12"/>
          <w:u w:val="none"/>
        </w:rPr>
        <w:t xml:space="preserve"> Each of these threats has received extensive treatment elsewhere and this review is not intended to replicate or even necessarily to improve upon these previous efforts. Rather the goals of this section are more modest: to usefully bring together and recap the many reasons why we should be pessimistic about the likely consequences of nuclear proliferation. Many of these threats will be illuminated with a discussion of a case of much contemporary concern: Iran’s advanced nuclear program. Nuclear War The greatest threat posed by the spread of nuclear weapons is nuclear war. </w:t>
      </w:r>
      <w:r>
        <w:rPr>
          <w:b w:val="0"/>
          <w:i w:val="0"/>
          <w:smallCaps w:val="0"/>
          <w:strike w:val="0"/>
          <w:sz w:val="22"/>
          <w:u w:val="single"/>
        </w:rPr>
        <w:t>The more states in possession of nuclear weapons, the greater the probability that somewhere, someday, there will be a catastrophic nuclear war.</w:t>
      </w:r>
      <w:r>
        <w:rPr>
          <w:b w:val="0"/>
          <w:i w:val="0"/>
          <w:smallCaps w:val="0"/>
          <w:strike w:val="0"/>
          <w:sz w:val="12"/>
          <w:u w:val="none"/>
        </w:rPr>
        <w:t xml:space="preserve"> To date, nuclear weapons have only been used in warfare once. In 1945, the United States used nuclear weapons on Hiroshima and Nagasaki, bringing World War II to a close. Many analysts point to the 65-plus-year tradition of nuclear non-use as evidence that nuclear weapons are unusable, but it would be naïve to think that nuclear weapons will never be used again simply because they have not been used for some time. After all, analysts in the 1990s argued that worldwide economic downturns like the Great Depression were a thing of the past, only to be surprised by the dot-com bubble bursting later in the decade and the Great Recession of the late 2000s.48 This author, for one, would be surprised if nuclear weapons are not used again sometime in his lifetime. </w:t>
      </w:r>
      <w:r>
        <w:rPr>
          <w:b w:val="0"/>
          <w:i w:val="0"/>
          <w:smallCaps w:val="0"/>
          <w:strike w:val="0"/>
          <w:sz w:val="22"/>
          <w:u w:val="single"/>
        </w:rPr>
        <w:t xml:space="preserve">Before reaching a state of MAD, new </w:t>
      </w:r>
      <w:r>
        <w:rPr>
          <w:b w:val="0"/>
          <w:i w:val="0"/>
          <w:smallCaps w:val="0"/>
          <w:strike w:val="0"/>
          <w:sz w:val="12"/>
          <w:u w:val="none"/>
        </w:rPr>
        <w:t xml:space="preserve">nuclear </w:t>
      </w:r>
      <w:r>
        <w:rPr>
          <w:b w:val="0"/>
          <w:i w:val="0"/>
          <w:smallCaps w:val="0"/>
          <w:strike w:val="0"/>
          <w:sz w:val="22"/>
          <w:u w:val="single"/>
        </w:rPr>
        <w:t>states go through a transition period in which they lack a secure-second strike capability.</w:t>
      </w:r>
      <w:r>
        <w:rPr>
          <w:b w:val="0"/>
          <w:i w:val="0"/>
          <w:smallCaps w:val="0"/>
          <w:strike w:val="0"/>
          <w:sz w:val="12"/>
          <w:u w:val="none"/>
        </w:rPr>
        <w:t xml:space="preserve"> In this context, </w:t>
      </w:r>
      <w:r>
        <w:rPr>
          <w:b w:val="0"/>
          <w:i w:val="0"/>
          <w:smallCaps w:val="0"/>
          <w:strike w:val="0"/>
          <w:sz w:val="22"/>
          <w:u w:val="single"/>
        </w:rPr>
        <w:t>one or both s</w:t>
      </w:r>
      <w:r>
        <w:rPr>
          <w:b w:val="0"/>
          <w:i w:val="0"/>
          <w:smallCaps w:val="0"/>
          <w:strike w:val="0"/>
          <w:sz w:val="12"/>
          <w:u w:val="none"/>
        </w:rPr>
        <w:t xml:space="preserve">tates </w:t>
      </w:r>
      <w:r>
        <w:rPr>
          <w:b w:val="0"/>
          <w:i w:val="0"/>
          <w:smallCaps w:val="0"/>
          <w:strike w:val="0"/>
          <w:sz w:val="22"/>
          <w:u w:val="single"/>
        </w:rPr>
        <w:t>might believe that it has an incentive to use nuclear weapons first.</w:t>
      </w:r>
      <w:r>
        <w:rPr>
          <w:b w:val="0"/>
          <w:i w:val="0"/>
          <w:smallCaps w:val="0"/>
          <w:strike w:val="0"/>
          <w:sz w:val="12"/>
          <w:u w:val="none"/>
        </w:rPr>
        <w:t xml:space="preserve"> For example, </w:t>
      </w:r>
      <w:r>
        <w:rPr>
          <w:b w:val="0"/>
          <w:i w:val="0"/>
          <w:smallCaps w:val="0"/>
          <w:strike w:val="0"/>
          <w:sz w:val="22"/>
          <w:u w:val="single"/>
        </w:rPr>
        <w:t>if Iran acquires nuclear weapons, neither Iran, nor its nuclear-armed rival, Israel, will have a secure, second-strike capability.</w:t>
      </w:r>
      <w:r>
        <w:rPr>
          <w:b w:val="0"/>
          <w:i w:val="0"/>
          <w:smallCaps w:val="0"/>
          <w:strike w:val="0"/>
          <w:sz w:val="12"/>
          <w:u w:val="none"/>
        </w:rPr>
        <w:t xml:space="preserve"> Even though it is believed to have a large arsenal, given its small size and lack of strategic depth, </w:t>
      </w:r>
      <w:r>
        <w:rPr>
          <w:b w:val="0"/>
          <w:i w:val="0"/>
          <w:smallCaps w:val="0"/>
          <w:strike w:val="0"/>
          <w:sz w:val="22"/>
          <w:u w:val="single"/>
        </w:rPr>
        <w:t>Israel might not be confident that it could absorb a nuclear strike and respond with a devastating counterstrike.</w:t>
      </w:r>
      <w:r>
        <w:rPr>
          <w:b w:val="0"/>
          <w:i w:val="0"/>
          <w:smallCaps w:val="0"/>
          <w:strike w:val="0"/>
          <w:sz w:val="12"/>
          <w:u w:val="none"/>
        </w:rPr>
        <w:t xml:space="preserve"> Similarly, Iran might eventually be able to build a large and survivable nuclear arsenal, but, when it first crosses the nuclear threshold, Tehran will have a small and vulnerable nuclear force. </w:t>
      </w:r>
      <w:r>
        <w:rPr>
          <w:b w:val="0"/>
          <w:i w:val="0"/>
          <w:smallCaps w:val="0"/>
          <w:strike w:val="0"/>
          <w:sz w:val="22"/>
          <w:u w:val="single"/>
        </w:rPr>
        <w:t>In these pre-MAD situations, there are at least three ways that nuclear war could occur. First, the state with the nuclear advantage might believe it has a splendid first strike capability. In a crisis, Israel might, therefore, decide to launch a preventive nuclear strike to disarm Iran’s nuclear capabilities. Indeed, this incentive might be further increased by Israel’s aggressive strategic culture that emphasizes preemptive action. Second, the state with a small and vulnerable nuclear arsenal, in this case Iran, might feel use them or lose them pressures.</w:t>
      </w:r>
      <w:r>
        <w:rPr>
          <w:b w:val="0"/>
          <w:i w:val="0"/>
          <w:smallCaps w:val="0"/>
          <w:strike w:val="0"/>
          <w:sz w:val="12"/>
          <w:u w:val="none"/>
        </w:rPr>
        <w:t xml:space="preserve"> That is, in a crisis, Iran might decide to strike first rather than risk having its entire nuclear arsenal destroyed. </w:t>
      </w:r>
      <w:r>
        <w:rPr>
          <w:b w:val="0"/>
          <w:i w:val="0"/>
          <w:smallCaps w:val="0"/>
          <w:strike w:val="0"/>
          <w:sz w:val="22"/>
          <w:u w:val="single"/>
        </w:rPr>
        <w:t>Third</w:t>
      </w:r>
      <w:r>
        <w:rPr>
          <w:b w:val="0"/>
          <w:i w:val="0"/>
          <w:smallCaps w:val="0"/>
          <w:strike w:val="0"/>
          <w:sz w:val="12"/>
          <w:u w:val="none"/>
        </w:rPr>
        <w:t xml:space="preserve">, as Thomas Schelling has argued, </w:t>
      </w:r>
      <w:r>
        <w:rPr>
          <w:b w:val="0"/>
          <w:i w:val="0"/>
          <w:smallCaps w:val="0"/>
          <w:strike w:val="0"/>
          <w:sz w:val="22"/>
          <w:u w:val="single"/>
        </w:rPr>
        <w:t>nuclear war could result due to the reciprocal fear of surprise attack.</w:t>
      </w:r>
      <w:r>
        <w:rPr>
          <w:b w:val="0"/>
          <w:i w:val="0"/>
          <w:smallCaps w:val="0"/>
          <w:strike w:val="0"/>
          <w:sz w:val="12"/>
          <w:u w:val="none"/>
        </w:rPr>
        <w:t xml:space="preserve">49 If there are advantages to striking first, one state might start a nuclear war in the belief that war is inevitable and that </w:t>
      </w:r>
      <w:r>
        <w:rPr>
          <w:b w:val="0"/>
          <w:i w:val="0"/>
          <w:smallCaps w:val="0"/>
          <w:strike w:val="0"/>
          <w:sz w:val="22"/>
          <w:u w:val="single"/>
        </w:rPr>
        <w:t>it would be better to go first than to go second.</w:t>
      </w:r>
      <w:r>
        <w:rPr>
          <w:b w:val="0"/>
          <w:i w:val="0"/>
          <w:smallCaps w:val="0"/>
          <w:strike w:val="0"/>
          <w:sz w:val="12"/>
          <w:u w:val="none"/>
        </w:rPr>
        <w:t xml:space="preserve"> Fortunately, there is no historic evidence of this dynamic occurring in a nuclear context, but it is still possible. In an Israeli–Iranian crisis, for example, Israel and Iran might both prefer to avoid a nuclear war, but decide to strike first rather than suffer a devastating first attack from an opponent. </w:t>
      </w:r>
      <w:r>
        <w:rPr>
          <w:b w:val="0"/>
          <w:i w:val="0"/>
          <w:smallCaps w:val="0"/>
          <w:strike w:val="0"/>
          <w:sz w:val="22"/>
          <w:u w:val="single"/>
        </w:rPr>
        <w:t>Even in a world of MAD, however, when both sides have secure, second-strike capabilities, there is still a risk of nuclear war.</w:t>
      </w:r>
      <w:r>
        <w:rPr>
          <w:b w:val="0"/>
          <w:i w:val="0"/>
          <w:smallCaps w:val="0"/>
          <w:strike w:val="0"/>
          <w:sz w:val="12"/>
          <w:u w:val="none"/>
        </w:rPr>
        <w:t xml:space="preserve"> Rational </w:t>
      </w:r>
      <w:r>
        <w:rPr>
          <w:b w:val="0"/>
          <w:i w:val="0"/>
          <w:smallCaps w:val="0"/>
          <w:strike w:val="0"/>
          <w:sz w:val="22"/>
          <w:u w:val="single"/>
        </w:rPr>
        <w:t>deterrence theory</w:t>
      </w:r>
      <w:r>
        <w:rPr>
          <w:b w:val="0"/>
          <w:i w:val="0"/>
          <w:smallCaps w:val="0"/>
          <w:strike w:val="0"/>
          <w:sz w:val="12"/>
          <w:u w:val="none"/>
        </w:rPr>
        <w:t xml:space="preserve"> </w:t>
      </w:r>
      <w:r>
        <w:rPr>
          <w:b w:val="0"/>
          <w:i w:val="0"/>
          <w:smallCaps w:val="0"/>
          <w:strike w:val="0"/>
          <w:sz w:val="22"/>
          <w:u w:val="single"/>
        </w:rPr>
        <w:t>assumes</w:t>
      </w:r>
      <w:r>
        <w:rPr>
          <w:b w:val="0"/>
          <w:i w:val="0"/>
          <w:smallCaps w:val="0"/>
          <w:strike w:val="0"/>
          <w:sz w:val="12"/>
          <w:u w:val="none"/>
        </w:rPr>
        <w:t xml:space="preserve"> </w:t>
      </w:r>
      <w:r>
        <w:rPr>
          <w:b w:val="0"/>
          <w:i w:val="0"/>
          <w:smallCaps w:val="0"/>
          <w:strike w:val="0"/>
          <w:sz w:val="22"/>
          <w:u w:val="single"/>
        </w:rPr>
        <w:t xml:space="preserve">nuclear-armed states are governed by rational leaders who would not intentionally launch a suicidal nuclear </w:t>
      </w:r>
      <w:r>
        <w:rPr>
          <w:b w:val="0"/>
          <w:i w:val="0"/>
          <w:smallCaps w:val="0"/>
          <w:strike w:val="0"/>
          <w:sz w:val="12"/>
          <w:u w:val="none"/>
        </w:rPr>
        <w:t>war.</w:t>
      </w:r>
      <w:r>
        <w:rPr>
          <w:b w:val="0"/>
          <w:i w:val="0"/>
          <w:smallCaps w:val="0"/>
          <w:strike w:val="0"/>
          <w:sz w:val="22"/>
          <w:u w:val="single"/>
        </w:rPr>
        <w:t xml:space="preserve"> This</w:t>
      </w:r>
      <w:r>
        <w:rPr>
          <w:b w:val="0"/>
          <w:i w:val="0"/>
          <w:smallCaps w:val="0"/>
          <w:strike w:val="0"/>
          <w:sz w:val="12"/>
          <w:u w:val="none"/>
        </w:rPr>
        <w:t xml:space="preserve"> assumption appears to have </w:t>
      </w:r>
      <w:r>
        <w:rPr>
          <w:b w:val="0"/>
          <w:i w:val="0"/>
          <w:smallCaps w:val="0"/>
          <w:strike w:val="0"/>
          <w:sz w:val="22"/>
          <w:u w:val="single"/>
        </w:rPr>
        <w:t>applie</w:t>
      </w:r>
      <w:r>
        <w:rPr>
          <w:b w:val="0"/>
          <w:i w:val="0"/>
          <w:smallCaps w:val="0"/>
          <w:strike w:val="0"/>
          <w:sz w:val="12"/>
          <w:u w:val="none"/>
        </w:rPr>
        <w:t xml:space="preserve">d </w:t>
      </w:r>
      <w:r>
        <w:rPr>
          <w:b w:val="0"/>
          <w:i w:val="0"/>
          <w:smallCaps w:val="0"/>
          <w:strike w:val="0"/>
          <w:sz w:val="22"/>
          <w:u w:val="single"/>
        </w:rPr>
        <w:t>to</w:t>
      </w:r>
      <w:r>
        <w:rPr>
          <w:b w:val="0"/>
          <w:i w:val="0"/>
          <w:smallCaps w:val="0"/>
          <w:strike w:val="0"/>
          <w:sz w:val="12"/>
          <w:u w:val="none"/>
        </w:rPr>
        <w:t xml:space="preserve"> past and </w:t>
      </w:r>
      <w:r>
        <w:rPr>
          <w:b w:val="0"/>
          <w:i w:val="0"/>
          <w:smallCaps w:val="0"/>
          <w:strike w:val="0"/>
          <w:sz w:val="22"/>
          <w:u w:val="single"/>
        </w:rPr>
        <w:t>current nuclear powers, but there is no guarantee that it will continue to hold in the future. Iran’s theocratic government</w:t>
      </w:r>
      <w:r>
        <w:rPr>
          <w:b w:val="0"/>
          <w:i w:val="0"/>
          <w:smallCaps w:val="0"/>
          <w:strike w:val="0"/>
          <w:sz w:val="12"/>
          <w:u w:val="none"/>
        </w:rPr>
        <w:t xml:space="preserve">, despite its inflammatory rhetoric, has followed a fairly pragmatic foreign policy since 1979, but it </w:t>
      </w:r>
      <w:r>
        <w:rPr>
          <w:b w:val="0"/>
          <w:i w:val="0"/>
          <w:smallCaps w:val="0"/>
          <w:strike w:val="0"/>
          <w:sz w:val="22"/>
          <w:u w:val="single"/>
        </w:rPr>
        <w:t>contains leaders who hold millenarian religious worldviews and could one day ascend to power.</w:t>
      </w:r>
      <w:r>
        <w:rPr>
          <w:b w:val="0"/>
          <w:i w:val="0"/>
          <w:smallCaps w:val="0"/>
          <w:strike w:val="0"/>
          <w:sz w:val="12"/>
          <w:u w:val="none"/>
        </w:rPr>
        <w:t xml:space="preserve"> We cannot rule out the possibility that, as nuclear weapons continue to spread, </w:t>
      </w:r>
      <w:r>
        <w:rPr>
          <w:b w:val="0"/>
          <w:i w:val="0"/>
          <w:smallCaps w:val="0"/>
          <w:strike w:val="0"/>
          <w:sz w:val="22"/>
          <w:u w:val="single"/>
        </w:rPr>
        <w:t>some leader somewhere will choose to launch a nuclear war, knowing full well that it could result in self-destruction. One does not need to resort to irrationality, however, to imagine nuclear war under MAD.</w:t>
      </w:r>
      <w:r>
        <w:rPr>
          <w:b w:val="0"/>
          <w:i w:val="0"/>
          <w:smallCaps w:val="0"/>
          <w:strike w:val="0"/>
          <w:sz w:val="12"/>
          <w:u w:val="none"/>
        </w:rPr>
        <w:t xml:space="preserve"> Nuclear weapons may deter leaders from intentionally launching full-scale wars, but they do not mean the end of international politics. As was discussed above, nuclear-armed states still have conflicts of interest and leaders still seek to coerce nuclear-armed adversaries. </w:t>
      </w:r>
      <w:r>
        <w:rPr>
          <w:b w:val="0"/>
          <w:i w:val="0"/>
          <w:smallCaps w:val="0"/>
          <w:strike w:val="0"/>
          <w:sz w:val="22"/>
          <w:u w:val="single"/>
        </w:rPr>
        <w:t xml:space="preserve">Leaders might, therefore, choose to launch </w:t>
      </w:r>
      <w:r>
        <w:rPr>
          <w:b w:val="0"/>
          <w:i w:val="0"/>
          <w:smallCaps w:val="0"/>
          <w:strike w:val="0"/>
          <w:sz w:val="12"/>
          <w:u w:val="none"/>
        </w:rPr>
        <w:t>a</w:t>
      </w:r>
      <w:r>
        <w:rPr>
          <w:b w:val="0"/>
          <w:i w:val="0"/>
          <w:smallCaps w:val="0"/>
          <w:strike w:val="0"/>
          <w:sz w:val="22"/>
          <w:u w:val="single"/>
        </w:rPr>
        <w:t xml:space="preserve"> limited nuclear war.</w:t>
      </w:r>
      <w:r>
        <w:rPr>
          <w:b w:val="0"/>
          <w:i w:val="0"/>
          <w:smallCaps w:val="0"/>
          <w:strike w:val="0"/>
          <w:sz w:val="12"/>
          <w:u w:val="none"/>
        </w:rPr>
        <w:t xml:space="preserve">50 </w:t>
      </w:r>
      <w:r>
        <w:rPr>
          <w:b w:val="0"/>
          <w:i w:val="0"/>
          <w:smallCaps w:val="0"/>
          <w:strike w:val="0"/>
          <w:sz w:val="22"/>
          <w:u w:val="single"/>
        </w:rPr>
        <w:t>This strategy might be especially attractive to states in a position of conventional inferiority that might have an incentive to escalate a crisis quickly to the nuclear level.</w:t>
      </w:r>
      <w:r>
        <w:rPr>
          <w:b w:val="0"/>
          <w:i w:val="0"/>
          <w:smallCaps w:val="0"/>
          <w:strike w:val="0"/>
          <w:sz w:val="12"/>
          <w:u w:val="none"/>
        </w:rPr>
        <w:t xml:space="preserve"> During the Cold War, the United States planned to use nuclear weapons first to stop a Soviet invasion of Western Europe given NATO’s conventional inferiority.51 As Russia’s conventional power has deteriorated since the end of the Cold War, Moscow has come to rely more heavily on nuclear weapons in its military doctrine. Indeed, Russian strategy calls for the use of nuclear weapons early in a conflict (something that most Western strategists would consider to be escalatory) as a way to de-escalate a crisis. Similarly, Pakistan’s military plans for nuclear use in the event of an invasion from conventionally stronger India. And finally, Chinese generals openly talk about the possibility of nuclear use against a US superpower in a possible East Asia contingency. Second, as was also discussed above, </w:t>
      </w:r>
      <w:r>
        <w:rPr>
          <w:b w:val="0"/>
          <w:i w:val="0"/>
          <w:smallCaps w:val="0"/>
          <w:strike w:val="0"/>
          <w:sz w:val="22"/>
          <w:u w:val="single"/>
        </w:rPr>
        <w:t>leaders can make a ‘threat that leaves something to chance’.</w:t>
      </w:r>
      <w:r>
        <w:rPr>
          <w:b w:val="0"/>
          <w:i w:val="0"/>
          <w:smallCaps w:val="0"/>
          <w:strike w:val="0"/>
          <w:sz w:val="12"/>
          <w:u w:val="none"/>
        </w:rPr>
        <w:t xml:space="preserve">52 </w:t>
      </w:r>
      <w:r>
        <w:rPr>
          <w:b w:val="0"/>
          <w:i w:val="0"/>
          <w:smallCaps w:val="0"/>
          <w:strike w:val="0"/>
          <w:sz w:val="22"/>
          <w:u w:val="single"/>
        </w:rPr>
        <w:t>They can initiate a nuclear crisis. By playing these risky games of nuclear brink</w:t>
      </w:r>
      <w:r>
        <w:rPr>
          <w:b w:val="0"/>
          <w:i w:val="0"/>
          <w:smallCaps w:val="0"/>
          <w:strike w:val="0"/>
          <w:sz w:val="12"/>
          <w:u w:val="none"/>
        </w:rPr>
        <w:t>man</w:t>
      </w:r>
      <w:r>
        <w:rPr>
          <w:b w:val="0"/>
          <w:i w:val="0"/>
          <w:smallCaps w:val="0"/>
          <w:strike w:val="0"/>
          <w:sz w:val="22"/>
          <w:u w:val="single"/>
        </w:rPr>
        <w:t>ship, states can increase the risk of nuclear war in an attempt to force a less resolved adversary to back down.</w:t>
      </w:r>
      <w:r>
        <w:rPr>
          <w:b w:val="0"/>
          <w:i w:val="0"/>
          <w:smallCaps w:val="0"/>
          <w:strike w:val="0"/>
          <w:sz w:val="12"/>
          <w:u w:val="none"/>
        </w:rPr>
        <w:t xml:space="preserve"> Historical crises have not resulted in nuclear war, but many of them, including the 1962 Cuban Missile Crisis, have come close. And </w:t>
      </w:r>
      <w:r>
        <w:rPr>
          <w:b w:val="0"/>
          <w:i w:val="0"/>
          <w:smallCaps w:val="0"/>
          <w:strike w:val="0"/>
          <w:sz w:val="22"/>
          <w:u w:val="single"/>
        </w:rPr>
        <w:t>scholars have documented historical incidents when accidents nearly led to war.</w:t>
      </w:r>
      <w:r>
        <w:rPr>
          <w:b w:val="0"/>
          <w:i w:val="0"/>
          <w:smallCaps w:val="0"/>
          <w:strike w:val="0"/>
          <w:sz w:val="12"/>
          <w:u w:val="none"/>
        </w:rPr>
        <w:t xml:space="preserve">53 When we think about future nuclear crisis dyads, such as Iran and Israel, with fewer sources of stability than existed during the Cold War, we can see that there is a real risk that a future crisis could result in a devastating nuclear exchange. </w:t>
      </w:r>
      <w:r>
        <w:rPr>
          <w:b w:val="0"/>
          <w:i w:val="0"/>
          <w:smallCaps w:val="0"/>
          <w:strike w:val="0"/>
          <w:sz w:val="22"/>
          <w:u w:val="single"/>
        </w:rPr>
        <w:t xml:space="preserve">Nuclear Terrorism </w:t>
      </w:r>
      <w:r>
        <w:rPr>
          <w:b w:val="0"/>
          <w:i w:val="0"/>
          <w:smallCaps w:val="0"/>
          <w:strike w:val="0"/>
          <w:sz w:val="12"/>
          <w:u w:val="none"/>
        </w:rPr>
        <w:t xml:space="preserve">The </w:t>
      </w:r>
      <w:r>
        <w:rPr>
          <w:b w:val="0"/>
          <w:i w:val="0"/>
          <w:smallCaps w:val="0"/>
          <w:strike w:val="0"/>
          <w:sz w:val="22"/>
          <w:u w:val="single"/>
        </w:rPr>
        <w:t>spread of nuclear weapons also increases the risk of nuclear terrorism.</w:t>
      </w:r>
      <w:r>
        <w:rPr>
          <w:b w:val="0"/>
          <w:i w:val="0"/>
          <w:smallCaps w:val="0"/>
          <w:strike w:val="0"/>
          <w:sz w:val="12"/>
          <w:u w:val="none"/>
        </w:rPr>
        <w:t xml:space="preserve">54 While September 11th was one of the greatest tragedies in American history, it would have been much worse had Osama Bin Laden possessed nuclear weapons. Bin Laden declared it a ‘religious duty’ for Al- Qa’eda to acquire nuclear weapons and radical clerics have issued fatwas declaring it permissible to use nuclear weapons in Jihad against the West.55 </w:t>
      </w:r>
      <w:r>
        <w:rPr>
          <w:b w:val="0"/>
          <w:i w:val="0"/>
          <w:smallCaps w:val="0"/>
          <w:strike w:val="0"/>
          <w:sz w:val="22"/>
          <w:u w:val="single"/>
        </w:rPr>
        <w:t>Unlike states, which can be more easily deterred, there is little doubt that if terrorists acquired nuclear weapons, they would use them.</w:t>
      </w:r>
      <w:r>
        <w:rPr>
          <w:b w:val="0"/>
          <w:i w:val="0"/>
          <w:smallCaps w:val="0"/>
          <w:strike w:val="0"/>
          <w:sz w:val="12"/>
          <w:u w:val="none"/>
        </w:rPr>
        <w:t xml:space="preserve">56 Indeed, in recent years, many US politicians and security analysts have argued that nuclear terrorism poses the greatest threat to US national security.57 Analysts have pointed out the tremendous hurdles that terrorists would have to overcome in order to acquire nuclear weapons.58 Nevertheless, as nuclear weapons spread, the possibility that they will eventually fall into terrorist hands increases. States could intentionally transfer nuclear weapons, or the fissile material required to build them, to terrorist groups. There are good reasons why a state might be reluctant to transfer nuclear weapons to terrorists, but, as nuclear weapons spread, the probability that a leader might someday purposely arm a terrorist group increases. Some fear, for example, that Iran, with its close ties to Hamas and Hizballah, might be at a heightened risk of transferring nuclear weapons to terrorists. Moreover, even if no state would ever intentionally transfer nuclear capabilities to terrorists, a new nuclear state, with underdeveloped security procedures, might be vulnerable to theft, allowing terrorist groups or corrupt or ideologically-motivated insiders to transfer dangerous material to terrorists. There is evidence, for example, that representatives from Pakistan’s atomic energy establishment met with Al-Qa’eda members to discuss a possible nuclear deal.59 Finally, a nuclear-armed state could collapse, resulting in a breakdown of law and order and a loose nukes problem. US officials are currently very concerned about what would happen to Pakistan’s nuclear weapons if the government were to fall. As nuclear weapons spread, this problem is only further amplified. Iran is a country with a history of revolutions and a government with a tenuous hold on power. The regime change that Washington has long dreamed about in Tehran could actually become a nightmare if a nuclear-armed Iran suffered a breakdown in authority, forcing us to worry about the fate of Iran’s nuclear arsenal. </w:t>
      </w:r>
      <w:r>
        <w:rPr>
          <w:b w:val="0"/>
          <w:i w:val="0"/>
          <w:smallCaps w:val="0"/>
          <w:strike w:val="0"/>
          <w:sz w:val="22"/>
          <w:u w:val="single"/>
        </w:rPr>
        <w:t>Regional Instability The spread of nuclear weapons also emboldens nuclear powers, contributing to regional instability</w:t>
      </w:r>
      <w:r>
        <w:rPr>
          <w:b w:val="0"/>
          <w:i w:val="0"/>
          <w:smallCaps w:val="0"/>
          <w:strike w:val="0"/>
          <w:sz w:val="12"/>
          <w:u w:val="none"/>
        </w:rPr>
        <w:t xml:space="preserve">. States that lack nuclear weapons need to fear direct military attack from other states, but </w:t>
      </w:r>
      <w:r>
        <w:rPr>
          <w:b w:val="0"/>
          <w:i w:val="0"/>
          <w:smallCaps w:val="0"/>
          <w:strike w:val="0"/>
          <w:sz w:val="22"/>
          <w:u w:val="single"/>
        </w:rPr>
        <w:t>states with nuclear weapons can be confident</w:t>
      </w:r>
      <w:r>
        <w:rPr>
          <w:b w:val="0"/>
          <w:i w:val="0"/>
          <w:smallCaps w:val="0"/>
          <w:strike w:val="0"/>
          <w:sz w:val="12"/>
          <w:u w:val="none"/>
        </w:rPr>
        <w:t xml:space="preserve"> that </w:t>
      </w:r>
      <w:r>
        <w:rPr>
          <w:b w:val="0"/>
          <w:i w:val="0"/>
          <w:smallCaps w:val="0"/>
          <w:strike w:val="0"/>
          <w:sz w:val="22"/>
          <w:u w:val="single"/>
        </w:rPr>
        <w:t>they can deter an intentional military attack, giving them an incentive to be more aggressive</w:t>
      </w:r>
      <w:r>
        <w:rPr>
          <w:b w:val="0"/>
          <w:i w:val="0"/>
          <w:smallCaps w:val="0"/>
          <w:strike w:val="0"/>
          <w:sz w:val="12"/>
          <w:u w:val="none"/>
        </w:rPr>
        <w:t xml:space="preserve"> in the conduct of their foreign policy</w:t>
      </w:r>
      <w:r>
        <w:rPr>
          <w:b w:val="0"/>
          <w:i w:val="0"/>
          <w:smallCaps w:val="0"/>
          <w:strike w:val="0"/>
          <w:sz w:val="22"/>
          <w:u w:val="single"/>
        </w:rPr>
        <w:t>.</w:t>
      </w:r>
      <w:r>
        <w:rPr>
          <w:b w:val="0"/>
          <w:i w:val="0"/>
          <w:smallCaps w:val="0"/>
          <w:strike w:val="0"/>
          <w:sz w:val="12"/>
          <w:u w:val="none"/>
        </w:rPr>
        <w:t xml:space="preserve"> In this way, </w:t>
      </w:r>
      <w:r>
        <w:rPr>
          <w:b w:val="0"/>
          <w:i w:val="0"/>
          <w:smallCaps w:val="0"/>
          <w:strike w:val="0"/>
          <w:sz w:val="22"/>
          <w:u w:val="single"/>
        </w:rPr>
        <w:t xml:space="preserve">nuclear weapons provide a shield under which states can feel free to engage in lower-level aggression. </w:t>
      </w:r>
      <w:r>
        <w:rPr>
          <w:b w:val="0"/>
          <w:i w:val="0"/>
          <w:smallCaps w:val="0"/>
          <w:strike w:val="0"/>
          <w:sz w:val="12"/>
          <w:u w:val="none"/>
        </w:rPr>
        <w:t xml:space="preserve">Indeed, international relations theories about the ‘stability-instability paradox’ maintain that stability at the nuclear level contributes to conventional instability.60 Historically, we have seen that the spread of nuclear weapons has emboldened their possessors and contributed to regional instability. </w:t>
      </w:r>
      <w:r>
        <w:rPr>
          <w:b w:val="0"/>
          <w:i w:val="0"/>
          <w:smallCaps w:val="0"/>
          <w:strike w:val="0"/>
          <w:sz w:val="22"/>
          <w:u w:val="single"/>
        </w:rPr>
        <w:t xml:space="preserve">Recent scholarly analyses have demonstrated that, after controlling for other relevant factors, nuclear-weapon states are more likely to engage in conflict than nonnuclear-weapon states and </w:t>
      </w:r>
      <w:r>
        <w:rPr>
          <w:b w:val="0"/>
          <w:i w:val="0"/>
          <w:smallCaps w:val="0"/>
          <w:strike w:val="0"/>
          <w:sz w:val="12"/>
          <w:u w:val="none"/>
        </w:rPr>
        <w:t>that</w:t>
      </w:r>
      <w:r>
        <w:rPr>
          <w:b w:val="0"/>
          <w:i w:val="0"/>
          <w:smallCaps w:val="0"/>
          <w:strike w:val="0"/>
          <w:sz w:val="22"/>
          <w:u w:val="single"/>
        </w:rPr>
        <w:t xml:space="preserve"> this </w:t>
      </w:r>
      <w:r>
        <w:rPr>
          <w:b w:val="0"/>
          <w:i w:val="0"/>
          <w:smallCaps w:val="0"/>
          <w:strike w:val="0"/>
          <w:sz w:val="12"/>
          <w:u w:val="none"/>
        </w:rPr>
        <w:t>aggressiveness</w:t>
      </w:r>
      <w:r>
        <w:rPr>
          <w:b w:val="0"/>
          <w:i w:val="0"/>
          <w:smallCaps w:val="0"/>
          <w:strike w:val="0"/>
          <w:sz w:val="22"/>
          <w:u w:val="single"/>
        </w:rPr>
        <w:t xml:space="preserve"> is more pronounced in new </w:t>
      </w:r>
      <w:r>
        <w:rPr>
          <w:b w:val="0"/>
          <w:i w:val="0"/>
          <w:smallCaps w:val="0"/>
          <w:strike w:val="0"/>
          <w:sz w:val="12"/>
          <w:u w:val="none"/>
        </w:rPr>
        <w:t xml:space="preserve">nuclear </w:t>
      </w:r>
      <w:r>
        <w:rPr>
          <w:b w:val="0"/>
          <w:i w:val="0"/>
          <w:smallCaps w:val="0"/>
          <w:strike w:val="0"/>
          <w:sz w:val="22"/>
          <w:u w:val="single"/>
        </w:rPr>
        <w:t>states that have less experience with nuclear diplomacy</w:t>
      </w:r>
      <w:r>
        <w:rPr>
          <w:b w:val="0"/>
          <w:i w:val="0"/>
          <w:smallCaps w:val="0"/>
          <w:strike w:val="0"/>
          <w:sz w:val="12"/>
          <w:u w:val="none"/>
        </w:rPr>
        <w:t xml:space="preserve">.61 Similarly, research on internal decision-making in Pakistan reveals that Pakistani foreign policymakers may have been emboldened by the acquisition of nuclear weapons, which encouraged them to initiate militarized disputes against India.62 Currently, Iran restrains its foreign policy because it fears major military retaliation from the United States or Israel, but with nuclear weapons it could feel free to push harder. A nuclear-armed Iran would likely step up support to terrorist and proxy groups and engage in more aggressive coercive diplomacy. With a nuclear-armed Iran increasingly throwing its weight around in the region, we could witness an even more crisis prone Middle East. And in a poly-nuclear Middle East with Israel, Iran, and, in the future, possibly other states, armed with nuclear weapons, </w:t>
      </w:r>
      <w:r>
        <w:rPr>
          <w:b w:val="0"/>
          <w:i w:val="0"/>
          <w:smallCaps w:val="0"/>
          <w:strike w:val="0"/>
          <w:sz w:val="22"/>
          <w:u w:val="single"/>
        </w:rPr>
        <w:t>any one of those crises could result in a catastrophic nuclear exchange</w:t>
      </w:r>
      <w:r>
        <w:rPr>
          <w:b w:val="0"/>
          <w:i w:val="0"/>
          <w:smallCaps w:val="0"/>
          <w:strike w:val="0"/>
          <w:sz w:val="12"/>
          <w:u w:val="none"/>
        </w:rPr>
        <w:t xml:space="preserve">. </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