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Decline triggers global war </w:t>
      </w:r>
      <w:r>
        <w:rPr>
          <w:b/>
          <w:i w:val="0"/>
          <w:smallCaps w:val="0"/>
          <w:strike w:val="0"/>
          <w:sz w:val="26"/>
          <w:u w:val="single"/>
        </w:rPr>
        <w:t>quickly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Diamond, ’19</w:t>
      </w:r>
      <w:r>
        <w:rPr>
          <w:b w:val="0"/>
          <w:i w:val="0"/>
          <w:smallCaps w:val="0"/>
          <w:strike w:val="0"/>
          <w:u w:val="none"/>
        </w:rPr>
        <w:t xml:space="preserve"> [Larry Diamond, Mosbacher senior fellow of Global Democracy at the Freeman Spogli Institute for International Studies, senior fellow at the Hoover Institution and professor of Sociology &amp; Political Science at Stanford University; “Ill Winds: Saving Democracy from Russian Rage, Chinese Ambition, and American Complacency,” Penguin Press, published in 2019, URL: </w:t>
      </w:r>
      <w:r>
        <w:rPr>
          <w:b w:val="0"/>
          <w:i w:val="0"/>
          <w:smallCaps w:val="0"/>
          <w:strike w:val="0"/>
          <w:u w:val="none"/>
        </w:rPr>
        <w:t>, accessed 06/03/2024]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such a near future, my fellow experts would no longer talk of “democratic erosion.” We would be spiraling downward into a time of democratic despair, recalling Daniel Patrick Moynihan’s grim observation from the 1970s that liberal democracy “is where the world was, not where it is going.” 5 The world pulled out of that downward spiral—but it took new, more purposeful American leadership.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planet was not so lucky in the 1930s, when the global implosion of democracy led to a </w:t>
      </w:r>
      <w:r>
        <w:rPr>
          <w:b/>
          <w:i w:val="0"/>
          <w:smallCaps w:val="0"/>
          <w:strike w:val="0"/>
          <w:sz w:val="22"/>
          <w:u w:val="single"/>
        </w:rPr>
        <w:t>catastrophic world war</w:t>
      </w:r>
      <w:r>
        <w:rPr>
          <w:b w:val="0"/>
          <w:i w:val="0"/>
          <w:smallCaps w:val="0"/>
          <w:strike w:val="0"/>
          <w:sz w:val="22"/>
          <w:u w:val="single"/>
        </w:rPr>
        <w:t>, between a rising axis of emboldened dictatorships and a shaken and economically depressed collection of self-doubting democracies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These are the stakes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Expanding democracy</w:t>
      </w:r>
      <w:r>
        <w:rPr>
          <w:b w:val="0"/>
          <w:i w:val="0"/>
          <w:smallCaps w:val="0"/>
          <w:strike w:val="0"/>
          <w:u w:val="none"/>
        </w:rPr>
        <w:t>—with its liberal norms and constitutional commitments—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a </w:t>
      </w:r>
      <w:r>
        <w:rPr>
          <w:b/>
          <w:i w:val="0"/>
          <w:smallCaps w:val="0"/>
          <w:strike w:val="0"/>
          <w:sz w:val="22"/>
          <w:u w:val="single"/>
        </w:rPr>
        <w:t>crucial foundation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world peace and security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Knock that away, and our most basic hopes and assumptions will be imperiled</w:t>
      </w:r>
      <w:r>
        <w:rPr>
          <w:b w:val="0"/>
          <w:i w:val="0"/>
          <w:smallCaps w:val="0"/>
          <w:strike w:val="0"/>
          <w:u w:val="none"/>
        </w:rPr>
        <w:t xml:space="preserve">. The problem is not just that the ground is slipping. It is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are </w:t>
      </w:r>
      <w:r>
        <w:rPr>
          <w:b/>
          <w:i w:val="0"/>
          <w:smallCaps w:val="0"/>
          <w:strike w:val="0"/>
          <w:sz w:val="22"/>
          <w:u w:val="single"/>
        </w:rPr>
        <w:t>perched on a global precipice</w:t>
      </w:r>
      <w:r>
        <w:rPr>
          <w:b w:val="0"/>
          <w:i w:val="0"/>
          <w:smallCaps w:val="0"/>
          <w:strike w:val="0"/>
          <w:u w:val="none"/>
        </w:rPr>
        <w:t xml:space="preserve">. That ledge has been gradually giving way for a decade. </w:t>
      </w:r>
      <w:r>
        <w:rPr>
          <w:b w:val="0"/>
          <w:i w:val="0"/>
          <w:smallCaps w:val="0"/>
          <w:strike w:val="0"/>
          <w:sz w:val="22"/>
          <w:u w:val="single"/>
        </w:rPr>
        <w:t>If the erosion continues, we may</w:t>
      </w:r>
      <w:r>
        <w:rPr>
          <w:b w:val="0"/>
          <w:i w:val="0"/>
          <w:smallCaps w:val="0"/>
          <w:strike w:val="0"/>
          <w:u w:val="none"/>
        </w:rPr>
        <w:t xml:space="preserve"> well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reach a </w:t>
      </w:r>
      <w:r>
        <w:rPr>
          <w:b/>
          <w:i w:val="0"/>
          <w:smallCaps w:val="0"/>
          <w:strike w:val="0"/>
          <w:sz w:val="22"/>
          <w:u w:val="single"/>
        </w:rPr>
        <w:t>tipping point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where democracy </w:t>
      </w:r>
      <w:r>
        <w:rPr>
          <w:b/>
          <w:i w:val="0"/>
          <w:smallCaps w:val="0"/>
          <w:strike w:val="0"/>
          <w:sz w:val="22"/>
          <w:u w:val="single"/>
        </w:rPr>
        <w:t>goes bankrupt suddenly</w:t>
      </w:r>
      <w:r>
        <w:rPr>
          <w:b w:val="0"/>
          <w:i w:val="0"/>
          <w:smallCaps w:val="0"/>
          <w:strike w:val="0"/>
          <w:sz w:val="22"/>
          <w:u w:val="single"/>
        </w:rPr>
        <w:t>—plunging the world into depths of oppression and aggression that we have not seen since</w:t>
      </w:r>
      <w:r>
        <w:rPr>
          <w:b w:val="0"/>
          <w:i w:val="0"/>
          <w:smallCaps w:val="0"/>
          <w:strike w:val="0"/>
          <w:u w:val="none"/>
        </w:rPr>
        <w:t xml:space="preserve"> the end of </w:t>
      </w:r>
      <w:r>
        <w:rPr>
          <w:b w:val="0"/>
          <w:i w:val="0"/>
          <w:smallCaps w:val="0"/>
          <w:strike w:val="0"/>
          <w:sz w:val="22"/>
          <w:u w:val="single"/>
        </w:rPr>
        <w:t>World War II</w:t>
      </w:r>
      <w:r>
        <w:rPr>
          <w:b w:val="0"/>
          <w:i w:val="0"/>
          <w:smallCaps w:val="0"/>
          <w:strike w:val="0"/>
          <w:u w:val="none"/>
        </w:rPr>
        <w:t>. As a political scientist, I know that our theories and tools are not nearly good enough to tell us just how close we are getting to that point—until it happens.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