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Self-improvement</w:t>
      </w:r>
      <w:r>
        <w:rPr>
          <w:b/>
          <w:i w:val="0"/>
          <w:smallCaps w:val="0"/>
          <w:strike w:val="0"/>
          <w:sz w:val="26"/>
          <w:u w:val="none"/>
        </w:rPr>
        <w:t xml:space="preserve"> makes </w:t>
      </w:r>
      <w:r>
        <w:rPr>
          <w:b/>
          <w:i w:val="0"/>
          <w:smallCaps w:val="0"/>
          <w:strike w:val="0"/>
          <w:sz w:val="26"/>
          <w:u w:val="single"/>
        </w:rPr>
        <w:t>super-intelligent</w:t>
      </w:r>
      <w:r>
        <w:rPr>
          <w:b/>
          <w:i w:val="0"/>
          <w:smallCaps w:val="0"/>
          <w:strike w:val="0"/>
          <w:sz w:val="26"/>
          <w:u w:val="none"/>
        </w:rPr>
        <w:t xml:space="preserve"> AI inevitable.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Miller, ’18</w:t>
      </w:r>
      <w:r>
        <w:rPr>
          <w:b w:val="0"/>
          <w:i w:val="0"/>
          <w:smallCaps w:val="0"/>
          <w:strike w:val="0"/>
          <w:u w:val="none"/>
        </w:rPr>
        <w:t xml:space="preserve"> [James D. Miller, professor of economics at Smith College; “The Great Filter and Unfriendly Artificial General Intelligence: When Two Existential Risks Are Better Than One,” Foresight, vol. 21, iss. 1, URL: </w:t>
      </w:r>
      <w:r>
        <w:rPr>
          <w:b w:val="0"/>
          <w:i w:val="0"/>
          <w:smallCaps w:val="0"/>
          <w:strike w:val="0"/>
          <w:u w:val="none"/>
        </w:rPr>
        <w:t>, accessed 06/03/2024]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*Problematic language edited in brackets; PAGI = Powerful Artificial General Intelligence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If the </w:t>
      </w:r>
      <w:r>
        <w:rPr>
          <w:b w:val="0"/>
          <w:i w:val="0"/>
          <w:smallCaps w:val="0"/>
          <w:strike w:val="0"/>
          <w:sz w:val="22"/>
          <w:u w:val="single"/>
        </w:rPr>
        <w:t>human brain</w:t>
      </w:r>
      <w:r>
        <w:rPr>
          <w:b w:val="0"/>
          <w:i w:val="0"/>
          <w:smallCaps w:val="0"/>
          <w:strike w:val="0"/>
          <w:u w:val="none"/>
        </w:rPr>
        <w:t xml:space="preserve"> lacks supernatural components such as a soul, then it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just a </w:t>
      </w:r>
      <w:r>
        <w:rPr>
          <w:b/>
          <w:i w:val="0"/>
          <w:smallCaps w:val="0"/>
          <w:strike w:val="0"/>
          <w:sz w:val="22"/>
          <w:u w:val="single"/>
        </w:rPr>
        <w:t>machine</w:t>
      </w:r>
      <w:r>
        <w:rPr>
          <w:b w:val="0"/>
          <w:i w:val="0"/>
          <w:smallCaps w:val="0"/>
          <w:strike w:val="0"/>
          <w:u w:val="none"/>
        </w:rPr>
        <w:t xml:space="preserve">.  But it is a mere three-pound machine that must fit inside of a human skull, be powered by relatively tiny amounts of energy, and be made entirely of biological materials.  </w:t>
      </w:r>
      <w:r>
        <w:rPr>
          <w:b w:val="0"/>
          <w:i w:val="0"/>
          <w:smallCaps w:val="0"/>
          <w:strike w:val="0"/>
          <w:sz w:val="22"/>
          <w:u w:val="single"/>
        </w:rPr>
        <w:t>Engineers</w:t>
      </w:r>
      <w:r>
        <w:rPr>
          <w:b w:val="0"/>
          <w:i w:val="0"/>
          <w:smallCaps w:val="0"/>
          <w:strike w:val="0"/>
          <w:u w:val="none"/>
        </w:rPr>
        <w:t xml:space="preserve">, who do not face any of these constrains when building their computers, should be </w:t>
      </w:r>
      <w:r>
        <w:rPr>
          <w:b w:val="0"/>
          <w:i w:val="0"/>
          <w:smallCaps w:val="0"/>
          <w:strike w:val="0"/>
          <w:sz w:val="22"/>
          <w:u w:val="single"/>
        </w:rPr>
        <w:t>able to</w:t>
      </w:r>
      <w:r>
        <w:rPr>
          <w:b w:val="0"/>
          <w:i w:val="0"/>
          <w:smallCaps w:val="0"/>
          <w:strike w:val="0"/>
          <w:u w:val="none"/>
        </w:rPr>
        <w:t xml:space="preserve"> eventually </w:t>
      </w:r>
      <w:r>
        <w:rPr>
          <w:b/>
          <w:i w:val="0"/>
          <w:smallCaps w:val="0"/>
          <w:strike w:val="0"/>
          <w:sz w:val="22"/>
          <w:u w:val="single"/>
        </w:rPr>
        <w:t>construct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much more </w:t>
      </w:r>
      <w:r>
        <w:rPr>
          <w:b/>
          <w:i w:val="0"/>
          <w:smallCaps w:val="0"/>
          <w:strike w:val="0"/>
          <w:sz w:val="22"/>
          <w:u w:val="single"/>
        </w:rPr>
        <w:t>powerful machines</w:t>
      </w:r>
      <w:r>
        <w:rPr>
          <w:b w:val="0"/>
          <w:i w:val="0"/>
          <w:smallCaps w:val="0"/>
          <w:strike w:val="0"/>
          <w:u w:val="none"/>
        </w:rPr>
        <w:t xml:space="preserve"> than the human brain since these engineers should eventually be able to do everything that nature does plus much more.  Furthermore, </w:t>
      </w:r>
      <w:r>
        <w:rPr>
          <w:b w:val="0"/>
          <w:i w:val="0"/>
          <w:smallCaps w:val="0"/>
          <w:strike w:val="0"/>
          <w:sz w:val="22"/>
          <w:u w:val="single"/>
        </w:rPr>
        <w:t>it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seem</w:t>
      </w:r>
      <w:r>
        <w:rPr>
          <w:b w:val="0"/>
          <w:i w:val="0"/>
          <w:smallCaps w:val="0"/>
          <w:strike w:val="0"/>
          <w:sz w:val="22"/>
          <w:u w:val="single"/>
        </w:rPr>
        <w:t>s extraordinarily unlikely</w:t>
      </w:r>
      <w:r>
        <w:rPr>
          <w:b w:val="0"/>
          <w:i w:val="0"/>
          <w:smallCaps w:val="0"/>
          <w:strike w:val="0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evolution</w:t>
      </w:r>
      <w:r>
        <w:rPr>
          <w:b w:val="0"/>
          <w:i w:val="0"/>
          <w:smallCaps w:val="0"/>
          <w:strike w:val="0"/>
          <w:u w:val="none"/>
        </w:rPr>
        <w:t xml:space="preserve"> just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happened to hit upon the </w:t>
      </w:r>
      <w:r>
        <w:rPr>
          <w:b/>
          <w:i w:val="0"/>
          <w:smallCaps w:val="0"/>
          <w:strike w:val="0"/>
          <w:sz w:val="22"/>
          <w:u w:val="single"/>
        </w:rPr>
        <w:t>smartest possible minds</w:t>
      </w:r>
      <w:r>
        <w:rPr>
          <w:b w:val="0"/>
          <w:i w:val="0"/>
          <w:smallCaps w:val="0"/>
          <w:strike w:val="0"/>
          <w:u w:val="none"/>
        </w:rPr>
        <w:t xml:space="preserve"> when it formed the brains of Einstein, von Neumann, and Newton, especially given the constrains that evolution faced.  If our high technology civilization survives long enough, </w:t>
      </w:r>
      <w:r>
        <w:rPr>
          <w:b w:val="0"/>
          <w:i w:val="0"/>
          <w:smallCaps w:val="0"/>
          <w:strike w:val="0"/>
          <w:sz w:val="22"/>
          <w:u w:val="single"/>
        </w:rPr>
        <w:t>it will someday likely be capable of making machines much smarter than any human who has ever existed.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Intelligence </w:t>
      </w:r>
      <w:r>
        <w:rPr>
          <w:b/>
          <w:i w:val="0"/>
          <w:smallCaps w:val="0"/>
          <w:strike w:val="0"/>
          <w:sz w:val="22"/>
          <w:u w:val="single"/>
        </w:rPr>
        <w:t>propels</w:t>
      </w:r>
      <w:r>
        <w:rPr>
          <w:b w:val="0"/>
          <w:i w:val="0"/>
          <w:smallCaps w:val="0"/>
          <w:strike w:val="0"/>
          <w:u w:val="none"/>
        </w:rPr>
        <w:t xml:space="preserve"> economic </w:t>
      </w:r>
      <w:r>
        <w:rPr>
          <w:b/>
          <w:i w:val="0"/>
          <w:smallCaps w:val="0"/>
          <w:strike w:val="0"/>
          <w:sz w:val="22"/>
          <w:u w:val="single"/>
        </w:rPr>
        <w:t>growth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</w:t>
      </w:r>
      <w:r>
        <w:rPr>
          <w:b w:val="0"/>
          <w:i w:val="0"/>
          <w:smallCaps w:val="0"/>
          <w:strike w:val="0"/>
          <w:u w:val="none"/>
        </w:rPr>
        <w:t xml:space="preserve"> military </w:t>
      </w:r>
      <w:r>
        <w:rPr>
          <w:b/>
          <w:i w:val="0"/>
          <w:smallCaps w:val="0"/>
          <w:strike w:val="0"/>
          <w:sz w:val="22"/>
          <w:u w:val="single"/>
        </w:rPr>
        <w:t>power</w:t>
      </w:r>
      <w:r>
        <w:rPr>
          <w:b w:val="0"/>
          <w:i w:val="0"/>
          <w:smallCaps w:val="0"/>
          <w:strike w:val="0"/>
          <w:u w:val="none"/>
        </w:rPr>
        <w:t xml:space="preserve"> (Miller 2012, 47-53).  Enormous riches and influence will go to whatever organization creates smarter-than-human general intelligence.  </w:t>
      </w:r>
      <w:r>
        <w:rPr>
          <w:b w:val="0"/>
          <w:i w:val="0"/>
          <w:smallCaps w:val="0"/>
          <w:strike w:val="0"/>
          <w:sz w:val="22"/>
          <w:u w:val="single"/>
        </w:rPr>
        <w:t>Even if most people agreed that PAGI is dangerous</w:t>
      </w:r>
      <w:r>
        <w:rPr>
          <w:b w:val="0"/>
          <w:i w:val="0"/>
          <w:smallCaps w:val="0"/>
          <w:strike w:val="0"/>
          <w:u w:val="none"/>
        </w:rPr>
        <w:t xml:space="preserve"> and we should avoid building it, </w:t>
      </w:r>
      <w:r>
        <w:rPr>
          <w:b/>
          <w:i w:val="0"/>
          <w:smallCaps w:val="0"/>
          <w:strike w:val="0"/>
          <w:sz w:val="22"/>
          <w:u w:val="single"/>
        </w:rPr>
        <w:t>competition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countries, organizations, and programmers will</w:t>
      </w:r>
      <w:r>
        <w:rPr>
          <w:b w:val="0"/>
          <w:i w:val="0"/>
          <w:smallCaps w:val="0"/>
          <w:strike w:val="0"/>
          <w:u w:val="none"/>
        </w:rPr>
        <w:t xml:space="preserve"> likely </w:t>
      </w:r>
      <w:r>
        <w:rPr>
          <w:b w:val="0"/>
          <w:i w:val="0"/>
          <w:smallCaps w:val="0"/>
          <w:strike w:val="0"/>
          <w:sz w:val="22"/>
          <w:u w:val="single"/>
        </w:rPr>
        <w:t>push someone</w:t>
      </w:r>
      <w:r>
        <w:rPr>
          <w:b w:val="0"/>
          <w:i w:val="0"/>
          <w:smallCaps w:val="0"/>
          <w:strike w:val="0"/>
          <w:u w:val="none"/>
        </w:rPr>
        <w:t xml:space="preserve">, somewhere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u w:val="single"/>
        </w:rPr>
        <w:t>create PAGI</w:t>
      </w:r>
      <w:r>
        <w:rPr>
          <w:b w:val="0"/>
          <w:i w:val="0"/>
          <w:smallCaps w:val="0"/>
          <w:strike w:val="0"/>
          <w:u w:val="none"/>
        </w:rPr>
        <w:t xml:space="preserve"> if PAGI can indeed be created.Unlike with whatever wetware runs the human brain,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would be relatively </w:t>
      </w:r>
      <w:r>
        <w:rPr>
          <w:b/>
          <w:i w:val="0"/>
          <w:smallCaps w:val="0"/>
          <w:strike w:val="0"/>
          <w:sz w:val="22"/>
          <w:u w:val="single"/>
        </w:rPr>
        <w:t>easy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make </w:t>
      </w:r>
      <w:r>
        <w:rPr>
          <w:b/>
          <w:i w:val="0"/>
          <w:smallCaps w:val="0"/>
          <w:strike w:val="0"/>
          <w:sz w:val="22"/>
          <w:u w:val="single"/>
        </w:rPr>
        <w:t>changes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 PAGI’s </w:t>
      </w:r>
      <w:r>
        <w:rPr>
          <w:b/>
          <w:i w:val="0"/>
          <w:smallCaps w:val="0"/>
          <w:strike w:val="0"/>
          <w:sz w:val="22"/>
          <w:u w:val="single"/>
        </w:rPr>
        <w:t>software</w:t>
      </w:r>
      <w:r>
        <w:rPr>
          <w:b w:val="0"/>
          <w:i w:val="0"/>
          <w:smallCaps w:val="0"/>
          <w:strike w:val="0"/>
          <w:u w:val="none"/>
        </w:rPr>
        <w:t xml:space="preserve">.  The PAGI could even make changes to itself.  Such self-modification could possibly allow a PAGI to undergo an </w:t>
      </w:r>
      <w:r>
        <w:rPr>
          <w:b w:val="0"/>
          <w:i/>
          <w:smallCaps w:val="0"/>
          <w:strike w:val="0"/>
          <w:u w:val="none"/>
        </w:rPr>
        <w:t>intelligence explosion</w:t>
      </w:r>
      <w:r>
        <w:rPr>
          <w:b w:val="0"/>
          <w:i w:val="0"/>
          <w:smallCaps w:val="0"/>
          <w:strike w:val="0"/>
          <w:u w:val="none"/>
        </w:rPr>
        <w:t xml:space="preserve"> where it figures out how to improve its own intelligence, then, as it gets smarter, figures out new ways to improve its intelligence.  It has been theorized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through recursive </w:t>
      </w:r>
      <w:r>
        <w:rPr>
          <w:b/>
          <w:i w:val="0"/>
          <w:smallCaps w:val="0"/>
          <w:strike w:val="0"/>
          <w:sz w:val="22"/>
          <w:u w:val="single"/>
        </w:rPr>
        <w:t>self-improvement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PAGI could go from being a </w:t>
      </w:r>
      <w:r>
        <w:rPr>
          <w:b/>
          <w:i w:val="0"/>
          <w:smallCaps w:val="0"/>
          <w:strike w:val="0"/>
          <w:sz w:val="22"/>
          <w:u w:val="single"/>
        </w:rPr>
        <w:t>bit smarter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humans </w:t>
      </w:r>
      <w:r>
        <w:rPr>
          <w:b/>
          <w:i w:val="0"/>
          <w:smallCaps w:val="0"/>
          <w:strike w:val="0"/>
          <w:sz w:val="22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becoming a </w:t>
      </w:r>
      <w:r>
        <w:rPr>
          <w:b/>
          <w:i w:val="0"/>
          <w:smallCaps w:val="0"/>
          <w:strike w:val="0"/>
          <w:sz w:val="22"/>
          <w:u w:val="single"/>
        </w:rPr>
        <w:t>computer superintelligence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matter of </w:t>
      </w:r>
      <w:r>
        <w:rPr>
          <w:b/>
          <w:i w:val="0"/>
          <w:smallCaps w:val="0"/>
          <w:strike w:val="0"/>
          <w:sz w:val="22"/>
          <w:u w:val="single"/>
        </w:rPr>
        <w:t>days</w:t>
      </w:r>
      <w:r>
        <w:rPr>
          <w:b w:val="0"/>
          <w:i w:val="0"/>
          <w:smallCaps w:val="0"/>
          <w:strike w:val="0"/>
          <w:u w:val="none"/>
        </w:rPr>
        <w:t xml:space="preserve"> (Good 1965, Yudkowsky 2008).</w:t>
      </w:r>
    </w:p>
    <w:p>
      <w:pPr>
        <w:pStyle w:val="Caption"/>
      </w:pPr>
      <w:r>
        <w:t>Source: Court Clog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