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Deterrence is the most effective means of preventing conflict. </w:t>
      </w:r>
    </w:p>
    <w:p>
      <w:pPr>
        <w:spacing w:after="80"/>
      </w:pPr>
      <w:r>
        <w:rPr>
          <w:b/>
          <w:i w:val="0"/>
          <w:smallCaps w:val="0"/>
          <w:strike w:val="0"/>
          <w:sz w:val="26"/>
          <w:u w:val="none"/>
        </w:rPr>
        <w:t>Craig 19</w:t>
      </w:r>
      <w:r>
        <w:rPr>
          <w:b w:val="0"/>
          <w:i w:val="0"/>
          <w:smallCaps w:val="0"/>
          <w:strike w:val="0"/>
          <w:u w:val="none"/>
        </w:rPr>
        <w:t xml:space="preserve"> [</w:t>
      </w:r>
      <w:r>
        <w:rPr>
          <w:b w:val="0"/>
          <w:i w:val="0"/>
          <w:smallCaps w:val="0"/>
          <w:strike w:val="0"/>
          <w:u w:val="none"/>
        </w:rPr>
        <w:t xml:space="preserve">Campbell Craig is a </w:t>
      </w:r>
      <w:r>
        <w:rPr>
          <w:b w:val="0"/>
          <w:i w:val="0"/>
          <w:smallCaps w:val="0"/>
          <w:strike w:val="0"/>
          <w:u w:val="none"/>
        </w:rPr>
        <w:t xml:space="preserve">Professor of International Relations </w:t>
      </w:r>
      <w:r>
        <w:rPr>
          <w:b w:val="0"/>
          <w:i w:val="0"/>
          <w:smallCaps w:val="0"/>
          <w:strike w:val="0"/>
          <w:u w:val="none"/>
        </w:rPr>
        <w:t xml:space="preserve"> at Cardiff University </w:t>
      </w:r>
      <w:r>
        <w:rPr>
          <w:b w:val="0"/>
          <w:i w:val="0"/>
          <w:smallCaps w:val="0"/>
          <w:strike w:val="0"/>
          <w:u w:val="none"/>
        </w:rPr>
        <w:t>“Can the Danger of Nuclear War Be Eliminated by Disarmament?“, https://link.springer.com/chapter/10.1007/978-3-030-26688-2_9 published 11-8-2019, accessed 4-1-2024]</w:t>
      </w:r>
    </w:p>
    <w:p>
      <w:pPr>
        <w:spacing w:after="60"/>
      </w:pPr>
      <w:r>
        <w:rPr>
          <w:b w:val="0"/>
          <w:i w:val="0"/>
          <w:smallCaps w:val="0"/>
          <w:strike w:val="0"/>
          <w:u w:val="none"/>
        </w:rPr>
        <w:t xml:space="preserve">Therefore, the possibility of eventual </w:t>
      </w:r>
      <w:r>
        <w:rPr>
          <w:b/>
          <w:i w:val="0"/>
          <w:smallCaps w:val="0"/>
          <w:strike w:val="0"/>
          <w:sz w:val="22"/>
          <w:highlight w:val="yellow"/>
          <w:u w:val="single"/>
        </w:rPr>
        <w:t>disarm</w:t>
      </w:r>
      <w:r>
        <w:rPr>
          <w:b w:val="0"/>
          <w:i w:val="0"/>
          <w:smallCaps w:val="0"/>
          <w:strike w:val="0"/>
          <w:u w:val="none"/>
        </w:rPr>
        <w:t>ament</w:t>
      </w:r>
      <w:r>
        <w:rPr>
          <w:b w:val="0"/>
          <w:i w:val="0"/>
          <w:smallCaps w:val="0"/>
          <w:strike w:val="0"/>
          <w:sz w:val="22"/>
          <w:u w:val="single"/>
        </w:rPr>
        <w:t xml:space="preserve"> </w:t>
      </w:r>
      <w:r>
        <w:rPr>
          <w:b w:val="0"/>
          <w:i w:val="0"/>
          <w:smallCaps w:val="0"/>
          <w:strike w:val="0"/>
          <w:sz w:val="22"/>
          <w:highlight w:val="yellow"/>
          <w:u w:val="single"/>
        </w:rPr>
        <w:t>hinges</w:t>
      </w:r>
      <w:r>
        <w:rPr>
          <w:b w:val="0"/>
          <w:i w:val="0"/>
          <w:smallCaps w:val="0"/>
          <w:strike w:val="0"/>
          <w:sz w:val="22"/>
          <w:u w:val="single"/>
        </w:rPr>
        <w:t xml:space="preserve"> </w:t>
      </w:r>
      <w:r>
        <w:rPr>
          <w:b w:val="0"/>
          <w:i w:val="0"/>
          <w:smallCaps w:val="0"/>
          <w:strike w:val="0"/>
          <w:u w:val="none"/>
        </w:rPr>
        <w:t>up</w:t>
      </w:r>
      <w:r>
        <w:rPr>
          <w:b/>
          <w:i w:val="0"/>
          <w:smallCaps w:val="0"/>
          <w:strike w:val="0"/>
          <w:sz w:val="22"/>
          <w:highlight w:val="yellow"/>
          <w:u w:val="single"/>
        </w:rPr>
        <w:t>on</w:t>
      </w:r>
      <w:r>
        <w:rPr>
          <w:b w:val="0"/>
          <w:i w:val="0"/>
          <w:smallCaps w:val="0"/>
          <w:strike w:val="0"/>
          <w:sz w:val="22"/>
          <w:u w:val="single"/>
        </w:rPr>
        <w:t xml:space="preserve"> one fundamental question: will the future </w:t>
      </w:r>
      <w:r>
        <w:rPr>
          <w:b/>
          <w:i w:val="0"/>
          <w:smallCaps w:val="0"/>
          <w:strike w:val="0"/>
          <w:sz w:val="22"/>
          <w:highlight w:val="yellow"/>
          <w:u w:val="single"/>
        </w:rPr>
        <w:t>leaders</w:t>
      </w:r>
      <w:r>
        <w:rPr>
          <w:b w:val="0"/>
          <w:i w:val="0"/>
          <w:smallCaps w:val="0"/>
          <w:strike w:val="0"/>
          <w:sz w:val="22"/>
          <w:highlight w:val="yellow"/>
          <w:u w:val="single"/>
        </w:rPr>
        <w:t xml:space="preserve"> and </w:t>
      </w:r>
      <w:r>
        <w:rPr>
          <w:b/>
          <w:i w:val="0"/>
          <w:smallCaps w:val="0"/>
          <w:strike w:val="0"/>
          <w:sz w:val="22"/>
          <w:highlight w:val="yellow"/>
          <w:u w:val="single"/>
        </w:rPr>
        <w:t>citizen</w:t>
      </w:r>
      <w:r>
        <w:rPr>
          <w:b w:val="0"/>
          <w:i w:val="0"/>
          <w:smallCaps w:val="0"/>
          <w:strike w:val="0"/>
          <w:u w:val="none"/>
        </w:rPr>
        <w:t>rie</w:t>
      </w:r>
      <w:r>
        <w:rPr>
          <w:b/>
          <w:i w:val="0"/>
          <w:smallCaps w:val="0"/>
          <w:strike w:val="0"/>
          <w:sz w:val="22"/>
          <w:highlight w:val="yellow"/>
          <w:u w:val="single"/>
        </w:rPr>
        <w:t>s</w:t>
      </w:r>
      <w:r>
        <w:rPr>
          <w:b w:val="0"/>
          <w:i w:val="0"/>
          <w:smallCaps w:val="0"/>
          <w:strike w:val="0"/>
          <w:sz w:val="22"/>
          <w:u w:val="single"/>
        </w:rPr>
        <w:t xml:space="preserve"> </w:t>
      </w:r>
      <w:r>
        <w:rPr>
          <w:b w:val="0"/>
          <w:i w:val="0"/>
          <w:smallCaps w:val="0"/>
          <w:strike w:val="0"/>
          <w:sz w:val="22"/>
          <w:highlight w:val="yellow"/>
          <w:u w:val="single"/>
        </w:rPr>
        <w:t xml:space="preserve">of all </w:t>
      </w:r>
      <w:r>
        <w:rPr>
          <w:b/>
          <w:i w:val="0"/>
          <w:smallCaps w:val="0"/>
          <w:strike w:val="0"/>
          <w:sz w:val="22"/>
          <w:highlight w:val="yellow"/>
          <w:u w:val="single"/>
        </w:rPr>
        <w:t>nuc</w:t>
      </w:r>
      <w:r>
        <w:rPr>
          <w:b w:val="0"/>
          <w:i w:val="0"/>
          <w:smallCaps w:val="0"/>
          <w:strike w:val="0"/>
          <w:u w:val="none"/>
        </w:rPr>
        <w:t>lear</w:t>
      </w:r>
      <w:r>
        <w:rPr>
          <w:b w:val="0"/>
          <w:i w:val="0"/>
          <w:smallCaps w:val="0"/>
          <w:strike w:val="0"/>
          <w:sz w:val="22"/>
          <w:u w:val="single"/>
        </w:rPr>
        <w:t xml:space="preserve"> </w:t>
      </w:r>
      <w:r>
        <w:rPr>
          <w:b w:val="0"/>
          <w:i w:val="0"/>
          <w:smallCaps w:val="0"/>
          <w:strike w:val="0"/>
          <w:sz w:val="22"/>
          <w:highlight w:val="yellow"/>
          <w:u w:val="single"/>
        </w:rPr>
        <w:t>states</w:t>
      </w:r>
      <w:r>
        <w:rPr>
          <w:b w:val="0"/>
          <w:i w:val="0"/>
          <w:smallCaps w:val="0"/>
          <w:strike w:val="0"/>
          <w:sz w:val="22"/>
          <w:u w:val="single"/>
        </w:rPr>
        <w:t xml:space="preserve">, </w:t>
      </w:r>
      <w:r>
        <w:rPr>
          <w:b w:val="0"/>
          <w:i w:val="0"/>
          <w:smallCaps w:val="0"/>
          <w:strike w:val="0"/>
          <w:sz w:val="22"/>
          <w:highlight w:val="yellow"/>
          <w:u w:val="single"/>
        </w:rPr>
        <w:t>and</w:t>
      </w:r>
      <w:r>
        <w:rPr>
          <w:b w:val="0"/>
          <w:i w:val="0"/>
          <w:smallCaps w:val="0"/>
          <w:strike w:val="0"/>
          <w:sz w:val="22"/>
          <w:u w:val="single"/>
        </w:rPr>
        <w:t xml:space="preserve"> other </w:t>
      </w:r>
      <w:r>
        <w:rPr>
          <w:b w:val="0"/>
          <w:i w:val="0"/>
          <w:smallCaps w:val="0"/>
          <w:strike w:val="0"/>
          <w:sz w:val="22"/>
          <w:highlight w:val="yellow"/>
          <w:u w:val="single"/>
        </w:rPr>
        <w:t>actors who</w:t>
      </w:r>
      <w:r>
        <w:rPr>
          <w:b w:val="0"/>
          <w:i w:val="0"/>
          <w:smallCaps w:val="0"/>
          <w:strike w:val="0"/>
          <w:sz w:val="22"/>
          <w:u w:val="single"/>
        </w:rPr>
        <w:t xml:space="preserve"> </w:t>
      </w:r>
      <w:r>
        <w:rPr>
          <w:b w:val="0"/>
          <w:i w:val="0"/>
          <w:smallCaps w:val="0"/>
          <w:strike w:val="0"/>
          <w:sz w:val="22"/>
          <w:highlight w:val="yellow"/>
          <w:u w:val="single"/>
        </w:rPr>
        <w:t>may</w:t>
      </w:r>
      <w:r>
        <w:rPr>
          <w:b w:val="0"/>
          <w:i w:val="0"/>
          <w:smallCaps w:val="0"/>
          <w:strike w:val="0"/>
          <w:sz w:val="22"/>
          <w:u w:val="single"/>
        </w:rPr>
        <w:t xml:space="preserve"> </w:t>
      </w:r>
      <w:r>
        <w:rPr>
          <w:b w:val="0"/>
          <w:i w:val="0"/>
          <w:smallCaps w:val="0"/>
          <w:strike w:val="0"/>
          <w:sz w:val="22"/>
          <w:highlight w:val="yellow"/>
          <w:u w:val="single"/>
        </w:rPr>
        <w:t>desire</w:t>
      </w:r>
      <w:r>
        <w:rPr>
          <w:b w:val="0"/>
          <w:i w:val="0"/>
          <w:smallCaps w:val="0"/>
          <w:strike w:val="0"/>
          <w:sz w:val="22"/>
          <w:u w:val="single"/>
        </w:rPr>
        <w:t xml:space="preserve"> nuclear </w:t>
      </w:r>
      <w:r>
        <w:rPr>
          <w:b/>
          <w:i w:val="0"/>
          <w:smallCaps w:val="0"/>
          <w:strike w:val="0"/>
          <w:sz w:val="22"/>
          <w:highlight w:val="yellow"/>
          <w:u w:val="single"/>
        </w:rPr>
        <w:t>acquisition</w:t>
      </w:r>
      <w:r>
        <w:rPr>
          <w:b w:val="0"/>
          <w:i w:val="0"/>
          <w:smallCaps w:val="0"/>
          <w:strike w:val="0"/>
          <w:sz w:val="22"/>
          <w:u w:val="single"/>
        </w:rPr>
        <w:t xml:space="preserve">, </w:t>
      </w:r>
      <w:r>
        <w:rPr>
          <w:b w:val="0"/>
          <w:i w:val="0"/>
          <w:smallCaps w:val="0"/>
          <w:strike w:val="0"/>
          <w:sz w:val="22"/>
          <w:highlight w:val="yellow"/>
          <w:u w:val="single"/>
        </w:rPr>
        <w:t>accept</w:t>
      </w:r>
      <w:r>
        <w:rPr>
          <w:b w:val="0"/>
          <w:i w:val="0"/>
          <w:smallCaps w:val="0"/>
          <w:strike w:val="0"/>
          <w:sz w:val="22"/>
          <w:u w:val="single"/>
        </w:rPr>
        <w:t xml:space="preserve"> the argument that </w:t>
      </w:r>
      <w:r>
        <w:rPr>
          <w:b/>
          <w:i w:val="0"/>
          <w:smallCaps w:val="0"/>
          <w:strike w:val="0"/>
          <w:sz w:val="22"/>
          <w:highlight w:val="yellow"/>
          <w:u w:val="single"/>
        </w:rPr>
        <w:t>nuc</w:t>
      </w:r>
      <w:r>
        <w:rPr>
          <w:b w:val="0"/>
          <w:i w:val="0"/>
          <w:smallCaps w:val="0"/>
          <w:strike w:val="0"/>
          <w:u w:val="none"/>
        </w:rPr>
        <w:t>lear</w:t>
      </w:r>
      <w:r>
        <w:rPr>
          <w:b w:val="0"/>
          <w:i w:val="0"/>
          <w:smallCaps w:val="0"/>
          <w:strike w:val="0"/>
          <w:sz w:val="22"/>
          <w:u w:val="single"/>
        </w:rPr>
        <w:t xml:space="preserve"> </w:t>
      </w:r>
      <w:r>
        <w:rPr>
          <w:b w:val="0"/>
          <w:i w:val="0"/>
          <w:smallCaps w:val="0"/>
          <w:strike w:val="0"/>
          <w:u w:val="none"/>
        </w:rPr>
        <w:t>weapon</w:t>
      </w:r>
      <w:r>
        <w:rPr>
          <w:b/>
          <w:i w:val="0"/>
          <w:smallCaps w:val="0"/>
          <w:strike w:val="0"/>
          <w:sz w:val="22"/>
          <w:highlight w:val="yellow"/>
          <w:u w:val="single"/>
        </w:rPr>
        <w:t>s</w:t>
      </w:r>
      <w:r>
        <w:rPr>
          <w:b w:val="0"/>
          <w:i w:val="0"/>
          <w:smallCaps w:val="0"/>
          <w:strike w:val="0"/>
          <w:sz w:val="22"/>
          <w:u w:val="single"/>
        </w:rPr>
        <w:t xml:space="preserve"> </w:t>
      </w:r>
      <w:r>
        <w:rPr>
          <w:b w:val="0"/>
          <w:i w:val="0"/>
          <w:smallCaps w:val="0"/>
          <w:strike w:val="0"/>
          <w:sz w:val="22"/>
          <w:highlight w:val="yellow"/>
          <w:u w:val="single"/>
        </w:rPr>
        <w:t>are</w:t>
      </w:r>
      <w:r>
        <w:rPr>
          <w:b w:val="0"/>
          <w:i w:val="0"/>
          <w:smallCaps w:val="0"/>
          <w:strike w:val="0"/>
          <w:sz w:val="22"/>
          <w:u w:val="single"/>
        </w:rPr>
        <w:t xml:space="preserve"> both </w:t>
      </w:r>
      <w:r>
        <w:rPr>
          <w:b/>
          <w:i w:val="0"/>
          <w:smallCaps w:val="0"/>
          <w:strike w:val="0"/>
          <w:sz w:val="22"/>
          <w:highlight w:val="yellow"/>
          <w:u w:val="single"/>
        </w:rPr>
        <w:t>immoral</w:t>
      </w:r>
      <w:r>
        <w:rPr>
          <w:b w:val="0"/>
          <w:i w:val="0"/>
          <w:smallCaps w:val="0"/>
          <w:strike w:val="0"/>
          <w:sz w:val="22"/>
          <w:u w:val="single"/>
        </w:rPr>
        <w:t xml:space="preserve"> to possess </w:t>
      </w:r>
      <w:r>
        <w:rPr>
          <w:b w:val="0"/>
          <w:i w:val="0"/>
          <w:smallCaps w:val="0"/>
          <w:strike w:val="0"/>
          <w:sz w:val="22"/>
          <w:highlight w:val="yellow"/>
          <w:u w:val="single"/>
        </w:rPr>
        <w:t>and</w:t>
      </w:r>
      <w:r>
        <w:rPr>
          <w:b w:val="0"/>
          <w:i w:val="0"/>
          <w:smallCaps w:val="0"/>
          <w:strike w:val="0"/>
          <w:sz w:val="22"/>
          <w:u w:val="single"/>
        </w:rPr>
        <w:t xml:space="preserve"> practically </w:t>
      </w:r>
      <w:r>
        <w:rPr>
          <w:b w:val="0"/>
          <w:i w:val="0"/>
          <w:smallCaps w:val="0"/>
          <w:strike w:val="0"/>
          <w:sz w:val="22"/>
          <w:highlight w:val="yellow"/>
          <w:u w:val="single"/>
        </w:rPr>
        <w:t>useless</w:t>
      </w:r>
      <w:r>
        <w:rPr>
          <w:b w:val="0"/>
          <w:i w:val="0"/>
          <w:smallCaps w:val="0"/>
          <w:strike w:val="0"/>
          <w:u w:val="none"/>
        </w:rPr>
        <w:t>?</w:t>
      </w:r>
    </w:p>
    <w:p>
      <w:pPr>
        <w:spacing w:after="60"/>
      </w:pPr>
      <w:r>
        <w:rPr>
          <w:b w:val="0"/>
          <w:i w:val="0"/>
          <w:smallCaps w:val="0"/>
          <w:strike w:val="0"/>
          <w:u w:val="none"/>
        </w:rPr>
        <w:t xml:space="preserve">Many </w:t>
      </w:r>
      <w:r>
        <w:rPr>
          <w:b w:val="0"/>
          <w:i w:val="0"/>
          <w:smallCaps w:val="0"/>
          <w:strike w:val="0"/>
          <w:sz w:val="22"/>
          <w:u w:val="single"/>
        </w:rPr>
        <w:t xml:space="preserve">leaders, scholars, and populations at large </w:t>
      </w:r>
      <w:r>
        <w:rPr>
          <w:b w:val="0"/>
          <w:i w:val="0"/>
          <w:smallCaps w:val="0"/>
          <w:strike w:val="0"/>
          <w:sz w:val="22"/>
          <w:highlight w:val="yellow"/>
          <w:u w:val="single"/>
        </w:rPr>
        <w:t xml:space="preserve">do not </w:t>
      </w:r>
      <w:r>
        <w:rPr>
          <w:b/>
          <w:i w:val="0"/>
          <w:smallCaps w:val="0"/>
          <w:strike w:val="0"/>
          <w:sz w:val="22"/>
          <w:highlight w:val="yellow"/>
          <w:u w:val="single"/>
        </w:rPr>
        <w:t>currently</w:t>
      </w:r>
      <w:r>
        <w:rPr>
          <w:b w:val="0"/>
          <w:i w:val="0"/>
          <w:smallCaps w:val="0"/>
          <w:strike w:val="0"/>
          <w:sz w:val="22"/>
          <w:highlight w:val="yellow"/>
          <w:u w:val="single"/>
        </w:rPr>
        <w:t xml:space="preserve"> accept</w:t>
      </w:r>
      <w:r>
        <w:rPr>
          <w:b w:val="0"/>
          <w:i w:val="0"/>
          <w:smallCaps w:val="0"/>
          <w:strike w:val="0"/>
          <w:sz w:val="22"/>
          <w:u w:val="single"/>
        </w:rPr>
        <w:t xml:space="preserve"> this</w:t>
      </w:r>
      <w:r>
        <w:rPr>
          <w:b w:val="0"/>
          <w:i w:val="0"/>
          <w:smallCaps w:val="0"/>
          <w:strike w:val="0"/>
          <w:u w:val="none"/>
        </w:rPr>
        <w:t xml:space="preserve">. For them, </w:t>
      </w:r>
      <w:r>
        <w:rPr>
          <w:b/>
          <w:i w:val="0"/>
          <w:smallCaps w:val="0"/>
          <w:strike w:val="0"/>
          <w:sz w:val="22"/>
          <w:highlight w:val="yellow"/>
          <w:u w:val="single"/>
        </w:rPr>
        <w:t>nuc</w:t>
      </w:r>
      <w:r>
        <w:rPr>
          <w:b w:val="0"/>
          <w:i w:val="0"/>
          <w:smallCaps w:val="0"/>
          <w:strike w:val="0"/>
          <w:u w:val="none"/>
        </w:rPr>
        <w:t>lear</w:t>
      </w:r>
      <w:r>
        <w:rPr>
          <w:b w:val="0"/>
          <w:i w:val="0"/>
          <w:smallCaps w:val="0"/>
          <w:strike w:val="0"/>
          <w:sz w:val="22"/>
          <w:u w:val="single"/>
        </w:rPr>
        <w:t xml:space="preserve"> </w:t>
      </w:r>
      <w:r>
        <w:rPr>
          <w:b w:val="0"/>
          <w:i w:val="0"/>
          <w:smallCaps w:val="0"/>
          <w:strike w:val="0"/>
          <w:u w:val="none"/>
        </w:rPr>
        <w:t>weapon</w:t>
      </w:r>
      <w:r>
        <w:rPr>
          <w:b/>
          <w:i w:val="0"/>
          <w:smallCaps w:val="0"/>
          <w:strike w:val="0"/>
          <w:sz w:val="22"/>
          <w:highlight w:val="yellow"/>
          <w:u w:val="single"/>
        </w:rPr>
        <w:t>s</w:t>
      </w:r>
      <w:r>
        <w:rPr>
          <w:b w:val="0"/>
          <w:i w:val="0"/>
          <w:smallCaps w:val="0"/>
          <w:strike w:val="0"/>
          <w:sz w:val="22"/>
          <w:u w:val="single"/>
        </w:rPr>
        <w:t xml:space="preserve"> </w:t>
      </w:r>
      <w:r>
        <w:rPr>
          <w:b w:val="0"/>
          <w:i w:val="0"/>
          <w:smallCaps w:val="0"/>
          <w:strike w:val="0"/>
          <w:sz w:val="22"/>
          <w:highlight w:val="yellow"/>
          <w:u w:val="single"/>
        </w:rPr>
        <w:t xml:space="preserve">provide a public </w:t>
      </w:r>
      <w:r>
        <w:rPr>
          <w:b/>
          <w:i w:val="0"/>
          <w:smallCaps w:val="0"/>
          <w:strike w:val="0"/>
          <w:sz w:val="22"/>
          <w:highlight w:val="yellow"/>
          <w:u w:val="single"/>
        </w:rPr>
        <w:t>good</w:t>
      </w:r>
      <w:r>
        <w:rPr>
          <w:b w:val="0"/>
          <w:i w:val="0"/>
          <w:smallCaps w:val="0"/>
          <w:strike w:val="0"/>
          <w:sz w:val="22"/>
          <w:u w:val="single"/>
        </w:rPr>
        <w:t xml:space="preserve"> which is both </w:t>
      </w:r>
      <w:r>
        <w:rPr>
          <w:b w:val="0"/>
          <w:i w:val="0"/>
          <w:smallCaps w:val="0"/>
          <w:strike w:val="0"/>
          <w:sz w:val="22"/>
          <w:highlight w:val="yellow"/>
          <w:u w:val="single"/>
        </w:rPr>
        <w:t xml:space="preserve">morally </w:t>
      </w:r>
      <w:r>
        <w:rPr>
          <w:b/>
          <w:i w:val="0"/>
          <w:smallCaps w:val="0"/>
          <w:strike w:val="0"/>
          <w:sz w:val="22"/>
          <w:highlight w:val="yellow"/>
          <w:u w:val="single"/>
        </w:rPr>
        <w:t>defensible</w:t>
      </w:r>
      <w:r>
        <w:rPr>
          <w:b w:val="0"/>
          <w:i w:val="0"/>
          <w:smallCaps w:val="0"/>
          <w:strike w:val="0"/>
          <w:sz w:val="22"/>
          <w:highlight w:val="yellow"/>
          <w:u w:val="single"/>
        </w:rPr>
        <w:t xml:space="preserve"> and</w:t>
      </w:r>
      <w:r>
        <w:rPr>
          <w:b w:val="0"/>
          <w:i w:val="0"/>
          <w:smallCaps w:val="0"/>
          <w:strike w:val="0"/>
          <w:sz w:val="22"/>
          <w:u w:val="single"/>
        </w:rPr>
        <w:t xml:space="preserve"> clearly </w:t>
      </w:r>
      <w:r>
        <w:rPr>
          <w:b w:val="0"/>
          <w:i w:val="0"/>
          <w:smallCaps w:val="0"/>
          <w:strike w:val="0"/>
          <w:sz w:val="22"/>
          <w:highlight w:val="yellow"/>
          <w:u w:val="single"/>
        </w:rPr>
        <w:t>useful</w:t>
      </w:r>
      <w:r>
        <w:rPr>
          <w:b w:val="0"/>
          <w:i w:val="0"/>
          <w:smallCaps w:val="0"/>
          <w:strike w:val="0"/>
          <w:sz w:val="22"/>
          <w:u w:val="single"/>
        </w:rPr>
        <w:t>: deterrence</w:t>
      </w:r>
      <w:r>
        <w:rPr>
          <w:b w:val="0"/>
          <w:i w:val="0"/>
          <w:smallCaps w:val="0"/>
          <w:strike w:val="0"/>
          <w:u w:val="none"/>
        </w:rPr>
        <w:t>. Whilst there is</w:t>
      </w:r>
      <w:r>
        <w:rPr>
          <w:b w:val="0"/>
          <w:i w:val="0"/>
          <w:smallCaps w:val="0"/>
          <w:strike w:val="0"/>
          <w:u w:val="none"/>
        </w:rPr>
        <w:t xml:space="preserve"> a fringe of political and strategic thinking in some countries (most notably, the US) which sees other and more aggressive benefits coming from nuclear weapons (Kroenig 2018), </w:t>
      </w:r>
      <w:r>
        <w:rPr>
          <w:b w:val="0"/>
          <w:i w:val="0"/>
          <w:smallCaps w:val="0"/>
          <w:strike w:val="0"/>
          <w:sz w:val="22"/>
          <w:highlight w:val="yellow"/>
          <w:u w:val="single"/>
        </w:rPr>
        <w:t>there</w:t>
      </w:r>
      <w:r>
        <w:rPr>
          <w:b w:val="0"/>
          <w:i w:val="0"/>
          <w:smallCaps w:val="0"/>
          <w:strike w:val="0"/>
          <w:sz w:val="22"/>
          <w:u w:val="single"/>
        </w:rPr>
        <w:t xml:space="preserve"> is a widespread political </w:t>
      </w:r>
      <w:r>
        <w:rPr>
          <w:b/>
          <w:i w:val="0"/>
          <w:smallCaps w:val="0"/>
          <w:strike w:val="0"/>
          <w:sz w:val="22"/>
          <w:highlight w:val="yellow"/>
          <w:u w:val="single"/>
        </w:rPr>
        <w:t>consensus</w:t>
      </w:r>
      <w:r>
        <w:rPr>
          <w:b w:val="0"/>
          <w:i w:val="0"/>
          <w:smallCaps w:val="0"/>
          <w:strike w:val="0"/>
          <w:sz w:val="22"/>
          <w:u w:val="single"/>
        </w:rPr>
        <w:t xml:space="preserve"> in the existing nuclear states (and some of their allies) </w:t>
      </w:r>
      <w:r>
        <w:rPr>
          <w:b w:val="0"/>
          <w:i w:val="0"/>
          <w:smallCaps w:val="0"/>
          <w:strike w:val="0"/>
          <w:sz w:val="22"/>
          <w:highlight w:val="yellow"/>
          <w:u w:val="single"/>
        </w:rPr>
        <w:t>that a</w:t>
      </w:r>
      <w:r>
        <w:rPr>
          <w:b w:val="0"/>
          <w:i w:val="0"/>
          <w:smallCaps w:val="0"/>
          <w:strike w:val="0"/>
          <w:sz w:val="22"/>
          <w:u w:val="single"/>
        </w:rPr>
        <w:t xml:space="preserve"> secure </w:t>
      </w:r>
      <w:r>
        <w:rPr>
          <w:b w:val="0"/>
          <w:i w:val="0"/>
          <w:smallCaps w:val="0"/>
          <w:strike w:val="0"/>
          <w:sz w:val="22"/>
          <w:highlight w:val="yellow"/>
          <w:u w:val="single"/>
        </w:rPr>
        <w:t xml:space="preserve">nuclear arsenal </w:t>
      </w:r>
      <w:r>
        <w:rPr>
          <w:b/>
          <w:i w:val="0"/>
          <w:smallCaps w:val="0"/>
          <w:strike w:val="0"/>
          <w:sz w:val="22"/>
          <w:highlight w:val="yellow"/>
          <w:u w:val="single"/>
        </w:rPr>
        <w:t>dissuades</w:t>
      </w:r>
      <w:r>
        <w:rPr>
          <w:b w:val="0"/>
          <w:i w:val="0"/>
          <w:smallCaps w:val="0"/>
          <w:strike w:val="0"/>
          <w:sz w:val="22"/>
          <w:u w:val="single"/>
        </w:rPr>
        <w:t xml:space="preserve"> other </w:t>
      </w:r>
      <w:r>
        <w:rPr>
          <w:b/>
          <w:i w:val="0"/>
          <w:smallCaps w:val="0"/>
          <w:strike w:val="0"/>
          <w:sz w:val="22"/>
          <w:highlight w:val="yellow"/>
          <w:u w:val="single"/>
        </w:rPr>
        <w:t>nuc</w:t>
      </w:r>
      <w:r>
        <w:rPr>
          <w:b w:val="0"/>
          <w:i w:val="0"/>
          <w:smallCaps w:val="0"/>
          <w:strike w:val="0"/>
          <w:u w:val="none"/>
        </w:rPr>
        <w:t>lear</w:t>
      </w:r>
      <w:r>
        <w:rPr>
          <w:b w:val="0"/>
          <w:i w:val="0"/>
          <w:smallCaps w:val="0"/>
          <w:strike w:val="0"/>
          <w:sz w:val="22"/>
          <w:u w:val="single"/>
        </w:rPr>
        <w:t xml:space="preserve"> </w:t>
      </w:r>
      <w:r>
        <w:rPr>
          <w:b w:val="0"/>
          <w:i w:val="0"/>
          <w:smallCaps w:val="0"/>
          <w:strike w:val="0"/>
          <w:sz w:val="22"/>
          <w:highlight w:val="yellow"/>
          <w:u w:val="single"/>
        </w:rPr>
        <w:t>states from attacking</w:t>
      </w:r>
      <w:r>
        <w:rPr>
          <w:b w:val="0"/>
          <w:i w:val="0"/>
          <w:smallCaps w:val="0"/>
          <w:strike w:val="0"/>
          <w:sz w:val="22"/>
          <w:u w:val="single"/>
        </w:rPr>
        <w:t xml:space="preserve"> them and their close allies, a condition that provides them with an easy security, </w:t>
      </w:r>
      <w:r>
        <w:rPr>
          <w:b w:val="0"/>
          <w:i w:val="0"/>
          <w:smallCaps w:val="0"/>
          <w:strike w:val="0"/>
          <w:sz w:val="22"/>
          <w:highlight w:val="yellow"/>
          <w:u w:val="single"/>
        </w:rPr>
        <w:t>makes for</w:t>
      </w:r>
      <w:r>
        <w:rPr>
          <w:b w:val="0"/>
          <w:i w:val="0"/>
          <w:smallCaps w:val="0"/>
          <w:strike w:val="0"/>
          <w:sz w:val="22"/>
          <w:u w:val="single"/>
        </w:rPr>
        <w:t xml:space="preserve"> a </w:t>
      </w:r>
      <w:r>
        <w:rPr>
          <w:b w:val="0"/>
          <w:i w:val="0"/>
          <w:smallCaps w:val="0"/>
          <w:strike w:val="0"/>
          <w:sz w:val="22"/>
          <w:u w:val="single"/>
        </w:rPr>
        <w:t xml:space="preserve">general </w:t>
      </w:r>
      <w:r>
        <w:rPr>
          <w:b/>
          <w:i w:val="0"/>
          <w:smallCaps w:val="0"/>
          <w:strike w:val="0"/>
          <w:sz w:val="22"/>
          <w:highlight w:val="yellow"/>
          <w:u w:val="single"/>
        </w:rPr>
        <w:t>peace</w:t>
      </w:r>
      <w:r>
        <w:rPr>
          <w:b w:val="0"/>
          <w:i w:val="0"/>
          <w:smallCaps w:val="0"/>
          <w:strike w:val="0"/>
          <w:sz w:val="22"/>
          <w:u w:val="single"/>
        </w:rPr>
        <w:t xml:space="preserve"> among the nuclear powers, </w:t>
      </w:r>
      <w:r>
        <w:rPr>
          <w:b w:val="0"/>
          <w:i w:val="0"/>
          <w:smallCaps w:val="0"/>
          <w:strike w:val="0"/>
          <w:sz w:val="22"/>
          <w:highlight w:val="yellow"/>
          <w:u w:val="single"/>
        </w:rPr>
        <w:t>and permits</w:t>
      </w:r>
      <w:r>
        <w:rPr>
          <w:b w:val="0"/>
          <w:i w:val="0"/>
          <w:smallCaps w:val="0"/>
          <w:strike w:val="0"/>
          <w:sz w:val="22"/>
          <w:u w:val="single"/>
        </w:rPr>
        <w:t xml:space="preserve"> some of </w:t>
      </w:r>
      <w:r>
        <w:rPr>
          <w:b w:val="0"/>
          <w:i w:val="0"/>
          <w:smallCaps w:val="0"/>
          <w:strike w:val="0"/>
          <w:sz w:val="22"/>
          <w:highlight w:val="yellow"/>
          <w:u w:val="single"/>
        </w:rPr>
        <w:t xml:space="preserve">them to </w:t>
      </w:r>
      <w:r>
        <w:rPr>
          <w:b/>
          <w:i w:val="0"/>
          <w:smallCaps w:val="0"/>
          <w:strike w:val="0"/>
          <w:sz w:val="22"/>
          <w:highlight w:val="yellow"/>
          <w:u w:val="single"/>
        </w:rPr>
        <w:t>avoid</w:t>
      </w:r>
      <w:r>
        <w:rPr>
          <w:b w:val="0"/>
          <w:i w:val="0"/>
          <w:smallCaps w:val="0"/>
          <w:strike w:val="0"/>
          <w:sz w:val="22"/>
          <w:highlight w:val="yellow"/>
          <w:u w:val="single"/>
        </w:rPr>
        <w:t xml:space="preserve"> spending </w:t>
      </w:r>
      <w:r>
        <w:rPr>
          <w:b/>
          <w:i w:val="0"/>
          <w:smallCaps w:val="0"/>
          <w:strike w:val="0"/>
          <w:sz w:val="22"/>
          <w:highlight w:val="yellow"/>
          <w:u w:val="single"/>
        </w:rPr>
        <w:t>massive</w:t>
      </w:r>
      <w:r>
        <w:rPr>
          <w:b w:val="0"/>
          <w:i w:val="0"/>
          <w:smallCaps w:val="0"/>
          <w:strike w:val="0"/>
          <w:sz w:val="22"/>
          <w:highlight w:val="yellow"/>
          <w:u w:val="single"/>
        </w:rPr>
        <w:t xml:space="preserve"> sums</w:t>
      </w:r>
      <w:r>
        <w:rPr>
          <w:b w:val="0"/>
          <w:i w:val="0"/>
          <w:smallCaps w:val="0"/>
          <w:strike w:val="0"/>
          <w:sz w:val="22"/>
          <w:u w:val="single"/>
        </w:rPr>
        <w:t xml:space="preserve"> on conventional forces </w:t>
      </w:r>
      <w:r>
        <w:rPr>
          <w:b w:val="0"/>
          <w:i w:val="0"/>
          <w:smallCaps w:val="0"/>
          <w:strike w:val="0"/>
          <w:u w:val="none"/>
        </w:rPr>
        <w:t xml:space="preserve">(Martin 2013). The historical record supports this belief. </w:t>
      </w:r>
      <w:r>
        <w:rPr>
          <w:b w:val="0"/>
          <w:i w:val="0"/>
          <w:smallCaps w:val="0"/>
          <w:strike w:val="0"/>
          <w:sz w:val="22"/>
          <w:u w:val="single"/>
        </w:rPr>
        <w:t>During</w:t>
      </w:r>
      <w:r>
        <w:rPr>
          <w:b w:val="0"/>
          <w:i w:val="0"/>
          <w:smallCaps w:val="0"/>
          <w:strike w:val="0"/>
          <w:sz w:val="22"/>
          <w:highlight w:val="yellow"/>
          <w:u w:val="single"/>
        </w:rPr>
        <w:t xml:space="preserve"> the Cold War</w:t>
      </w:r>
      <w:r>
        <w:rPr>
          <w:b w:val="0"/>
          <w:i w:val="0"/>
          <w:smallCaps w:val="0"/>
          <w:strike w:val="0"/>
          <w:sz w:val="22"/>
          <w:u w:val="single"/>
        </w:rPr>
        <w:t xml:space="preserve">, the two </w:t>
      </w:r>
      <w:r>
        <w:rPr>
          <w:b w:val="0"/>
          <w:i w:val="0"/>
          <w:smallCaps w:val="0"/>
          <w:strike w:val="0"/>
          <w:sz w:val="22"/>
          <w:u w:val="single"/>
        </w:rPr>
        <w:t>superpowers</w:t>
      </w:r>
      <w:r>
        <w:rPr>
          <w:b w:val="0"/>
          <w:i w:val="0"/>
          <w:smallCaps w:val="0"/>
          <w:strike w:val="0"/>
          <w:sz w:val="22"/>
          <w:highlight w:val="yellow"/>
          <w:u w:val="single"/>
        </w:rPr>
        <w:t xml:space="preserve"> never came to </w:t>
      </w:r>
      <w:r>
        <w:rPr>
          <w:b/>
          <w:i w:val="0"/>
          <w:smallCaps w:val="0"/>
          <w:strike w:val="0"/>
          <w:sz w:val="22"/>
          <w:highlight w:val="yellow"/>
          <w:u w:val="single"/>
        </w:rPr>
        <w:t>blows</w:t>
      </w:r>
      <w:r>
        <w:rPr>
          <w:b w:val="0"/>
          <w:i w:val="0"/>
          <w:smallCaps w:val="0"/>
          <w:strike w:val="0"/>
          <w:sz w:val="22"/>
          <w:highlight w:val="yellow"/>
          <w:u w:val="single"/>
        </w:rPr>
        <w:t xml:space="preserve"> despite</w:t>
      </w:r>
      <w:r>
        <w:rPr>
          <w:b w:val="0"/>
          <w:i w:val="0"/>
          <w:smallCaps w:val="0"/>
          <w:strike w:val="0"/>
          <w:sz w:val="22"/>
          <w:u w:val="single"/>
        </w:rPr>
        <w:t xml:space="preserve"> numerous </w:t>
      </w:r>
      <w:r>
        <w:rPr>
          <w:b/>
          <w:i w:val="0"/>
          <w:smallCaps w:val="0"/>
          <w:strike w:val="0"/>
          <w:sz w:val="22"/>
          <w:highlight w:val="yellow"/>
          <w:u w:val="single"/>
        </w:rPr>
        <w:t>crises</w:t>
      </w:r>
      <w:r>
        <w:rPr>
          <w:b w:val="0"/>
          <w:i w:val="0"/>
          <w:smallCaps w:val="0"/>
          <w:strike w:val="0"/>
          <w:u w:val="none"/>
        </w:rPr>
        <w:t>, their antithetical ideologies, and the violent history of great-power conflict in the first half of the twentieth century, a fact that most historians attribute to the fear of nuclear war over everything else.3 Stalin merely reflected a widespread view at the end of the Second World War when he said that the major powers will recover for a few years, and then ‘we’ll have another go’. He was wrong, and the reason he was wrong is that later Cold War leaders like Eisenhower, Kennedy, and Khrushchev recognized that a nuclear war would be a catastrophe and found ways to avoid ‘having another go’. Since the end of the Cold War, ‘</w:t>
      </w:r>
      <w:r>
        <w:rPr>
          <w:b w:val="0"/>
          <w:i w:val="0"/>
          <w:smallCaps w:val="0"/>
          <w:strike w:val="0"/>
          <w:sz w:val="22"/>
          <w:u w:val="single"/>
        </w:rPr>
        <w:t xml:space="preserve">medium’ </w:t>
      </w:r>
      <w:r>
        <w:rPr>
          <w:b/>
          <w:i w:val="0"/>
          <w:smallCaps w:val="0"/>
          <w:strike w:val="0"/>
          <w:sz w:val="22"/>
          <w:highlight w:val="yellow"/>
          <w:u w:val="single"/>
        </w:rPr>
        <w:t>nuc</w:t>
      </w:r>
      <w:r>
        <w:rPr>
          <w:b w:val="0"/>
          <w:i w:val="0"/>
          <w:smallCaps w:val="0"/>
          <w:strike w:val="0"/>
          <w:u w:val="none"/>
        </w:rPr>
        <w:t xml:space="preserve">lear </w:t>
      </w:r>
      <w:r>
        <w:rPr>
          <w:b w:val="0"/>
          <w:i w:val="0"/>
          <w:smallCaps w:val="0"/>
          <w:strike w:val="0"/>
          <w:sz w:val="22"/>
          <w:highlight w:val="yellow"/>
          <w:u w:val="single"/>
        </w:rPr>
        <w:t>powers</w:t>
      </w:r>
      <w:r>
        <w:rPr>
          <w:b w:val="0"/>
          <w:i w:val="0"/>
          <w:smallCaps w:val="0"/>
          <w:strike w:val="0"/>
          <w:sz w:val="22"/>
          <w:u w:val="single"/>
        </w:rPr>
        <w:t xml:space="preserve"> </w:t>
      </w:r>
      <w:r>
        <w:rPr>
          <w:b w:val="0"/>
          <w:i w:val="0"/>
          <w:smallCaps w:val="0"/>
          <w:strike w:val="0"/>
          <w:sz w:val="22"/>
          <w:highlight w:val="yellow"/>
          <w:u w:val="single"/>
        </w:rPr>
        <w:t xml:space="preserve">like </w:t>
      </w:r>
      <w:r>
        <w:rPr>
          <w:b/>
          <w:i w:val="0"/>
          <w:smallCaps w:val="0"/>
          <w:strike w:val="0"/>
          <w:sz w:val="22"/>
          <w:highlight w:val="yellow"/>
          <w:u w:val="single"/>
        </w:rPr>
        <w:t>China</w:t>
      </w:r>
      <w:r>
        <w:rPr>
          <w:b w:val="0"/>
          <w:i w:val="0"/>
          <w:smallCaps w:val="0"/>
          <w:strike w:val="0"/>
          <w:sz w:val="22"/>
          <w:highlight w:val="yellow"/>
          <w:u w:val="single"/>
        </w:rPr>
        <w:t xml:space="preserve"> have chosen to </w:t>
      </w:r>
      <w:r>
        <w:rPr>
          <w:b/>
          <w:i w:val="0"/>
          <w:smallCaps w:val="0"/>
          <w:strike w:val="0"/>
          <w:sz w:val="22"/>
          <w:highlight w:val="yellow"/>
          <w:u w:val="single"/>
        </w:rPr>
        <w:t>rely</w:t>
      </w:r>
      <w:r>
        <w:rPr>
          <w:b w:val="0"/>
          <w:i w:val="0"/>
          <w:smallCaps w:val="0"/>
          <w:strike w:val="0"/>
          <w:sz w:val="22"/>
          <w:u w:val="single"/>
        </w:rPr>
        <w:t xml:space="preserve"> </w:t>
      </w:r>
      <w:r>
        <w:rPr>
          <w:b w:val="0"/>
          <w:i w:val="0"/>
          <w:smallCaps w:val="0"/>
          <w:strike w:val="0"/>
          <w:u w:val="none"/>
        </w:rPr>
        <w:t>up</w:t>
      </w:r>
      <w:r>
        <w:rPr>
          <w:b/>
          <w:i w:val="0"/>
          <w:smallCaps w:val="0"/>
          <w:strike w:val="0"/>
          <w:sz w:val="22"/>
          <w:highlight w:val="yellow"/>
          <w:u w:val="single"/>
        </w:rPr>
        <w:t>on</w:t>
      </w:r>
      <w:r>
        <w:rPr>
          <w:b w:val="0"/>
          <w:i w:val="0"/>
          <w:smallCaps w:val="0"/>
          <w:strike w:val="0"/>
          <w:sz w:val="22"/>
          <w:u w:val="single"/>
        </w:rPr>
        <w:t xml:space="preserve"> </w:t>
      </w:r>
      <w:r>
        <w:rPr>
          <w:b w:val="0"/>
          <w:i w:val="0"/>
          <w:smallCaps w:val="0"/>
          <w:strike w:val="0"/>
          <w:sz w:val="22"/>
          <w:highlight w:val="yellow"/>
          <w:u w:val="single"/>
        </w:rPr>
        <w:t xml:space="preserve">a </w:t>
      </w:r>
      <w:r>
        <w:rPr>
          <w:b/>
          <w:i w:val="0"/>
          <w:smallCaps w:val="0"/>
          <w:strike w:val="0"/>
          <w:sz w:val="22"/>
          <w:highlight w:val="yellow"/>
          <w:u w:val="single"/>
        </w:rPr>
        <w:t>modest</w:t>
      </w:r>
      <w:r>
        <w:rPr>
          <w:b w:val="0"/>
          <w:i w:val="0"/>
          <w:smallCaps w:val="0"/>
          <w:strike w:val="0"/>
          <w:sz w:val="22"/>
          <w:u w:val="single"/>
        </w:rPr>
        <w:t xml:space="preserve"> nuclear </w:t>
      </w:r>
      <w:r>
        <w:rPr>
          <w:b w:val="0"/>
          <w:i w:val="0"/>
          <w:smallCaps w:val="0"/>
          <w:strike w:val="0"/>
          <w:sz w:val="22"/>
          <w:highlight w:val="yellow"/>
          <w:u w:val="single"/>
        </w:rPr>
        <w:t>arsena</w:t>
      </w:r>
      <w:r>
        <w:rPr>
          <w:b w:val="0"/>
          <w:i w:val="0"/>
          <w:smallCaps w:val="0"/>
          <w:strike w:val="0"/>
          <w:sz w:val="22"/>
          <w:u w:val="single"/>
        </w:rPr>
        <w:t xml:space="preserve">l for their security </w:t>
      </w:r>
      <w:r>
        <w:rPr>
          <w:b w:val="0"/>
          <w:i w:val="0"/>
          <w:smallCaps w:val="0"/>
          <w:strike w:val="0"/>
          <w:sz w:val="22"/>
          <w:highlight w:val="yellow"/>
          <w:u w:val="single"/>
        </w:rPr>
        <w:t xml:space="preserve">rather than </w:t>
      </w:r>
      <w:r>
        <w:rPr>
          <w:b/>
          <w:i w:val="0"/>
          <w:smallCaps w:val="0"/>
          <w:strike w:val="0"/>
          <w:sz w:val="22"/>
          <w:highlight w:val="yellow"/>
          <w:u w:val="single"/>
        </w:rPr>
        <w:t>wielding</w:t>
      </w:r>
      <w:r>
        <w:rPr>
          <w:b w:val="0"/>
          <w:i w:val="0"/>
          <w:smallCaps w:val="0"/>
          <w:strike w:val="0"/>
          <w:sz w:val="22"/>
          <w:u w:val="single"/>
        </w:rPr>
        <w:t xml:space="preserve"> expensive and </w:t>
      </w:r>
      <w:r>
        <w:rPr>
          <w:b w:val="0"/>
          <w:i w:val="0"/>
          <w:smallCaps w:val="0"/>
          <w:strike w:val="0"/>
          <w:sz w:val="22"/>
          <w:highlight w:val="yellow"/>
          <w:u w:val="single"/>
        </w:rPr>
        <w:t xml:space="preserve">modern </w:t>
      </w:r>
      <w:r>
        <w:rPr>
          <w:b/>
          <w:i w:val="0"/>
          <w:smallCaps w:val="0"/>
          <w:strike w:val="0"/>
          <w:sz w:val="22"/>
          <w:highlight w:val="yellow"/>
          <w:u w:val="single"/>
        </w:rPr>
        <w:t>conventional</w:t>
      </w:r>
      <w:r>
        <w:rPr>
          <w:b w:val="0"/>
          <w:i w:val="0"/>
          <w:smallCaps w:val="0"/>
          <w:strike w:val="0"/>
          <w:sz w:val="22"/>
          <w:highlight w:val="yellow"/>
          <w:u w:val="single"/>
        </w:rPr>
        <w:t xml:space="preserve"> forces</w:t>
      </w:r>
      <w:r>
        <w:rPr>
          <w:b w:val="0"/>
          <w:i w:val="0"/>
          <w:smallCaps w:val="0"/>
          <w:strike w:val="0"/>
          <w:sz w:val="22"/>
          <w:u w:val="single"/>
        </w:rPr>
        <w:t xml:space="preserve">, while small ones like </w:t>
      </w:r>
      <w:r>
        <w:rPr>
          <w:b w:val="0"/>
          <w:i w:val="0"/>
          <w:smallCaps w:val="0"/>
          <w:strike w:val="0"/>
          <w:sz w:val="22"/>
          <w:highlight w:val="yellow"/>
          <w:u w:val="single"/>
        </w:rPr>
        <w:t>No</w:t>
      </w:r>
      <w:r>
        <w:rPr>
          <w:b w:val="0"/>
          <w:i w:val="0"/>
          <w:smallCaps w:val="0"/>
          <w:strike w:val="0"/>
          <w:sz w:val="22"/>
          <w:u w:val="single"/>
        </w:rPr>
        <w:t xml:space="preserve">rth </w:t>
      </w:r>
      <w:r>
        <w:rPr>
          <w:b w:val="0"/>
          <w:i w:val="0"/>
          <w:smallCaps w:val="0"/>
          <w:strike w:val="0"/>
          <w:sz w:val="22"/>
          <w:highlight w:val="yellow"/>
          <w:u w:val="single"/>
        </w:rPr>
        <w:t>Ko</w:t>
      </w:r>
      <w:r>
        <w:rPr>
          <w:b w:val="0"/>
          <w:i w:val="0"/>
          <w:smallCaps w:val="0"/>
          <w:strike w:val="0"/>
          <w:sz w:val="22"/>
          <w:u w:val="single"/>
        </w:rPr>
        <w:t xml:space="preserve">rea are </w:t>
      </w:r>
      <w:r>
        <w:rPr>
          <w:b w:val="0"/>
          <w:i w:val="0"/>
          <w:smallCaps w:val="0"/>
          <w:strike w:val="0"/>
          <w:sz w:val="22"/>
          <w:highlight w:val="yellow"/>
          <w:u w:val="single"/>
        </w:rPr>
        <w:t>able to protect</w:t>
      </w:r>
      <w:r>
        <w:rPr>
          <w:b w:val="0"/>
          <w:i w:val="0"/>
          <w:smallCaps w:val="0"/>
          <w:strike w:val="0"/>
          <w:sz w:val="22"/>
          <w:u w:val="single"/>
        </w:rPr>
        <w:t xml:space="preserve"> themselves </w:t>
      </w:r>
      <w:r>
        <w:rPr>
          <w:b w:val="0"/>
          <w:i w:val="0"/>
          <w:smallCaps w:val="0"/>
          <w:strike w:val="0"/>
          <w:sz w:val="22"/>
          <w:highlight w:val="yellow"/>
          <w:u w:val="single"/>
        </w:rPr>
        <w:t xml:space="preserve">from </w:t>
      </w:r>
      <w:r>
        <w:rPr>
          <w:b/>
          <w:i w:val="0"/>
          <w:smallCaps w:val="0"/>
          <w:strike w:val="0"/>
          <w:sz w:val="22"/>
          <w:highlight w:val="yellow"/>
          <w:u w:val="single"/>
        </w:rPr>
        <w:t>attack</w:t>
      </w:r>
      <w:r>
        <w:rPr>
          <w:b w:val="0"/>
          <w:i w:val="0"/>
          <w:smallCaps w:val="0"/>
          <w:strike w:val="0"/>
          <w:sz w:val="22"/>
          <w:u w:val="single"/>
        </w:rPr>
        <w:t xml:space="preserve"> </w:t>
      </w:r>
      <w:r>
        <w:rPr>
          <w:b w:val="0"/>
          <w:i w:val="0"/>
          <w:smallCaps w:val="0"/>
          <w:strike w:val="0"/>
          <w:sz w:val="22"/>
          <w:highlight w:val="yellow"/>
          <w:u w:val="single"/>
        </w:rPr>
        <w:t>by</w:t>
      </w:r>
      <w:r>
        <w:rPr>
          <w:b w:val="0"/>
          <w:i w:val="0"/>
          <w:smallCaps w:val="0"/>
          <w:strike w:val="0"/>
          <w:sz w:val="22"/>
          <w:u w:val="single"/>
        </w:rPr>
        <w:t xml:space="preserve"> infinitely </w:t>
      </w:r>
      <w:r>
        <w:rPr>
          <w:b/>
          <w:i w:val="0"/>
          <w:smallCaps w:val="0"/>
          <w:strike w:val="0"/>
          <w:sz w:val="22"/>
          <w:highlight w:val="yellow"/>
          <w:u w:val="single"/>
        </w:rPr>
        <w:t>larger</w:t>
      </w:r>
      <w:r>
        <w:rPr>
          <w:b w:val="0"/>
          <w:i w:val="0"/>
          <w:smallCaps w:val="0"/>
          <w:strike w:val="0"/>
          <w:sz w:val="22"/>
          <w:highlight w:val="yellow"/>
          <w:u w:val="single"/>
        </w:rPr>
        <w:t xml:space="preserve"> enemies</w:t>
      </w:r>
      <w:r>
        <w:rPr>
          <w:b w:val="0"/>
          <w:i w:val="0"/>
          <w:smallCaps w:val="0"/>
          <w:strike w:val="0"/>
          <w:sz w:val="22"/>
          <w:u w:val="single"/>
        </w:rPr>
        <w:t xml:space="preserve">, namely the US, </w:t>
      </w:r>
      <w:r>
        <w:rPr>
          <w:b w:val="0"/>
          <w:i w:val="0"/>
          <w:smallCaps w:val="0"/>
          <w:strike w:val="0"/>
          <w:sz w:val="22"/>
          <w:highlight w:val="yellow"/>
          <w:u w:val="single"/>
        </w:rPr>
        <w:t xml:space="preserve">simply by </w:t>
      </w:r>
      <w:r>
        <w:rPr>
          <w:b/>
          <w:i w:val="0"/>
          <w:smallCaps w:val="0"/>
          <w:strike w:val="0"/>
          <w:sz w:val="22"/>
          <w:highlight w:val="yellow"/>
          <w:u w:val="single"/>
        </w:rPr>
        <w:t>possessing</w:t>
      </w:r>
      <w:r>
        <w:rPr>
          <w:b w:val="0"/>
          <w:i w:val="0"/>
          <w:smallCaps w:val="0"/>
          <w:strike w:val="0"/>
          <w:sz w:val="22"/>
          <w:highlight w:val="yellow"/>
          <w:u w:val="single"/>
        </w:rPr>
        <w:t xml:space="preserve"> a few</w:t>
      </w:r>
      <w:r>
        <w:rPr>
          <w:b w:val="0"/>
          <w:i w:val="0"/>
          <w:smallCaps w:val="0"/>
          <w:strike w:val="0"/>
          <w:sz w:val="22"/>
          <w:u w:val="single"/>
        </w:rPr>
        <w:t xml:space="preserve"> nuclear we</w:t>
      </w:r>
      <w:r>
        <w:rPr>
          <w:b w:val="0"/>
          <w:i w:val="0"/>
          <w:smallCaps w:val="0"/>
          <w:strike w:val="0"/>
          <w:u w:val="none"/>
        </w:rPr>
        <w:t>a</w:t>
      </w:r>
      <w:r>
        <w:rPr>
          <w:b w:val="0"/>
          <w:i w:val="0"/>
          <w:smallCaps w:val="0"/>
          <w:strike w:val="0"/>
          <w:sz w:val="22"/>
          <w:u w:val="single"/>
        </w:rPr>
        <w:t>pons</w:t>
      </w:r>
      <w:r>
        <w:rPr>
          <w:b w:val="0"/>
          <w:i w:val="0"/>
          <w:smallCaps w:val="0"/>
          <w:strike w:val="0"/>
          <w:u w:val="none"/>
        </w:rPr>
        <w:t xml:space="preserve">. At the same time, </w:t>
      </w:r>
      <w:r>
        <w:rPr>
          <w:b w:val="0"/>
          <w:i w:val="0"/>
          <w:smallCaps w:val="0"/>
          <w:strike w:val="0"/>
          <w:sz w:val="22"/>
          <w:highlight w:val="yellow"/>
          <w:u w:val="single"/>
        </w:rPr>
        <w:t>states which have given up</w:t>
      </w:r>
      <w:r>
        <w:rPr>
          <w:b w:val="0"/>
          <w:i w:val="0"/>
          <w:smallCaps w:val="0"/>
          <w:strike w:val="0"/>
          <w:sz w:val="22"/>
          <w:u w:val="single"/>
        </w:rPr>
        <w:t xml:space="preserve"> </w:t>
      </w:r>
      <w:r>
        <w:rPr>
          <w:b/>
          <w:i w:val="0"/>
          <w:smallCaps w:val="0"/>
          <w:strike w:val="0"/>
          <w:sz w:val="22"/>
          <w:highlight w:val="yellow"/>
          <w:u w:val="single"/>
        </w:rPr>
        <w:t>nuc</w:t>
      </w:r>
      <w:r>
        <w:rPr>
          <w:b w:val="0"/>
          <w:i w:val="0"/>
          <w:smallCaps w:val="0"/>
          <w:strike w:val="0"/>
          <w:u w:val="none"/>
        </w:rPr>
        <w:t>lear</w:t>
      </w:r>
      <w:r>
        <w:rPr>
          <w:b w:val="0"/>
          <w:i w:val="0"/>
          <w:smallCaps w:val="0"/>
          <w:strike w:val="0"/>
          <w:sz w:val="22"/>
          <w:u w:val="single"/>
        </w:rPr>
        <w:t xml:space="preserve"> </w:t>
      </w:r>
      <w:r>
        <w:rPr>
          <w:b w:val="0"/>
          <w:i w:val="0"/>
          <w:smallCaps w:val="0"/>
          <w:strike w:val="0"/>
          <w:u w:val="none"/>
        </w:rPr>
        <w:t>project</w:t>
      </w:r>
      <w:r>
        <w:rPr>
          <w:b/>
          <w:i w:val="0"/>
          <w:smallCaps w:val="0"/>
          <w:strike w:val="0"/>
          <w:sz w:val="22"/>
          <w:highlight w:val="yellow"/>
          <w:u w:val="single"/>
        </w:rPr>
        <w:t>s</w:t>
      </w:r>
      <w:r>
        <w:rPr>
          <w:b w:val="0"/>
          <w:i w:val="0"/>
          <w:smallCaps w:val="0"/>
          <w:strike w:val="0"/>
          <w:u w:val="none"/>
        </w:rPr>
        <w:t xml:space="preserve">, like Libya, Iraq, and the Ukraine, </w:t>
      </w:r>
      <w:r>
        <w:rPr>
          <w:b w:val="0"/>
          <w:i w:val="0"/>
          <w:smallCaps w:val="0"/>
          <w:strike w:val="0"/>
          <w:sz w:val="22"/>
          <w:highlight w:val="yellow"/>
          <w:u w:val="single"/>
        </w:rPr>
        <w:t xml:space="preserve">have been </w:t>
      </w:r>
      <w:r>
        <w:rPr>
          <w:b/>
          <w:i w:val="0"/>
          <w:smallCaps w:val="0"/>
          <w:strike w:val="0"/>
          <w:sz w:val="22"/>
          <w:highlight w:val="yellow"/>
          <w:u w:val="single"/>
        </w:rPr>
        <w:t>attacked</w:t>
      </w:r>
      <w:r>
        <w:rPr>
          <w:b w:val="0"/>
          <w:i w:val="0"/>
          <w:smallCaps w:val="0"/>
          <w:strike w:val="0"/>
          <w:sz w:val="22"/>
          <w:u w:val="single"/>
        </w:rPr>
        <w:t xml:space="preserve"> by nuclear powers, a fate that may also await Iran.</w:t>
      </w:r>
    </w:p>
    <w:p>
      <w:pPr>
        <w:spacing w:after="60"/>
      </w:pPr>
      <w:r>
        <w:rPr>
          <w:b w:val="0"/>
          <w:i w:val="0"/>
          <w:smallCaps w:val="0"/>
          <w:strike w:val="0"/>
          <w:u w:val="none"/>
        </w:rPr>
        <w:t xml:space="preserve">The basic reality of </w:t>
      </w:r>
      <w:r>
        <w:rPr>
          <w:b w:val="0"/>
          <w:i w:val="0"/>
          <w:smallCaps w:val="0"/>
          <w:strike w:val="0"/>
          <w:sz w:val="22"/>
          <w:u w:val="single"/>
        </w:rPr>
        <w:t xml:space="preserve">nuclear </w:t>
      </w:r>
      <w:r>
        <w:rPr>
          <w:b w:val="0"/>
          <w:i w:val="0"/>
          <w:smallCaps w:val="0"/>
          <w:strike w:val="0"/>
          <w:sz w:val="22"/>
          <w:highlight w:val="yellow"/>
          <w:u w:val="single"/>
        </w:rPr>
        <w:t>deterrence</w:t>
      </w:r>
      <w:r>
        <w:rPr>
          <w:b w:val="0"/>
          <w:i w:val="0"/>
          <w:smallCaps w:val="0"/>
          <w:strike w:val="0"/>
          <w:u w:val="none"/>
        </w:rPr>
        <w:t xml:space="preserve">—it </w:t>
      </w:r>
      <w:r>
        <w:rPr>
          <w:b w:val="0"/>
          <w:i w:val="0"/>
          <w:smallCaps w:val="0"/>
          <w:strike w:val="0"/>
          <w:sz w:val="22"/>
          <w:u w:val="single"/>
        </w:rPr>
        <w:t xml:space="preserve">has </w:t>
      </w:r>
      <w:r>
        <w:rPr>
          <w:b/>
          <w:i w:val="0"/>
          <w:smallCaps w:val="0"/>
          <w:strike w:val="0"/>
          <w:sz w:val="22"/>
          <w:highlight w:val="yellow"/>
          <w:u w:val="single"/>
        </w:rPr>
        <w:t>made</w:t>
      </w:r>
      <w:r>
        <w:rPr>
          <w:b w:val="0"/>
          <w:i w:val="0"/>
          <w:smallCaps w:val="0"/>
          <w:strike w:val="0"/>
          <w:sz w:val="22"/>
          <w:highlight w:val="yellow"/>
          <w:u w:val="single"/>
        </w:rPr>
        <w:t xml:space="preserve"> even</w:t>
      </w:r>
      <w:r>
        <w:rPr>
          <w:b w:val="0"/>
          <w:i w:val="0"/>
          <w:smallCaps w:val="0"/>
          <w:strike w:val="0"/>
          <w:sz w:val="22"/>
          <w:u w:val="single"/>
        </w:rPr>
        <w:t xml:space="preserve"> the most </w:t>
      </w:r>
      <w:r>
        <w:rPr>
          <w:b w:val="0"/>
          <w:i w:val="0"/>
          <w:smallCaps w:val="0"/>
          <w:strike w:val="0"/>
          <w:sz w:val="22"/>
          <w:highlight w:val="yellow"/>
          <w:u w:val="single"/>
        </w:rPr>
        <w:t xml:space="preserve">powerful states too </w:t>
      </w:r>
      <w:r>
        <w:rPr>
          <w:b/>
          <w:i w:val="0"/>
          <w:smallCaps w:val="0"/>
          <w:strike w:val="0"/>
          <w:sz w:val="22"/>
          <w:highlight w:val="yellow"/>
          <w:u w:val="single"/>
        </w:rPr>
        <w:t>afraid</w:t>
      </w:r>
      <w:r>
        <w:rPr>
          <w:b w:val="0"/>
          <w:i w:val="0"/>
          <w:smallCaps w:val="0"/>
          <w:strike w:val="0"/>
          <w:sz w:val="22"/>
          <w:highlight w:val="yellow"/>
          <w:u w:val="single"/>
        </w:rPr>
        <w:t xml:space="preserve"> of</w:t>
      </w:r>
      <w:r>
        <w:rPr>
          <w:b w:val="0"/>
          <w:i w:val="0"/>
          <w:smallCaps w:val="0"/>
          <w:strike w:val="0"/>
          <w:sz w:val="22"/>
          <w:u w:val="single"/>
        </w:rPr>
        <w:t xml:space="preserve"> nuclear </w:t>
      </w:r>
      <w:r>
        <w:rPr>
          <w:b/>
          <w:i w:val="0"/>
          <w:smallCaps w:val="0"/>
          <w:strike w:val="0"/>
          <w:sz w:val="22"/>
          <w:highlight w:val="yellow"/>
          <w:u w:val="single"/>
        </w:rPr>
        <w:t>retal</w:t>
      </w:r>
      <w:r>
        <w:rPr>
          <w:b w:val="0"/>
          <w:i w:val="0"/>
          <w:smallCaps w:val="0"/>
          <w:strike w:val="0"/>
          <w:u w:val="none"/>
        </w:rPr>
        <w:t>iation</w:t>
      </w:r>
      <w:r>
        <w:rPr>
          <w:b w:val="0"/>
          <w:i w:val="0"/>
          <w:smallCaps w:val="0"/>
          <w:strike w:val="0"/>
          <w:sz w:val="22"/>
          <w:u w:val="single"/>
        </w:rPr>
        <w:t xml:space="preserve"> </w:t>
      </w:r>
      <w:r>
        <w:rPr>
          <w:b w:val="0"/>
          <w:i w:val="0"/>
          <w:smallCaps w:val="0"/>
          <w:strike w:val="0"/>
          <w:sz w:val="22"/>
          <w:highlight w:val="yellow"/>
          <w:u w:val="single"/>
        </w:rPr>
        <w:t>to launch</w:t>
      </w:r>
      <w:r>
        <w:rPr>
          <w:b w:val="0"/>
          <w:i w:val="0"/>
          <w:smallCaps w:val="0"/>
          <w:strike w:val="0"/>
          <w:sz w:val="22"/>
          <w:u w:val="single"/>
        </w:rPr>
        <w:t xml:space="preserve"> a major war against other nuclear powers</w:t>
      </w:r>
      <w:r>
        <w:rPr>
          <w:b w:val="0"/>
          <w:i w:val="0"/>
          <w:smallCaps w:val="0"/>
          <w:strike w:val="0"/>
          <w:u w:val="none"/>
        </w:rPr>
        <w:t xml:space="preserve">—is as close to a material fact as exists in the world of international politics, and the cause of </w:t>
      </w:r>
      <w:r>
        <w:rPr>
          <w:b w:val="0"/>
          <w:i w:val="0"/>
          <w:smallCaps w:val="0"/>
          <w:strike w:val="0"/>
          <w:sz w:val="22"/>
          <w:highlight w:val="yellow"/>
          <w:u w:val="single"/>
        </w:rPr>
        <w:t xml:space="preserve">anti-nuclear </w:t>
      </w:r>
      <w:r>
        <w:rPr>
          <w:b/>
          <w:i w:val="0"/>
          <w:smallCaps w:val="0"/>
          <w:strike w:val="0"/>
          <w:sz w:val="22"/>
          <w:highlight w:val="yellow"/>
          <w:u w:val="single"/>
        </w:rPr>
        <w:t>advocacy</w:t>
      </w:r>
      <w:r>
        <w:rPr>
          <w:b w:val="0"/>
          <w:i w:val="0"/>
          <w:smallCaps w:val="0"/>
          <w:strike w:val="0"/>
          <w:u w:val="none"/>
        </w:rPr>
        <w:t xml:space="preserve"> is not served by denying it.5 Not only do such </w:t>
      </w:r>
      <w:r>
        <w:rPr>
          <w:b w:val="0"/>
          <w:i w:val="0"/>
          <w:smallCaps w:val="0"/>
          <w:strike w:val="0"/>
          <w:sz w:val="22"/>
          <w:u w:val="single"/>
        </w:rPr>
        <w:t xml:space="preserve">claims </w:t>
      </w:r>
      <w:r>
        <w:rPr>
          <w:b w:val="0"/>
          <w:i w:val="0"/>
          <w:smallCaps w:val="0"/>
          <w:strike w:val="0"/>
          <w:sz w:val="22"/>
          <w:highlight w:val="yellow"/>
          <w:u w:val="single"/>
        </w:rPr>
        <w:t xml:space="preserve">fly in the </w:t>
      </w:r>
      <w:r>
        <w:rPr>
          <w:b/>
          <w:i w:val="0"/>
          <w:smallCaps w:val="0"/>
          <w:strike w:val="0"/>
          <w:sz w:val="22"/>
          <w:highlight w:val="yellow"/>
          <w:u w:val="single"/>
        </w:rPr>
        <w:t>face</w:t>
      </w:r>
      <w:r>
        <w:rPr>
          <w:b w:val="0"/>
          <w:i w:val="0"/>
          <w:smallCaps w:val="0"/>
          <w:strike w:val="0"/>
          <w:sz w:val="22"/>
          <w:highlight w:val="yellow"/>
          <w:u w:val="single"/>
        </w:rPr>
        <w:t xml:space="preserve"> of</w:t>
      </w:r>
      <w:r>
        <w:rPr>
          <w:b w:val="0"/>
          <w:i w:val="0"/>
          <w:smallCaps w:val="0"/>
          <w:strike w:val="0"/>
          <w:sz w:val="22"/>
          <w:u w:val="single"/>
        </w:rPr>
        <w:t xml:space="preserve"> mountains of </w:t>
      </w:r>
      <w:r>
        <w:rPr>
          <w:b w:val="0"/>
          <w:i w:val="0"/>
          <w:smallCaps w:val="0"/>
          <w:strike w:val="0"/>
          <w:sz w:val="22"/>
          <w:highlight w:val="yellow"/>
          <w:u w:val="single"/>
        </w:rPr>
        <w:t xml:space="preserve">historical </w:t>
      </w:r>
      <w:r>
        <w:rPr>
          <w:b/>
          <w:i w:val="0"/>
          <w:smallCaps w:val="0"/>
          <w:strike w:val="0"/>
          <w:sz w:val="22"/>
          <w:highlight w:val="yellow"/>
          <w:u w:val="single"/>
        </w:rPr>
        <w:t>ev</w:t>
      </w:r>
      <w:r>
        <w:rPr>
          <w:b w:val="0"/>
          <w:i w:val="0"/>
          <w:smallCaps w:val="0"/>
          <w:strike w:val="0"/>
          <w:u w:val="none"/>
        </w:rPr>
        <w:t>idence</w:t>
      </w:r>
      <w:r>
        <w:rPr>
          <w:b w:val="0"/>
          <w:i w:val="0"/>
          <w:smallCaps w:val="0"/>
          <w:strike w:val="0"/>
          <w:sz w:val="22"/>
          <w:u w:val="single"/>
        </w:rPr>
        <w:t xml:space="preserve"> and simple logic; it also </w:t>
      </w:r>
      <w:r>
        <w:rPr>
          <w:b w:val="0"/>
          <w:i w:val="0"/>
          <w:smallCaps w:val="0"/>
          <w:strike w:val="0"/>
          <w:sz w:val="22"/>
          <w:highlight w:val="yellow"/>
          <w:u w:val="single"/>
        </w:rPr>
        <w:t>contradicts</w:t>
      </w:r>
      <w:r>
        <w:rPr>
          <w:b w:val="0"/>
          <w:i w:val="0"/>
          <w:smallCaps w:val="0"/>
          <w:strike w:val="0"/>
          <w:sz w:val="22"/>
          <w:u w:val="single"/>
        </w:rPr>
        <w:t xml:space="preserve"> the </w:t>
      </w:r>
      <w:r>
        <w:rPr>
          <w:b w:val="0"/>
          <w:i w:val="0"/>
          <w:smallCaps w:val="0"/>
          <w:strike w:val="0"/>
          <w:sz w:val="22"/>
          <w:highlight w:val="yellow"/>
          <w:u w:val="single"/>
        </w:rPr>
        <w:t xml:space="preserve">moral </w:t>
      </w:r>
      <w:r>
        <w:rPr>
          <w:b/>
          <w:i w:val="0"/>
          <w:smallCaps w:val="0"/>
          <w:strike w:val="0"/>
          <w:sz w:val="22"/>
          <w:highlight w:val="yellow"/>
          <w:u w:val="single"/>
        </w:rPr>
        <w:t>reasoning</w:t>
      </w:r>
      <w:r>
        <w:rPr>
          <w:b w:val="0"/>
          <w:i w:val="0"/>
          <w:smallCaps w:val="0"/>
          <w:strike w:val="0"/>
          <w:sz w:val="22"/>
          <w:u w:val="single"/>
        </w:rPr>
        <w:t xml:space="preserve"> of the anti-nuclear cause</w:t>
      </w:r>
      <w:r>
        <w:rPr>
          <w:b w:val="0"/>
          <w:i w:val="0"/>
          <w:smallCaps w:val="0"/>
          <w:strike w:val="0"/>
          <w:u w:val="none"/>
        </w:rPr>
        <w:t xml:space="preserve">. This cause is justly </w:t>
      </w:r>
      <w:r>
        <w:rPr>
          <w:b w:val="0"/>
          <w:i w:val="0"/>
          <w:smallCaps w:val="0"/>
          <w:strike w:val="0"/>
          <w:sz w:val="22"/>
          <w:u w:val="single"/>
        </w:rPr>
        <w:t>driven by the unique dangers of a nuclear war</w:t>
      </w:r>
      <w:r>
        <w:rPr>
          <w:b w:val="0"/>
          <w:i w:val="0"/>
          <w:smallCaps w:val="0"/>
          <w:strike w:val="0"/>
          <w:u w:val="none"/>
        </w:rPr>
        <w:t xml:space="preserve">: namely the slaughter of millions or hundreds of millions at the touch of a button, its catastrophic environmental effects, and the possible extermination of the human race. </w:t>
      </w:r>
      <w:r>
        <w:rPr>
          <w:b w:val="0"/>
          <w:i w:val="0"/>
          <w:smallCaps w:val="0"/>
          <w:strike w:val="0"/>
          <w:sz w:val="22"/>
          <w:u w:val="single"/>
        </w:rPr>
        <w:t xml:space="preserve">But it is precisely </w:t>
      </w:r>
      <w:r>
        <w:rPr>
          <w:b w:val="0"/>
          <w:i w:val="0"/>
          <w:smallCaps w:val="0"/>
          <w:strike w:val="0"/>
          <w:sz w:val="22"/>
          <w:highlight w:val="yellow"/>
          <w:u w:val="single"/>
        </w:rPr>
        <w:t>these consequences</w:t>
      </w:r>
      <w:r>
        <w:rPr>
          <w:b w:val="0"/>
          <w:i w:val="0"/>
          <w:smallCaps w:val="0"/>
          <w:strike w:val="0"/>
          <w:sz w:val="22"/>
          <w:u w:val="single"/>
        </w:rPr>
        <w:t xml:space="preserve"> which </w:t>
      </w:r>
      <w:r>
        <w:rPr>
          <w:b w:val="0"/>
          <w:i w:val="0"/>
          <w:smallCaps w:val="0"/>
          <w:strike w:val="0"/>
          <w:sz w:val="22"/>
          <w:highlight w:val="yellow"/>
          <w:u w:val="single"/>
        </w:rPr>
        <w:t xml:space="preserve">have </w:t>
      </w:r>
      <w:r>
        <w:rPr>
          <w:b/>
          <w:i w:val="0"/>
          <w:smallCaps w:val="0"/>
          <w:strike w:val="0"/>
          <w:sz w:val="22"/>
          <w:highlight w:val="yellow"/>
          <w:u w:val="single"/>
        </w:rPr>
        <w:t>dissuaded</w:t>
      </w:r>
      <w:r>
        <w:rPr>
          <w:b w:val="0"/>
          <w:i w:val="0"/>
          <w:smallCaps w:val="0"/>
          <w:strike w:val="0"/>
          <w:sz w:val="22"/>
          <w:u w:val="single"/>
        </w:rPr>
        <w:t xml:space="preserve"> </w:t>
      </w:r>
      <w:r>
        <w:rPr>
          <w:b w:val="0"/>
          <w:i w:val="0"/>
          <w:smallCaps w:val="0"/>
          <w:strike w:val="0"/>
          <w:sz w:val="22"/>
          <w:highlight w:val="yellow"/>
          <w:u w:val="single"/>
        </w:rPr>
        <w:t xml:space="preserve">states from running the </w:t>
      </w:r>
      <w:r>
        <w:rPr>
          <w:b/>
          <w:i w:val="0"/>
          <w:smallCaps w:val="0"/>
          <w:strike w:val="0"/>
          <w:sz w:val="22"/>
          <w:highlight w:val="yellow"/>
          <w:u w:val="single"/>
        </w:rPr>
        <w:t>risk</w:t>
      </w:r>
      <w:r>
        <w:rPr>
          <w:b w:val="0"/>
          <w:i w:val="0"/>
          <w:smallCaps w:val="0"/>
          <w:strike w:val="0"/>
          <w:sz w:val="22"/>
          <w:u w:val="single"/>
        </w:rPr>
        <w:t xml:space="preserve"> of nuclear conflict</w:t>
      </w:r>
      <w:r>
        <w:rPr>
          <w:b w:val="0"/>
          <w:i w:val="0"/>
          <w:smallCaps w:val="0"/>
          <w:strike w:val="0"/>
          <w:u w:val="none"/>
        </w:rPr>
        <w:t>, even in showdowns, too numerous to mention, in which they would otherwise have almost certainly gone to war. One cannot reasonably insist that the revolutionary dangers of nuclear war demand radical action but at the same time deny that these dangers have an important effect on political practice. It may make us feel superior to believe that ‘we’ care about preventing nuclear apocalypse whilst political leaders ignorantly court it, but the historical record reveals otherwise.6</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