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Rigorous modeling proves that Biden will narrowly win the 2024 election.</w:t>
      </w:r>
    </w:p>
    <w:p>
      <w:pPr>
        <w:spacing w:after="80"/>
      </w:pPr>
      <w:r>
        <w:rPr>
          <w:b/>
          <w:i w:val="0"/>
          <w:smallCaps w:val="0"/>
          <w:strike w:val="0"/>
          <w:sz w:val="26"/>
          <w:u w:val="none"/>
        </w:rPr>
        <w:t>Zandi</w:t>
      </w:r>
      <w:r>
        <w:rPr>
          <w:b/>
          <w:i w:val="0"/>
          <w:smallCaps w:val="0"/>
          <w:strike w:val="0"/>
          <w:sz w:val="26"/>
          <w:u w:val="none"/>
        </w:rPr>
        <w:t xml:space="preserve"> </w:t>
      </w:r>
      <w:r>
        <w:rPr>
          <w:b/>
          <w:i w:val="0"/>
          <w:smallCaps w:val="0"/>
          <w:strike w:val="0"/>
          <w:sz w:val="26"/>
          <w:u w:val="none"/>
        </w:rPr>
        <w:t>et al</w:t>
      </w:r>
      <w:r>
        <w:rPr>
          <w:b/>
          <w:i w:val="0"/>
          <w:smallCaps w:val="0"/>
          <w:strike w:val="0"/>
          <w:sz w:val="26"/>
          <w:u w:val="none"/>
        </w:rPr>
        <w:t>. 24</w:t>
      </w:r>
      <w:r>
        <w:rPr>
          <w:b w:val="0"/>
          <w:i w:val="0"/>
          <w:smallCaps w:val="0"/>
          <w:strike w:val="0"/>
          <w:u w:val="none"/>
        </w:rPr>
        <w:t xml:space="preserve"> – Chief economist of Moody’s Analytics. PhD in economics from the University of Pennsylvania. </w:t>
      </w:r>
    </w:p>
    <w:p>
      <w:pPr>
        <w:spacing w:after="60"/>
      </w:pPr>
      <w:r>
        <w:rPr>
          <w:b w:val="0"/>
          <w:i w:val="0"/>
          <w:smallCaps w:val="0"/>
          <w:strike w:val="0"/>
          <w:u w:val="none"/>
        </w:rPr>
        <w:t xml:space="preserve">Mark </w:t>
      </w:r>
      <w:r>
        <w:rPr>
          <w:b w:val="0"/>
          <w:i w:val="0"/>
          <w:smallCaps w:val="0"/>
          <w:strike w:val="0"/>
          <w:u w:val="none"/>
        </w:rPr>
        <w:t>Zandi</w:t>
      </w:r>
      <w:r>
        <w:rPr>
          <w:b w:val="0"/>
          <w:i w:val="0"/>
          <w:smallCaps w:val="0"/>
          <w:strike w:val="0"/>
          <w:u w:val="none"/>
        </w:rPr>
        <w:t xml:space="preserve">, Brendan </w:t>
      </w:r>
      <w:r>
        <w:rPr>
          <w:b w:val="0"/>
          <w:i w:val="0"/>
          <w:smallCaps w:val="0"/>
          <w:strike w:val="0"/>
          <w:u w:val="none"/>
        </w:rPr>
        <w:t>Lacerda</w:t>
      </w:r>
      <w:r>
        <w:rPr>
          <w:b w:val="0"/>
          <w:i w:val="0"/>
          <w:smallCaps w:val="0"/>
          <w:strike w:val="0"/>
          <w:u w:val="none"/>
        </w:rPr>
        <w:t xml:space="preserve">, and Justin </w:t>
      </w:r>
      <w:r>
        <w:rPr>
          <w:b w:val="0"/>
          <w:i w:val="0"/>
          <w:smallCaps w:val="0"/>
          <w:strike w:val="0"/>
          <w:u w:val="none"/>
        </w:rPr>
        <w:t>Begly</w:t>
      </w:r>
      <w:r>
        <w:rPr>
          <w:b w:val="0"/>
          <w:i w:val="0"/>
          <w:smallCaps w:val="0"/>
          <w:strike w:val="0"/>
          <w:u w:val="none"/>
        </w:rPr>
        <w:t xml:space="preserve">, “Who Will Be the Next President?” </w:t>
      </w:r>
      <w:r>
        <w:rPr>
          <w:b w:val="0"/>
          <w:i/>
          <w:smallCaps w:val="0"/>
          <w:strike w:val="0"/>
          <w:u w:val="none"/>
        </w:rPr>
        <w:t>Moody’s Analytics</w:t>
      </w:r>
      <w:r>
        <w:rPr>
          <w:b w:val="0"/>
          <w:i w:val="0"/>
          <w:smallCaps w:val="0"/>
          <w:strike w:val="0"/>
          <w:u w:val="none"/>
        </w:rPr>
        <w:t>, January 2024, pp. 2, https://www.economy.com/getfile?q=95674FFE-7734-4401-877A-FE331AECD442&amp;app=download.</w:t>
      </w:r>
    </w:p>
    <w:p>
      <w:pPr>
        <w:spacing w:after="60"/>
      </w:pPr>
      <w:r>
        <w:rPr>
          <w:b w:val="0"/>
          <w:i w:val="0"/>
          <w:smallCaps w:val="0"/>
          <w:strike w:val="0"/>
          <w:sz w:val="16"/>
          <w:u w:val="none"/>
        </w:rPr>
        <w:t xml:space="preserve">The economy may not be at the top of voters’ minds in every election, but it is rarely less than a close second. This is the principle underpinning </w:t>
      </w:r>
      <w:r>
        <w:rPr>
          <w:b w:val="0"/>
          <w:i w:val="0"/>
          <w:smallCaps w:val="0"/>
          <w:strike w:val="0"/>
          <w:sz w:val="22"/>
          <w:u w:val="single"/>
        </w:rPr>
        <w:t xml:space="preserve">the </w:t>
      </w:r>
      <w:r>
        <w:rPr>
          <w:b/>
          <w:i w:val="0"/>
          <w:smallCaps w:val="0"/>
          <w:strike w:val="0"/>
          <w:sz w:val="22"/>
          <w:u w:val="single"/>
        </w:rPr>
        <w:t>Moody’s Analytics</w:t>
      </w:r>
      <w:r>
        <w:rPr>
          <w:b w:val="0"/>
          <w:i w:val="0"/>
          <w:smallCaps w:val="0"/>
          <w:strike w:val="0"/>
          <w:sz w:val="22"/>
          <w:u w:val="single"/>
        </w:rPr>
        <w:t xml:space="preserve"> presidential election model</w:t>
      </w:r>
      <w:r>
        <w:rPr>
          <w:b w:val="0"/>
          <w:i w:val="0"/>
          <w:smallCaps w:val="0"/>
          <w:strike w:val="0"/>
          <w:sz w:val="16"/>
          <w:u w:val="none"/>
        </w:rPr>
        <w:t xml:space="preserve">. The model </w:t>
      </w:r>
      <w:r>
        <w:rPr>
          <w:b/>
          <w:i w:val="0"/>
          <w:smallCaps w:val="0"/>
          <w:strike w:val="0"/>
          <w:sz w:val="22"/>
          <w:u w:val="single"/>
        </w:rPr>
        <w:t>predicts</w:t>
      </w:r>
      <w:r>
        <w:rPr>
          <w:b w:val="0"/>
          <w:i w:val="0"/>
          <w:smallCaps w:val="0"/>
          <w:strike w:val="0"/>
          <w:sz w:val="22"/>
          <w:u w:val="single"/>
        </w:rPr>
        <w:t xml:space="preserve"> whether the </w:t>
      </w:r>
      <w:r>
        <w:rPr>
          <w:b/>
          <w:i w:val="0"/>
          <w:smallCaps w:val="0"/>
          <w:strike w:val="0"/>
          <w:sz w:val="22"/>
          <w:u w:val="single"/>
        </w:rPr>
        <w:t>incumbent</w:t>
      </w:r>
      <w:r>
        <w:rPr>
          <w:b w:val="0"/>
          <w:i w:val="0"/>
          <w:smallCaps w:val="0"/>
          <w:strike w:val="0"/>
          <w:sz w:val="22"/>
          <w:u w:val="single"/>
        </w:rPr>
        <w:t xml:space="preserve"> presidential candidate will win</w:t>
      </w:r>
      <w:r>
        <w:rPr>
          <w:b w:val="0"/>
          <w:i w:val="0"/>
          <w:smallCaps w:val="0"/>
          <w:strike w:val="0"/>
          <w:sz w:val="16"/>
          <w:u w:val="none"/>
        </w:rPr>
        <w:t xml:space="preserve"> the popular vote in each state and the District of Columbia, and thus </w:t>
      </w:r>
      <w:r>
        <w:rPr>
          <w:b w:val="0"/>
          <w:i w:val="0"/>
          <w:smallCaps w:val="0"/>
          <w:strike w:val="0"/>
          <w:sz w:val="22"/>
          <w:u w:val="single"/>
        </w:rPr>
        <w:t xml:space="preserve">the necessary </w:t>
      </w:r>
      <w:r>
        <w:rPr>
          <w:b/>
          <w:i w:val="0"/>
          <w:smallCaps w:val="0"/>
          <w:strike w:val="0"/>
          <w:sz w:val="22"/>
          <w:u w:val="single"/>
        </w:rPr>
        <w:t>Electoral College votes</w:t>
      </w:r>
      <w:r>
        <w:rPr>
          <w:b w:val="0"/>
          <w:i w:val="0"/>
          <w:smallCaps w:val="0"/>
          <w:strike w:val="0"/>
          <w:sz w:val="22"/>
          <w:u w:val="single"/>
        </w:rPr>
        <w:t xml:space="preserve"> to </w:t>
      </w:r>
      <w:r>
        <w:rPr>
          <w:b/>
          <w:i w:val="0"/>
          <w:smallCaps w:val="0"/>
          <w:strike w:val="0"/>
          <w:sz w:val="22"/>
          <w:u w:val="single"/>
        </w:rPr>
        <w:t>win the election</w:t>
      </w:r>
      <w:r>
        <w:rPr>
          <w:b w:val="0"/>
          <w:i w:val="0"/>
          <w:smallCaps w:val="0"/>
          <w:strike w:val="0"/>
          <w:sz w:val="16"/>
          <w:u w:val="none"/>
        </w:rPr>
        <w:t xml:space="preserve">. </w:t>
      </w:r>
    </w:p>
    <w:p>
      <w:pPr>
        <w:spacing w:after="60"/>
      </w:pPr>
      <w:r>
        <w:rPr>
          <w:b w:val="0"/>
          <w:i w:val="0"/>
          <w:smallCaps w:val="0"/>
          <w:strike w:val="0"/>
          <w:sz w:val="16"/>
          <w:u w:val="none"/>
        </w:rPr>
        <w:t xml:space="preserve">This type of presidential election analysis is not new. The first was in the late 1970s by Yale economist Ray Fair. However, his seminal work was based on relating national economic conditions with presidential election outcomes. </w:t>
      </w:r>
      <w:r>
        <w:rPr>
          <w:b w:val="0"/>
          <w:i w:val="0"/>
          <w:smallCaps w:val="0"/>
          <w:strike w:val="0"/>
          <w:sz w:val="22"/>
          <w:u w:val="single"/>
        </w:rPr>
        <w:t xml:space="preserve">What </w:t>
      </w:r>
      <w:r>
        <w:rPr>
          <w:b/>
          <w:i w:val="0"/>
          <w:smallCaps w:val="0"/>
          <w:strike w:val="0"/>
          <w:sz w:val="22"/>
          <w:u w:val="single"/>
        </w:rPr>
        <w:t>sets apart</w:t>
      </w:r>
      <w:r>
        <w:rPr>
          <w:b w:val="0"/>
          <w:i w:val="0"/>
          <w:smallCaps w:val="0"/>
          <w:strike w:val="0"/>
          <w:sz w:val="22"/>
          <w:u w:val="single"/>
        </w:rPr>
        <w:t xml:space="preserve"> our work from </w:t>
      </w:r>
      <w:r>
        <w:rPr>
          <w:b/>
          <w:i w:val="0"/>
          <w:smallCaps w:val="0"/>
          <w:strike w:val="0"/>
          <w:sz w:val="22"/>
          <w:u w:val="single"/>
        </w:rPr>
        <w:t>similar efforts</w:t>
      </w:r>
      <w:r>
        <w:rPr>
          <w:b w:val="0"/>
          <w:i w:val="0"/>
          <w:smallCaps w:val="0"/>
          <w:strike w:val="0"/>
          <w:sz w:val="22"/>
          <w:u w:val="single"/>
        </w:rPr>
        <w:t xml:space="preserve"> is a focus on </w:t>
      </w:r>
      <w:r>
        <w:rPr>
          <w:b/>
          <w:i w:val="0"/>
          <w:smallCaps w:val="0"/>
          <w:strike w:val="0"/>
          <w:sz w:val="22"/>
          <w:u w:val="single"/>
        </w:rPr>
        <w:t>regional economic conditions</w:t>
      </w:r>
      <w:r>
        <w:rPr>
          <w:b w:val="0"/>
          <w:i w:val="0"/>
          <w:smallCaps w:val="0"/>
          <w:strike w:val="0"/>
          <w:sz w:val="22"/>
          <w:u w:val="single"/>
        </w:rPr>
        <w:t xml:space="preserve"> that are the basis for state-by-state projections of the Electoral College</w:t>
      </w:r>
      <w:r>
        <w:rPr>
          <w:b w:val="0"/>
          <w:i w:val="0"/>
          <w:smallCaps w:val="0"/>
          <w:strike w:val="0"/>
          <w:sz w:val="16"/>
          <w:u w:val="none"/>
        </w:rPr>
        <w:t xml:space="preserve">.1 2 3 </w:t>
      </w:r>
    </w:p>
    <w:p>
      <w:pPr>
        <w:spacing w:after="60"/>
      </w:pPr>
      <w:r>
        <w:rPr>
          <w:b w:val="0"/>
          <w:i w:val="0"/>
          <w:smallCaps w:val="0"/>
          <w:strike w:val="0"/>
          <w:sz w:val="22"/>
          <w:u w:val="single"/>
        </w:rPr>
        <w:t xml:space="preserve">This </w:t>
      </w:r>
      <w:r>
        <w:rPr>
          <w:b/>
          <w:i w:val="0"/>
          <w:smallCaps w:val="0"/>
          <w:strike w:val="0"/>
          <w:sz w:val="22"/>
          <w:u w:val="single"/>
        </w:rPr>
        <w:t>state-level approach</w:t>
      </w:r>
      <w:r>
        <w:rPr>
          <w:b w:val="0"/>
          <w:i w:val="0"/>
          <w:smallCaps w:val="0"/>
          <w:strike w:val="0"/>
          <w:sz w:val="22"/>
          <w:u w:val="single"/>
        </w:rPr>
        <w:t xml:space="preserve"> has an </w:t>
      </w:r>
      <w:r>
        <w:rPr>
          <w:b/>
          <w:i w:val="0"/>
          <w:smallCaps w:val="0"/>
          <w:strike w:val="0"/>
          <w:sz w:val="22"/>
          <w:u w:val="single"/>
        </w:rPr>
        <w:t>impressive</w:t>
      </w:r>
      <w:r>
        <w:rPr>
          <w:b w:val="0"/>
          <w:i w:val="0"/>
          <w:smallCaps w:val="0"/>
          <w:strike w:val="0"/>
          <w:sz w:val="16"/>
          <w:u w:val="none"/>
        </w:rPr>
        <w:t xml:space="preserve">, though no longer perfect, </w:t>
      </w:r>
      <w:r>
        <w:rPr>
          <w:b w:val="0"/>
          <w:i w:val="0"/>
          <w:smallCaps w:val="0"/>
          <w:strike w:val="0"/>
          <w:sz w:val="22"/>
          <w:u w:val="single"/>
        </w:rPr>
        <w:t>track record</w:t>
      </w:r>
      <w:r>
        <w:rPr>
          <w:b w:val="0"/>
          <w:i w:val="0"/>
          <w:smallCaps w:val="0"/>
          <w:strike w:val="0"/>
          <w:sz w:val="16"/>
          <w:u w:val="none"/>
        </w:rPr>
        <w:t xml:space="preserve">. It incorrectly predicted that former President Donald Trump would win re-election in 2020.4 He did not. The political fallout from the pandemic and extraordinary turnout by Democrat voters upended his re-election bid. Our model could not pick up the impact of the pandemic black swan, and while we controlled for turnout, we had assumed turnout would be historically typical. </w:t>
      </w:r>
    </w:p>
    <w:p>
      <w:pPr>
        <w:spacing w:after="60"/>
      </w:pPr>
      <w:r>
        <w:rPr>
          <w:b w:val="0"/>
          <w:i w:val="0"/>
          <w:smallCaps w:val="0"/>
          <w:strike w:val="0"/>
          <w:sz w:val="16"/>
          <w:u w:val="none"/>
        </w:rPr>
        <w:t xml:space="preserve">Given the results of recent party primaries, </w:t>
      </w:r>
      <w:r>
        <w:rPr>
          <w:b w:val="0"/>
          <w:i w:val="0"/>
          <w:smallCaps w:val="0"/>
          <w:strike w:val="0"/>
          <w:sz w:val="22"/>
          <w:u w:val="single"/>
        </w:rPr>
        <w:t xml:space="preserve">the </w:t>
      </w:r>
      <w:r>
        <w:rPr>
          <w:b/>
          <w:i w:val="0"/>
          <w:smallCaps w:val="0"/>
          <w:strike w:val="0"/>
          <w:sz w:val="22"/>
          <w:u w:val="single"/>
        </w:rPr>
        <w:t>most likely scenario</w:t>
      </w:r>
      <w:r>
        <w:rPr>
          <w:b w:val="0"/>
          <w:i w:val="0"/>
          <w:smallCaps w:val="0"/>
          <w:strike w:val="0"/>
          <w:sz w:val="22"/>
          <w:u w:val="single"/>
        </w:rPr>
        <w:t xml:space="preserve"> is that this election will be a </w:t>
      </w:r>
      <w:r>
        <w:rPr>
          <w:b/>
          <w:i w:val="0"/>
          <w:smallCaps w:val="0"/>
          <w:strike w:val="0"/>
          <w:sz w:val="22"/>
          <w:u w:val="single"/>
        </w:rPr>
        <w:t>rematch</w:t>
      </w:r>
      <w:r>
        <w:rPr>
          <w:b w:val="0"/>
          <w:i w:val="0"/>
          <w:smallCaps w:val="0"/>
          <w:strike w:val="0"/>
          <w:sz w:val="22"/>
          <w:u w:val="single"/>
        </w:rPr>
        <w:t xml:space="preserve"> between</w:t>
      </w:r>
      <w:r>
        <w:rPr>
          <w:b w:val="0"/>
          <w:i w:val="0"/>
          <w:smallCaps w:val="0"/>
          <w:strike w:val="0"/>
          <w:sz w:val="16"/>
          <w:u w:val="none"/>
        </w:rPr>
        <w:t xml:space="preserve"> current President Joe </w:t>
      </w:r>
      <w:r>
        <w:rPr>
          <w:b/>
          <w:i w:val="0"/>
          <w:smallCaps w:val="0"/>
          <w:strike w:val="0"/>
          <w:sz w:val="22"/>
          <w:u w:val="single"/>
        </w:rPr>
        <w:t>Biden</w:t>
      </w:r>
      <w:r>
        <w:rPr>
          <w:b w:val="0"/>
          <w:i w:val="0"/>
          <w:smallCaps w:val="0"/>
          <w:strike w:val="0"/>
          <w:sz w:val="22"/>
          <w:u w:val="single"/>
        </w:rPr>
        <w:t xml:space="preserve"> and</w:t>
      </w:r>
      <w:r>
        <w:rPr>
          <w:b w:val="0"/>
          <w:i w:val="0"/>
          <w:smallCaps w:val="0"/>
          <w:strike w:val="0"/>
          <w:sz w:val="16"/>
          <w:u w:val="none"/>
        </w:rPr>
        <w:t xml:space="preserve"> former President Donald </w:t>
      </w:r>
      <w:r>
        <w:rPr>
          <w:b/>
          <w:i w:val="0"/>
          <w:smallCaps w:val="0"/>
          <w:strike w:val="0"/>
          <w:sz w:val="22"/>
          <w:u w:val="single"/>
        </w:rPr>
        <w:t>Trump</w:t>
      </w:r>
      <w:r>
        <w:rPr>
          <w:b w:val="0"/>
          <w:i w:val="0"/>
          <w:smallCaps w:val="0"/>
          <w:strike w:val="0"/>
          <w:sz w:val="22"/>
          <w:u w:val="single"/>
        </w:rPr>
        <w:t xml:space="preserve">. While the election will </w:t>
      </w:r>
      <w:r>
        <w:rPr>
          <w:b/>
          <w:i w:val="0"/>
          <w:smallCaps w:val="0"/>
          <w:strike w:val="0"/>
          <w:sz w:val="22"/>
          <w:u w:val="single"/>
        </w:rPr>
        <w:t>almost certainly</w:t>
      </w:r>
      <w:r>
        <w:rPr>
          <w:b w:val="0"/>
          <w:i w:val="0"/>
          <w:smallCaps w:val="0"/>
          <w:strike w:val="0"/>
          <w:sz w:val="22"/>
          <w:u w:val="single"/>
        </w:rPr>
        <w:t xml:space="preserve"> be a </w:t>
      </w:r>
      <w:r>
        <w:rPr>
          <w:b/>
          <w:i w:val="0"/>
          <w:smallCaps w:val="0"/>
          <w:strike w:val="0"/>
          <w:sz w:val="22"/>
          <w:u w:val="single"/>
        </w:rPr>
        <w:t>nail-biter</w:t>
      </w:r>
      <w:r>
        <w:rPr>
          <w:b w:val="0"/>
          <w:i w:val="0"/>
          <w:smallCaps w:val="0"/>
          <w:strike w:val="0"/>
          <w:sz w:val="22"/>
          <w:u w:val="single"/>
        </w:rPr>
        <w:t xml:space="preserve">, we feel </w:t>
      </w:r>
      <w:r>
        <w:rPr>
          <w:b/>
          <w:i w:val="0"/>
          <w:smallCaps w:val="0"/>
          <w:strike w:val="0"/>
          <w:sz w:val="22"/>
          <w:u w:val="single"/>
        </w:rPr>
        <w:t>confident</w:t>
      </w:r>
      <w:r>
        <w:rPr>
          <w:b w:val="0"/>
          <w:i w:val="0"/>
          <w:smallCaps w:val="0"/>
          <w:strike w:val="0"/>
          <w:sz w:val="16"/>
          <w:u w:val="none"/>
        </w:rPr>
        <w:t xml:space="preserve"> in the model’s 2024 prediction for who will be the next president. </w:t>
      </w:r>
      <w:r>
        <w:rPr>
          <w:b w:val="0"/>
          <w:i w:val="0"/>
          <w:smallCaps w:val="0"/>
          <w:strike w:val="0"/>
          <w:sz w:val="22"/>
          <w:u w:val="single"/>
        </w:rPr>
        <w:t>That</w:t>
      </w:r>
      <w:r>
        <w:rPr>
          <w:b w:val="0"/>
          <w:i w:val="0"/>
          <w:smallCaps w:val="0"/>
          <w:strike w:val="0"/>
          <w:sz w:val="16"/>
          <w:u w:val="none"/>
        </w:rPr>
        <w:t xml:space="preserve"> is, President </w:t>
      </w:r>
      <w:r>
        <w:rPr>
          <w:b/>
          <w:i w:val="0"/>
          <w:smallCaps w:val="0"/>
          <w:strike w:val="0"/>
          <w:sz w:val="22"/>
          <w:u w:val="single"/>
        </w:rPr>
        <w:t>Biden</w:t>
      </w:r>
      <w:r>
        <w:rPr>
          <w:b w:val="0"/>
          <w:i w:val="0"/>
          <w:smallCaps w:val="0"/>
          <w:strike w:val="0"/>
          <w:sz w:val="22"/>
          <w:u w:val="single"/>
        </w:rPr>
        <w:t xml:space="preserve"> will </w:t>
      </w:r>
      <w:r>
        <w:rPr>
          <w:b/>
          <w:i w:val="0"/>
          <w:smallCaps w:val="0"/>
          <w:strike w:val="0"/>
          <w:sz w:val="22"/>
          <w:u w:val="single"/>
        </w:rPr>
        <w:t>win re-election.</w:t>
      </w:r>
    </w:p>
    <w:p>
      <w:pPr>
        <w:pStyle w:val="Caption"/>
      </w:pPr>
      <w:r>
        <w:t>Source: Elections DA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