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Biden is on an </w:t>
      </w:r>
      <w:r>
        <w:rPr>
          <w:b/>
          <w:i w:val="0"/>
          <w:smallCaps w:val="0"/>
          <w:strike w:val="0"/>
          <w:sz w:val="26"/>
          <w:u w:val="single"/>
        </w:rPr>
        <w:t>upward trajectory</w:t>
      </w:r>
      <w:r>
        <w:rPr>
          <w:b/>
          <w:i w:val="0"/>
          <w:smallCaps w:val="0"/>
          <w:strike w:val="0"/>
          <w:sz w:val="26"/>
          <w:u w:val="none"/>
        </w:rPr>
        <w:t xml:space="preserve">. His polls will continue to improve as benefits from a strong economy materialize, and the electorate is </w:t>
      </w:r>
      <w:r>
        <w:rPr>
          <w:b/>
          <w:i w:val="0"/>
          <w:smallCaps w:val="0"/>
          <w:strike w:val="0"/>
          <w:sz w:val="26"/>
          <w:u w:val="single"/>
        </w:rPr>
        <w:t>coalescing</w:t>
      </w:r>
      <w:r>
        <w:rPr>
          <w:b/>
          <w:i w:val="0"/>
          <w:smallCaps w:val="0"/>
          <w:strike w:val="0"/>
          <w:sz w:val="26"/>
          <w:u w:val="none"/>
        </w:rPr>
        <w:t xml:space="preserve"> behind him.</w:t>
      </w:r>
    </w:p>
    <w:p>
      <w:pPr>
        <w:spacing w:after="80"/>
      </w:pPr>
      <w:r>
        <w:rPr>
          <w:b/>
          <w:i w:val="0"/>
          <w:smallCaps w:val="0"/>
          <w:strike w:val="0"/>
          <w:sz w:val="26"/>
          <w:u w:val="none"/>
        </w:rPr>
        <w:t>Romano 2/3</w:t>
      </w:r>
      <w:r>
        <w:rPr>
          <w:b w:val="0"/>
          <w:i w:val="0"/>
          <w:smallCaps w:val="0"/>
          <w:strike w:val="0"/>
          <w:u w:val="none"/>
        </w:rPr>
        <w:t xml:space="preserve"> – West Coast correspondent for Yahoo News.</w:t>
      </w:r>
    </w:p>
    <w:p>
      <w:pPr>
        <w:spacing w:after="60"/>
      </w:pPr>
      <w:r>
        <w:rPr>
          <w:b w:val="0"/>
          <w:i w:val="0"/>
          <w:smallCaps w:val="0"/>
          <w:strike w:val="0"/>
          <w:u w:val="none"/>
        </w:rPr>
        <w:t xml:space="preserve">Andrew Romano, “What Biden’s South Carolina primary win means for his 2024 chances,” </w:t>
      </w:r>
      <w:r>
        <w:rPr>
          <w:b w:val="0"/>
          <w:i/>
          <w:smallCaps w:val="0"/>
          <w:strike w:val="0"/>
          <w:u w:val="none"/>
        </w:rPr>
        <w:t>Yahoo News</w:t>
      </w:r>
      <w:r>
        <w:rPr>
          <w:b w:val="0"/>
          <w:i w:val="0"/>
          <w:smallCaps w:val="0"/>
          <w:strike w:val="0"/>
          <w:u w:val="none"/>
        </w:rPr>
        <w:t>, 3 February 2024, https://news.yahoo.com/what-bidens-south-carolina-primary-win-means-for-his-2024-chances-002511342.html?guccounter=1&amp;guce_referrer=aHR0cHM6Ly93d3cuZ29vZ2xlLmNvbS8&amp;guce_referrer_sig=AQAAAFKvJpD6IigeqeLcOBdEAUapYQbpJQ-mNPhSSPJXf1EIhedK1MRGaxtRrq1sdIr3jR4cH--OGNhD6LhfS3DuFk1f3ZuLmILEYAZjSQ3ypiV2XV2AX50T6_EZS-QbOU-YUr_WhivWSfGZYNye68JtmYpXkZMHlrJlDzEZVR9ou5s9.</w:t>
      </w:r>
    </w:p>
    <w:p>
      <w:pPr>
        <w:spacing w:after="60"/>
      </w:pPr>
      <w:r>
        <w:rPr>
          <w:b w:val="0"/>
          <w:i w:val="0"/>
          <w:smallCaps w:val="0"/>
          <w:strike w:val="0"/>
          <w:sz w:val="16"/>
          <w:u w:val="none"/>
        </w:rPr>
        <w:t>So</w:t>
      </w:r>
      <w:r>
        <w:rPr>
          <w:b w:val="0"/>
          <w:i w:val="0"/>
          <w:smallCaps w:val="0"/>
          <w:strike w:val="0"/>
          <w:sz w:val="16"/>
          <w:u w:val="none"/>
        </w:rPr>
        <w:t xml:space="preserve"> is it time to reexamine the counterargument that has been coming from Biden’s campaign — namely, that </w:t>
      </w:r>
      <w:r>
        <w:rPr>
          <w:b w:val="0"/>
          <w:i w:val="0"/>
          <w:smallCaps w:val="0"/>
          <w:strike w:val="0"/>
          <w:sz w:val="22"/>
          <w:u w:val="single"/>
        </w:rPr>
        <w:t>voters will “</w:t>
      </w:r>
      <w:r>
        <w:rPr>
          <w:b/>
          <w:i w:val="0"/>
          <w:smallCaps w:val="0"/>
          <w:strike w:val="0"/>
          <w:sz w:val="22"/>
          <w:u w:val="single"/>
        </w:rPr>
        <w:t>come around</w:t>
      </w:r>
      <w:r>
        <w:rPr>
          <w:b w:val="0"/>
          <w:i w:val="0"/>
          <w:smallCaps w:val="0"/>
          <w:strike w:val="0"/>
          <w:sz w:val="22"/>
          <w:u w:val="single"/>
        </w:rPr>
        <w:t xml:space="preserve">” as </w:t>
      </w:r>
      <w:r>
        <w:rPr>
          <w:b/>
          <w:i w:val="0"/>
          <w:smallCaps w:val="0"/>
          <w:strike w:val="0"/>
          <w:sz w:val="22"/>
          <w:u w:val="single"/>
        </w:rPr>
        <w:t>inflation cools</w:t>
      </w:r>
      <w:r>
        <w:rPr>
          <w:b w:val="0"/>
          <w:i w:val="0"/>
          <w:smallCaps w:val="0"/>
          <w:strike w:val="0"/>
          <w:sz w:val="22"/>
          <w:u w:val="single"/>
        </w:rPr>
        <w:t xml:space="preserve"> and the </w:t>
      </w:r>
      <w:r>
        <w:rPr>
          <w:b/>
          <w:i w:val="0"/>
          <w:smallCaps w:val="0"/>
          <w:strike w:val="0"/>
          <w:sz w:val="22"/>
          <w:u w:val="single"/>
        </w:rPr>
        <w:t>reality</w:t>
      </w:r>
      <w:r>
        <w:rPr>
          <w:b w:val="0"/>
          <w:i w:val="0"/>
          <w:smallCaps w:val="0"/>
          <w:strike w:val="0"/>
          <w:sz w:val="22"/>
          <w:u w:val="single"/>
        </w:rPr>
        <w:t xml:space="preserve"> of another Trump term </w:t>
      </w:r>
      <w:r>
        <w:rPr>
          <w:b/>
          <w:i w:val="0"/>
          <w:smallCaps w:val="0"/>
          <w:strike w:val="0"/>
          <w:sz w:val="22"/>
          <w:u w:val="single"/>
        </w:rPr>
        <w:t>snaps into focus</w:t>
      </w:r>
      <w:r>
        <w:rPr>
          <w:b w:val="0"/>
          <w:i w:val="0"/>
          <w:smallCaps w:val="0"/>
          <w:strike w:val="0"/>
          <w:sz w:val="16"/>
          <w:u w:val="none"/>
        </w:rPr>
        <w:t>?</w:t>
      </w:r>
    </w:p>
    <w:p>
      <w:pPr>
        <w:spacing w:after="60"/>
      </w:pPr>
      <w:r>
        <w:rPr>
          <w:b w:val="0"/>
          <w:i w:val="0"/>
          <w:smallCaps w:val="0"/>
          <w:strike w:val="0"/>
          <w:sz w:val="16"/>
          <w:u w:val="none"/>
        </w:rPr>
        <w:t xml:space="preserve">If so, </w:t>
      </w:r>
      <w:r>
        <w:rPr>
          <w:b w:val="0"/>
          <w:i w:val="0"/>
          <w:smallCaps w:val="0"/>
          <w:strike w:val="0"/>
          <w:sz w:val="22"/>
          <w:u w:val="single"/>
        </w:rPr>
        <w:t>the new</w:t>
      </w:r>
      <w:r>
        <w:rPr>
          <w:b w:val="0"/>
          <w:i w:val="0"/>
          <w:smallCaps w:val="0"/>
          <w:strike w:val="0"/>
          <w:sz w:val="16"/>
          <w:u w:val="none"/>
        </w:rPr>
        <w:t xml:space="preserve"> Yahoo News/</w:t>
      </w:r>
      <w:r>
        <w:rPr>
          <w:b w:val="0"/>
          <w:i w:val="0"/>
          <w:smallCaps w:val="0"/>
          <w:strike w:val="0"/>
          <w:sz w:val="22"/>
          <w:u w:val="single"/>
        </w:rPr>
        <w:t>YouGov poll offers</w:t>
      </w:r>
      <w:r>
        <w:rPr>
          <w:b w:val="0"/>
          <w:i w:val="0"/>
          <w:smallCaps w:val="0"/>
          <w:strike w:val="0"/>
          <w:sz w:val="16"/>
          <w:u w:val="none"/>
        </w:rPr>
        <w:t xml:space="preserve"> some </w:t>
      </w:r>
      <w:r>
        <w:rPr>
          <w:b/>
          <w:i w:val="0"/>
          <w:smallCaps w:val="0"/>
          <w:strike w:val="0"/>
          <w:sz w:val="22"/>
          <w:u w:val="single"/>
        </w:rPr>
        <w:t>early signs of hope</w:t>
      </w:r>
      <w:r>
        <w:rPr>
          <w:b w:val="0"/>
          <w:i w:val="0"/>
          <w:smallCaps w:val="0"/>
          <w:strike w:val="0"/>
          <w:sz w:val="22"/>
          <w:u w:val="single"/>
        </w:rPr>
        <w:t xml:space="preserve"> for the president.</w:t>
      </w:r>
    </w:p>
    <w:p>
      <w:pPr>
        <w:spacing w:after="60"/>
      </w:pPr>
      <w:r>
        <w:rPr>
          <w:b w:val="0"/>
          <w:i w:val="0"/>
          <w:smallCaps w:val="0"/>
          <w:strike w:val="0"/>
          <w:sz w:val="16"/>
          <w:u w:val="none"/>
        </w:rPr>
        <w:t xml:space="preserve">For starters, </w:t>
      </w:r>
      <w:r>
        <w:rPr>
          <w:b w:val="0"/>
          <w:i w:val="0"/>
          <w:smallCaps w:val="0"/>
          <w:strike w:val="0"/>
          <w:sz w:val="22"/>
          <w:u w:val="single"/>
        </w:rPr>
        <w:t xml:space="preserve">Democrats seem to be </w:t>
      </w:r>
      <w:r>
        <w:rPr>
          <w:b/>
          <w:i w:val="0"/>
          <w:smallCaps w:val="0"/>
          <w:strike w:val="0"/>
          <w:sz w:val="22"/>
          <w:u w:val="single"/>
        </w:rPr>
        <w:t>falling in line</w:t>
      </w:r>
      <w:r>
        <w:rPr>
          <w:b w:val="0"/>
          <w:i w:val="0"/>
          <w:smallCaps w:val="0"/>
          <w:strike w:val="0"/>
          <w:sz w:val="16"/>
          <w:u w:val="none"/>
        </w:rPr>
        <w:t xml:space="preserve">. A full </w:t>
      </w:r>
      <w:r>
        <w:rPr>
          <w:b/>
          <w:i w:val="0"/>
          <w:smallCaps w:val="0"/>
          <w:strike w:val="0"/>
          <w:sz w:val="22"/>
          <w:u w:val="single"/>
        </w:rPr>
        <w:t>74%</w:t>
      </w:r>
      <w:r>
        <w:rPr>
          <w:b w:val="0"/>
          <w:i w:val="0"/>
          <w:smallCaps w:val="0"/>
          <w:strike w:val="0"/>
          <w:sz w:val="22"/>
          <w:u w:val="single"/>
        </w:rPr>
        <w:t xml:space="preserve"> of potential primary voters now say they </w:t>
      </w:r>
      <w:r>
        <w:rPr>
          <w:b/>
          <w:i w:val="0"/>
          <w:smallCaps w:val="0"/>
          <w:strike w:val="0"/>
          <w:sz w:val="22"/>
          <w:u w:val="single"/>
        </w:rPr>
        <w:t>support Biden</w:t>
      </w:r>
      <w:r>
        <w:rPr>
          <w:b w:val="0"/>
          <w:i w:val="0"/>
          <w:smallCaps w:val="0"/>
          <w:strike w:val="0"/>
          <w:sz w:val="16"/>
          <w:u w:val="none"/>
        </w:rPr>
        <w:t xml:space="preserve"> as their 2024 nominee against Williamson (4%) and Phillips (3%) — </w:t>
      </w:r>
      <w:r>
        <w:rPr>
          <w:b w:val="0"/>
          <w:i w:val="0"/>
          <w:smallCaps w:val="0"/>
          <w:strike w:val="0"/>
          <w:sz w:val="22"/>
          <w:u w:val="single"/>
        </w:rPr>
        <w:t xml:space="preserve">up from </w:t>
      </w:r>
      <w:r>
        <w:rPr>
          <w:b/>
          <w:i w:val="0"/>
          <w:smallCaps w:val="0"/>
          <w:strike w:val="0"/>
          <w:sz w:val="22"/>
          <w:u w:val="single"/>
        </w:rPr>
        <w:t>68%</w:t>
      </w:r>
      <w:r>
        <w:rPr>
          <w:b w:val="0"/>
          <w:i w:val="0"/>
          <w:smallCaps w:val="0"/>
          <w:strike w:val="0"/>
          <w:sz w:val="16"/>
          <w:u w:val="none"/>
        </w:rPr>
        <w:t xml:space="preserve"> who said </w:t>
      </w:r>
      <w:r>
        <w:rPr>
          <w:b w:val="0"/>
          <w:i w:val="0"/>
          <w:smallCaps w:val="0"/>
          <w:strike w:val="0"/>
          <w:sz w:val="22"/>
          <w:u w:val="single"/>
        </w:rPr>
        <w:t xml:space="preserve">in </w:t>
      </w:r>
      <w:r>
        <w:rPr>
          <w:b/>
          <w:i w:val="0"/>
          <w:smallCaps w:val="0"/>
          <w:strike w:val="0"/>
          <w:sz w:val="22"/>
          <w:u w:val="single"/>
        </w:rPr>
        <w:t>December</w:t>
      </w:r>
      <w:r>
        <w:rPr>
          <w:b w:val="0"/>
          <w:i w:val="0"/>
          <w:smallCaps w:val="0"/>
          <w:strike w:val="0"/>
          <w:sz w:val="16"/>
          <w:u w:val="none"/>
        </w:rPr>
        <w:t xml:space="preserve"> that they would vote for Biden in their state’s primary or caucus.</w:t>
      </w:r>
    </w:p>
    <w:p>
      <w:pPr>
        <w:spacing w:after="60"/>
      </w:pPr>
      <w:r>
        <w:rPr>
          <w:b w:val="0"/>
          <w:i w:val="0"/>
          <w:smallCaps w:val="0"/>
          <w:strike w:val="0"/>
          <w:sz w:val="16"/>
          <w:u w:val="none"/>
        </w:rPr>
        <w:t xml:space="preserve">Likewise, </w:t>
      </w:r>
      <w:r>
        <w:rPr>
          <w:b w:val="0"/>
          <w:i w:val="0"/>
          <w:smallCaps w:val="0"/>
          <w:strike w:val="0"/>
          <w:sz w:val="22"/>
          <w:u w:val="single"/>
        </w:rPr>
        <w:t>Democratic support for Biden (62%) versus a hypothetical “someone else”</w:t>
      </w:r>
      <w:r>
        <w:rPr>
          <w:b w:val="0"/>
          <w:i w:val="0"/>
          <w:smallCaps w:val="0"/>
          <w:strike w:val="0"/>
          <w:sz w:val="16"/>
          <w:u w:val="none"/>
        </w:rPr>
        <w:t xml:space="preserve"> (28%) </w:t>
      </w:r>
      <w:r>
        <w:rPr>
          <w:b w:val="0"/>
          <w:i w:val="0"/>
          <w:smallCaps w:val="0"/>
          <w:strike w:val="0"/>
          <w:sz w:val="22"/>
          <w:u w:val="single"/>
        </w:rPr>
        <w:t xml:space="preserve">is </w:t>
      </w:r>
      <w:r>
        <w:rPr>
          <w:b/>
          <w:i w:val="0"/>
          <w:smallCaps w:val="0"/>
          <w:strike w:val="0"/>
          <w:sz w:val="22"/>
          <w:u w:val="single"/>
        </w:rPr>
        <w:t>11 points higher</w:t>
      </w:r>
      <w:r>
        <w:rPr>
          <w:b w:val="0"/>
          <w:i w:val="0"/>
          <w:smallCaps w:val="0"/>
          <w:strike w:val="0"/>
          <w:sz w:val="22"/>
          <w:u w:val="single"/>
        </w:rPr>
        <w:t xml:space="preserve"> than it was just last month</w:t>
      </w:r>
      <w:r>
        <w:rPr>
          <w:b w:val="0"/>
          <w:i w:val="0"/>
          <w:smallCaps w:val="0"/>
          <w:strike w:val="0"/>
          <w:sz w:val="16"/>
          <w:u w:val="none"/>
        </w:rPr>
        <w:t xml:space="preserve"> — and less than half (42%) of potential Democratic primary voters say they want another Democrat to challenge the president, down from 50% in December and 54% in November. Democrats are also increasingly likely to describe Biden as “fit to serve another term as president”: 64% now vs. 54% in November.</w:t>
      </w:r>
    </w:p>
    <w:p>
      <w:pPr>
        <w:spacing w:after="60"/>
      </w:pPr>
      <w:r>
        <w:rPr>
          <w:b w:val="0"/>
          <w:i w:val="0"/>
          <w:smallCaps w:val="0"/>
          <w:strike w:val="0"/>
          <w:sz w:val="16"/>
          <w:u w:val="none"/>
        </w:rPr>
        <w:t xml:space="preserve">At the same time, </w:t>
      </w:r>
      <w:r>
        <w:rPr>
          <w:b w:val="0"/>
          <w:i w:val="0"/>
          <w:smallCaps w:val="0"/>
          <w:strike w:val="0"/>
          <w:sz w:val="22"/>
          <w:u w:val="single"/>
        </w:rPr>
        <w:t xml:space="preserve">Democrats are </w:t>
      </w:r>
      <w:r>
        <w:rPr>
          <w:b/>
          <w:i w:val="0"/>
          <w:smallCaps w:val="0"/>
          <w:strike w:val="0"/>
          <w:sz w:val="22"/>
          <w:u w:val="single"/>
        </w:rPr>
        <w:t>seven points more likely</w:t>
      </w:r>
      <w:r>
        <w:rPr>
          <w:b w:val="0"/>
          <w:i w:val="0"/>
          <w:smallCaps w:val="0"/>
          <w:strike w:val="0"/>
          <w:sz w:val="22"/>
          <w:u w:val="single"/>
        </w:rPr>
        <w:t xml:space="preserve"> to say they </w:t>
      </w:r>
      <w:r>
        <w:rPr>
          <w:b/>
          <w:i w:val="0"/>
          <w:smallCaps w:val="0"/>
          <w:strike w:val="0"/>
          <w:sz w:val="22"/>
          <w:u w:val="single"/>
        </w:rPr>
        <w:t>approve</w:t>
      </w:r>
      <w:r>
        <w:rPr>
          <w:b w:val="0"/>
          <w:i w:val="0"/>
          <w:smallCaps w:val="0"/>
          <w:strike w:val="0"/>
          <w:sz w:val="22"/>
          <w:u w:val="single"/>
        </w:rPr>
        <w:t xml:space="preserve"> of how Biden is handling the presidency</w:t>
      </w:r>
      <w:r>
        <w:rPr>
          <w:b w:val="0"/>
          <w:i w:val="0"/>
          <w:smallCaps w:val="0"/>
          <w:strike w:val="0"/>
          <w:sz w:val="16"/>
          <w:u w:val="none"/>
        </w:rPr>
        <w:t xml:space="preserve"> (81%) </w:t>
      </w:r>
      <w:r>
        <w:rPr>
          <w:b w:val="0"/>
          <w:i w:val="0"/>
          <w:smallCaps w:val="0"/>
          <w:strike w:val="0"/>
          <w:sz w:val="22"/>
          <w:u w:val="single"/>
        </w:rPr>
        <w:t>than they were last month</w:t>
      </w:r>
      <w:r>
        <w:rPr>
          <w:b w:val="0"/>
          <w:i w:val="0"/>
          <w:smallCaps w:val="0"/>
          <w:strike w:val="0"/>
          <w:sz w:val="16"/>
          <w:u w:val="none"/>
        </w:rPr>
        <w:t xml:space="preserve"> (74%). As a result, </w:t>
      </w:r>
      <w:r>
        <w:rPr>
          <w:b w:val="0"/>
          <w:i w:val="0"/>
          <w:smallCaps w:val="0"/>
          <w:strike w:val="0"/>
          <w:sz w:val="22"/>
          <w:u w:val="single"/>
        </w:rPr>
        <w:t xml:space="preserve">Biden’s </w:t>
      </w:r>
      <w:r>
        <w:rPr>
          <w:b/>
          <w:i w:val="0"/>
          <w:smallCaps w:val="0"/>
          <w:strike w:val="0"/>
          <w:sz w:val="22"/>
          <w:u w:val="single"/>
        </w:rPr>
        <w:t>overall approval</w:t>
      </w:r>
      <w:r>
        <w:rPr>
          <w:b w:val="0"/>
          <w:i w:val="0"/>
          <w:smallCaps w:val="0"/>
          <w:strike w:val="0"/>
          <w:sz w:val="22"/>
          <w:u w:val="single"/>
        </w:rPr>
        <w:t xml:space="preserve"> rating</w:t>
      </w:r>
      <w:r>
        <w:rPr>
          <w:b w:val="0"/>
          <w:i w:val="0"/>
          <w:smallCaps w:val="0"/>
          <w:strike w:val="0"/>
          <w:sz w:val="16"/>
          <w:u w:val="none"/>
        </w:rPr>
        <w:t xml:space="preserve"> among all Americans (40%) </w:t>
      </w:r>
      <w:r>
        <w:rPr>
          <w:b w:val="0"/>
          <w:i w:val="0"/>
          <w:smallCaps w:val="0"/>
          <w:strike w:val="0"/>
          <w:sz w:val="22"/>
          <w:u w:val="single"/>
        </w:rPr>
        <w:t xml:space="preserve">has jumped by </w:t>
      </w:r>
      <w:r>
        <w:rPr>
          <w:b/>
          <w:i w:val="0"/>
          <w:smallCaps w:val="0"/>
          <w:strike w:val="0"/>
          <w:sz w:val="22"/>
          <w:u w:val="single"/>
        </w:rPr>
        <w:t>three points</w:t>
      </w:r>
      <w:r>
        <w:rPr>
          <w:b w:val="0"/>
          <w:i w:val="0"/>
          <w:smallCaps w:val="0"/>
          <w:strike w:val="0"/>
          <w:sz w:val="22"/>
          <w:u w:val="single"/>
        </w:rPr>
        <w:t xml:space="preserve"> over the same period</w:t>
      </w:r>
      <w:r>
        <w:rPr>
          <w:b w:val="0"/>
          <w:i w:val="0"/>
          <w:smallCaps w:val="0"/>
          <w:strike w:val="0"/>
          <w:sz w:val="16"/>
          <w:u w:val="none"/>
        </w:rPr>
        <w:t xml:space="preserve"> — and while still low, </w:t>
      </w:r>
      <w:r>
        <w:rPr>
          <w:b w:val="0"/>
          <w:i w:val="0"/>
          <w:smallCaps w:val="0"/>
          <w:strike w:val="0"/>
          <w:sz w:val="22"/>
          <w:u w:val="single"/>
        </w:rPr>
        <w:t xml:space="preserve">it’s </w:t>
      </w:r>
      <w:r>
        <w:rPr>
          <w:b/>
          <w:i w:val="0"/>
          <w:smallCaps w:val="0"/>
          <w:strike w:val="0"/>
          <w:sz w:val="22"/>
          <w:u w:val="single"/>
        </w:rPr>
        <w:t>higher</w:t>
      </w:r>
      <w:r>
        <w:rPr>
          <w:b w:val="0"/>
          <w:i w:val="0"/>
          <w:smallCaps w:val="0"/>
          <w:strike w:val="0"/>
          <w:sz w:val="22"/>
          <w:u w:val="single"/>
        </w:rPr>
        <w:t xml:space="preserve"> than it has been since </w:t>
      </w:r>
      <w:r>
        <w:rPr>
          <w:b/>
          <w:i w:val="0"/>
          <w:smallCaps w:val="0"/>
          <w:strike w:val="0"/>
          <w:sz w:val="22"/>
          <w:u w:val="single"/>
        </w:rPr>
        <w:t>August of last year.</w:t>
      </w:r>
    </w:p>
    <w:p>
      <w:pPr>
        <w:spacing w:after="60"/>
      </w:pPr>
      <w:r>
        <w:rPr>
          <w:b w:val="0"/>
          <w:i w:val="0"/>
          <w:smallCaps w:val="0"/>
          <w:strike w:val="0"/>
          <w:u w:val="none"/>
        </w:rPr>
        <w:t>The issue on which Biden has gained the most ground since December? The economy, where he’s gone from 36% to 39% approval among all Americans — and from 69% to 79% among Democrats.</w:t>
      </w:r>
    </w:p>
    <w:p>
      <w:pPr>
        <w:spacing w:after="60"/>
      </w:pPr>
      <w:r>
        <w:rPr>
          <w:b w:val="0"/>
          <w:i w:val="0"/>
          <w:smallCaps w:val="0"/>
          <w:strike w:val="0"/>
          <w:sz w:val="22"/>
          <w:u w:val="single"/>
        </w:rPr>
        <w:t xml:space="preserve">This </w:t>
      </w:r>
      <w:r>
        <w:rPr>
          <w:b/>
          <w:i w:val="0"/>
          <w:smallCaps w:val="0"/>
          <w:strike w:val="0"/>
          <w:sz w:val="22"/>
          <w:u w:val="single"/>
        </w:rPr>
        <w:t>modest shift</w:t>
      </w:r>
      <w:r>
        <w:rPr>
          <w:b w:val="0"/>
          <w:i w:val="0"/>
          <w:smallCaps w:val="0"/>
          <w:strike w:val="0"/>
          <w:sz w:val="16"/>
          <w:u w:val="none"/>
        </w:rPr>
        <w:t xml:space="preserve"> likely </w:t>
      </w:r>
      <w:r>
        <w:rPr>
          <w:b w:val="0"/>
          <w:i w:val="0"/>
          <w:smallCaps w:val="0"/>
          <w:strike w:val="0"/>
          <w:sz w:val="22"/>
          <w:u w:val="single"/>
        </w:rPr>
        <w:t xml:space="preserve">reflects </w:t>
      </w:r>
      <w:r>
        <w:rPr>
          <w:b/>
          <w:i w:val="0"/>
          <w:smallCaps w:val="0"/>
          <w:strike w:val="0"/>
          <w:sz w:val="22"/>
          <w:u w:val="single"/>
        </w:rPr>
        <w:t>real-world economic trends</w:t>
      </w:r>
      <w:r>
        <w:rPr>
          <w:b w:val="0"/>
          <w:i w:val="0"/>
          <w:smallCaps w:val="0"/>
          <w:strike w:val="0"/>
          <w:sz w:val="22"/>
          <w:u w:val="single"/>
        </w:rPr>
        <w:t xml:space="preserve">, including </w:t>
      </w:r>
      <w:r>
        <w:rPr>
          <w:b/>
          <w:i w:val="0"/>
          <w:smallCaps w:val="0"/>
          <w:strike w:val="0"/>
          <w:sz w:val="22"/>
          <w:u w:val="single"/>
        </w:rPr>
        <w:t>falling inflation</w:t>
      </w:r>
      <w:r>
        <w:rPr>
          <w:b w:val="0"/>
          <w:i w:val="0"/>
          <w:smallCaps w:val="0"/>
          <w:strike w:val="0"/>
          <w:sz w:val="22"/>
          <w:u w:val="single"/>
        </w:rPr>
        <w:t xml:space="preserve">, </w:t>
      </w:r>
      <w:r>
        <w:rPr>
          <w:b/>
          <w:i w:val="0"/>
          <w:smallCaps w:val="0"/>
          <w:strike w:val="0"/>
          <w:sz w:val="22"/>
          <w:u w:val="single"/>
        </w:rPr>
        <w:t>low unemployment</w:t>
      </w:r>
      <w:r>
        <w:rPr>
          <w:b w:val="0"/>
          <w:i w:val="0"/>
          <w:smallCaps w:val="0"/>
          <w:strike w:val="0"/>
          <w:sz w:val="22"/>
          <w:u w:val="single"/>
        </w:rPr>
        <w:t xml:space="preserve"> and </w:t>
      </w:r>
      <w:r>
        <w:rPr>
          <w:b/>
          <w:i w:val="0"/>
          <w:smallCaps w:val="0"/>
          <w:strike w:val="0"/>
          <w:sz w:val="22"/>
          <w:u w:val="single"/>
        </w:rPr>
        <w:t>higher-than-expected growth</w:t>
      </w:r>
      <w:r>
        <w:rPr>
          <w:b w:val="0"/>
          <w:i w:val="0"/>
          <w:smallCaps w:val="0"/>
          <w:strike w:val="0"/>
          <w:sz w:val="16"/>
          <w:u w:val="none"/>
        </w:rPr>
        <w:t>. A third of all U.S. adults (33%) now describe the current state of the American economy as excellent or good, up six points from 27% in December and 10 points from 23% in September.</w:t>
      </w:r>
    </w:p>
    <w:p>
      <w:pPr>
        <w:spacing w:after="60"/>
      </w:pPr>
      <w:r>
        <w:rPr>
          <w:b w:val="0"/>
          <w:i w:val="0"/>
          <w:smallCaps w:val="0"/>
          <w:strike w:val="0"/>
          <w:u w:val="none"/>
        </w:rPr>
        <w:t>By the same token, just 32% say the economy is in recession, down from 36% in December and the lowest number on a Yahoo News/YouGov survey since the question was introduced in August 2022.</w:t>
      </w:r>
    </w:p>
    <w:p>
      <w:pPr>
        <w:spacing w:after="60"/>
      </w:pPr>
      <w:r>
        <w:rPr>
          <w:b w:val="0"/>
          <w:i w:val="0"/>
          <w:smallCaps w:val="0"/>
          <w:strike w:val="0"/>
          <w:u w:val="none"/>
        </w:rPr>
        <w:t>Back then, a majority of Americans (53%) said the economy was experiencing a recession.</w:t>
      </w:r>
    </w:p>
    <w:p>
      <w:pPr>
        <w:spacing w:after="60"/>
      </w:pPr>
      <w:r>
        <w:rPr>
          <w:b w:val="0"/>
          <w:i w:val="0"/>
          <w:smallCaps w:val="0"/>
          <w:strike w:val="0"/>
          <w:u w:val="none"/>
        </w:rPr>
        <w:t>The battle isn’t over yet</w:t>
      </w:r>
    </w:p>
    <w:p>
      <w:pPr>
        <w:spacing w:after="60"/>
      </w:pPr>
      <w:r>
        <w:rPr>
          <w:b w:val="0"/>
          <w:i w:val="0"/>
          <w:smallCaps w:val="0"/>
          <w:strike w:val="0"/>
          <w:u w:val="none"/>
        </w:rPr>
        <w:t>To be sure, both economic sentiment and Biden’s approval ratings remain lower than the White House would like. The president is tied with his predecessor, and neither independents nor Republicans are inclined to look favorably upon the economy — or Biden’s stewardship of it.</w:t>
      </w:r>
    </w:p>
    <w:p>
      <w:pPr>
        <w:spacing w:after="60"/>
      </w:pPr>
      <w:r>
        <w:rPr>
          <w:b w:val="0"/>
          <w:i w:val="0"/>
          <w:smallCaps w:val="0"/>
          <w:strike w:val="0"/>
          <w:sz w:val="16"/>
          <w:u w:val="none"/>
        </w:rPr>
        <w:t xml:space="preserve">But </w:t>
      </w:r>
      <w:r>
        <w:rPr>
          <w:b/>
          <w:i w:val="0"/>
          <w:smallCaps w:val="0"/>
          <w:strike w:val="0"/>
          <w:sz w:val="22"/>
          <w:u w:val="single"/>
        </w:rPr>
        <w:t>once-reluctant</w:t>
      </w:r>
      <w:r>
        <w:rPr>
          <w:b w:val="0"/>
          <w:i w:val="0"/>
          <w:smallCaps w:val="0"/>
          <w:strike w:val="0"/>
          <w:sz w:val="22"/>
          <w:u w:val="single"/>
        </w:rPr>
        <w:t xml:space="preserve"> Democrats are </w:t>
      </w:r>
      <w:r>
        <w:rPr>
          <w:b/>
          <w:i w:val="0"/>
          <w:smallCaps w:val="0"/>
          <w:strike w:val="0"/>
          <w:sz w:val="22"/>
          <w:u w:val="single"/>
        </w:rPr>
        <w:t>increasingly</w:t>
      </w:r>
      <w:r>
        <w:rPr>
          <w:b w:val="0"/>
          <w:i w:val="0"/>
          <w:smallCaps w:val="0"/>
          <w:strike w:val="0"/>
          <w:sz w:val="16"/>
          <w:u w:val="none"/>
        </w:rPr>
        <w:t xml:space="preserve"> doing just that — and they, in turn, may be </w:t>
      </w:r>
      <w:r>
        <w:rPr>
          <w:b w:val="0"/>
          <w:i w:val="0"/>
          <w:smallCaps w:val="0"/>
          <w:strike w:val="0"/>
          <w:sz w:val="22"/>
          <w:u w:val="single"/>
        </w:rPr>
        <w:t xml:space="preserve">starting to </w:t>
      </w:r>
      <w:r>
        <w:rPr>
          <w:b/>
          <w:i w:val="0"/>
          <w:smallCaps w:val="0"/>
          <w:strike w:val="0"/>
          <w:sz w:val="22"/>
          <w:u w:val="single"/>
        </w:rPr>
        <w:t>boost</w:t>
      </w:r>
      <w:r>
        <w:rPr>
          <w:b w:val="0"/>
          <w:i w:val="0"/>
          <w:smallCaps w:val="0"/>
          <w:strike w:val="0"/>
          <w:sz w:val="22"/>
          <w:u w:val="single"/>
        </w:rPr>
        <w:t xml:space="preserve"> Biden’s </w:t>
      </w:r>
      <w:r>
        <w:rPr>
          <w:b/>
          <w:i w:val="0"/>
          <w:smallCaps w:val="0"/>
          <w:strike w:val="0"/>
          <w:sz w:val="22"/>
          <w:u w:val="single"/>
        </w:rPr>
        <w:t>overall numbers</w:t>
      </w:r>
      <w:r>
        <w:rPr>
          <w:b w:val="0"/>
          <w:i w:val="0"/>
          <w:smallCaps w:val="0"/>
          <w:strike w:val="0"/>
          <w:sz w:val="16"/>
          <w:u w:val="none"/>
        </w:rPr>
        <w:t>.</w:t>
      </w:r>
    </w:p>
    <w:p>
      <w:pPr>
        <w:spacing w:after="60"/>
      </w:pPr>
      <w:r>
        <w:rPr>
          <w:b w:val="0"/>
          <w:i w:val="0"/>
          <w:smallCaps w:val="0"/>
          <w:strike w:val="0"/>
          <w:sz w:val="16"/>
          <w:u w:val="none"/>
        </w:rPr>
        <w:t xml:space="preserve">Meanwhile, </w:t>
      </w:r>
      <w:r>
        <w:rPr>
          <w:b w:val="0"/>
          <w:i w:val="0"/>
          <w:smallCaps w:val="0"/>
          <w:strike w:val="0"/>
          <w:sz w:val="22"/>
          <w:u w:val="single"/>
        </w:rPr>
        <w:t xml:space="preserve">worries that </w:t>
      </w:r>
      <w:r>
        <w:rPr>
          <w:b/>
          <w:i w:val="0"/>
          <w:smallCaps w:val="0"/>
          <w:strike w:val="0"/>
          <w:sz w:val="22"/>
          <w:u w:val="single"/>
        </w:rPr>
        <w:t>younger voters</w:t>
      </w:r>
      <w:r>
        <w:rPr>
          <w:b w:val="0"/>
          <w:i w:val="0"/>
          <w:smallCaps w:val="0"/>
          <w:strike w:val="0"/>
          <w:sz w:val="22"/>
          <w:u w:val="single"/>
        </w:rPr>
        <w:t xml:space="preserve"> and </w:t>
      </w:r>
      <w:r>
        <w:rPr>
          <w:b/>
          <w:i w:val="0"/>
          <w:smallCaps w:val="0"/>
          <w:strike w:val="0"/>
          <w:sz w:val="22"/>
          <w:u w:val="single"/>
        </w:rPr>
        <w:t>voters of color</w:t>
      </w:r>
      <w:r>
        <w:rPr>
          <w:b w:val="0"/>
          <w:i w:val="0"/>
          <w:smallCaps w:val="0"/>
          <w:strike w:val="0"/>
          <w:sz w:val="22"/>
          <w:u w:val="single"/>
        </w:rPr>
        <w:t xml:space="preserve"> would </w:t>
      </w:r>
      <w:r>
        <w:rPr>
          <w:b/>
          <w:i w:val="0"/>
          <w:smallCaps w:val="0"/>
          <w:strike w:val="0"/>
          <w:sz w:val="22"/>
          <w:u w:val="single"/>
        </w:rPr>
        <w:t>abandon Biden</w:t>
      </w:r>
      <w:r>
        <w:rPr>
          <w:b w:val="0"/>
          <w:i w:val="0"/>
          <w:smallCaps w:val="0"/>
          <w:strike w:val="0"/>
          <w:sz w:val="22"/>
          <w:u w:val="single"/>
        </w:rPr>
        <w:t xml:space="preserve"> over his </w:t>
      </w:r>
      <w:r>
        <w:rPr>
          <w:b/>
          <w:i w:val="0"/>
          <w:smallCaps w:val="0"/>
          <w:strike w:val="0"/>
          <w:sz w:val="22"/>
          <w:u w:val="single"/>
        </w:rPr>
        <w:t>support for Israel</w:t>
      </w:r>
      <w:r>
        <w:rPr>
          <w:b w:val="0"/>
          <w:i w:val="0"/>
          <w:smallCaps w:val="0"/>
          <w:strike w:val="0"/>
          <w:sz w:val="22"/>
          <w:u w:val="single"/>
        </w:rPr>
        <w:t xml:space="preserve"> seem not to have </w:t>
      </w:r>
      <w:r>
        <w:rPr>
          <w:b/>
          <w:i w:val="0"/>
          <w:smallCaps w:val="0"/>
          <w:strike w:val="0"/>
          <w:sz w:val="22"/>
          <w:u w:val="single"/>
        </w:rPr>
        <w:t>materialized</w:t>
      </w:r>
      <w:r>
        <w:rPr>
          <w:b w:val="0"/>
          <w:i w:val="0"/>
          <w:smallCaps w:val="0"/>
          <w:strike w:val="0"/>
          <w:sz w:val="22"/>
          <w:u w:val="single"/>
        </w:rPr>
        <w:t>; Biden’s current approval ratings among Black Americans</w:t>
      </w:r>
      <w:r>
        <w:rPr>
          <w:b w:val="0"/>
          <w:i w:val="0"/>
          <w:smallCaps w:val="0"/>
          <w:strike w:val="0"/>
          <w:sz w:val="16"/>
          <w:u w:val="none"/>
        </w:rPr>
        <w:t xml:space="preserve"> (63%) </w:t>
      </w:r>
      <w:r>
        <w:rPr>
          <w:b w:val="0"/>
          <w:i w:val="0"/>
          <w:smallCaps w:val="0"/>
          <w:strike w:val="0"/>
          <w:sz w:val="22"/>
          <w:u w:val="single"/>
        </w:rPr>
        <w:t>and Americans aged 18-29</w:t>
      </w:r>
      <w:r>
        <w:rPr>
          <w:b w:val="0"/>
          <w:i w:val="0"/>
          <w:smallCaps w:val="0"/>
          <w:strike w:val="0"/>
          <w:sz w:val="16"/>
          <w:u w:val="none"/>
        </w:rPr>
        <w:t xml:space="preserve"> (49%) </w:t>
      </w:r>
      <w:r>
        <w:rPr>
          <w:b w:val="0"/>
          <w:i w:val="0"/>
          <w:smallCaps w:val="0"/>
          <w:strike w:val="0"/>
          <w:sz w:val="22"/>
          <w:u w:val="single"/>
        </w:rPr>
        <w:t>are</w:t>
      </w:r>
      <w:r>
        <w:rPr>
          <w:b w:val="0"/>
          <w:i w:val="0"/>
          <w:smallCaps w:val="0"/>
          <w:strike w:val="0"/>
          <w:sz w:val="16"/>
          <w:u w:val="none"/>
        </w:rPr>
        <w:t xml:space="preserve"> actually </w:t>
      </w:r>
      <w:r>
        <w:rPr>
          <w:b/>
          <w:i w:val="0"/>
          <w:smallCaps w:val="0"/>
          <w:strike w:val="0"/>
          <w:sz w:val="22"/>
          <w:u w:val="single"/>
        </w:rPr>
        <w:t>higher today</w:t>
      </w:r>
      <w:r>
        <w:rPr>
          <w:b w:val="0"/>
          <w:i w:val="0"/>
          <w:smallCaps w:val="0"/>
          <w:strike w:val="0"/>
          <w:sz w:val="22"/>
          <w:u w:val="single"/>
        </w:rPr>
        <w:t xml:space="preserve"> than they were</w:t>
      </w:r>
      <w:r>
        <w:rPr>
          <w:b w:val="0"/>
          <w:i w:val="0"/>
          <w:smallCaps w:val="0"/>
          <w:strike w:val="0"/>
          <w:sz w:val="16"/>
          <w:u w:val="none"/>
        </w:rPr>
        <w:t xml:space="preserve"> in September 2023 (53% and 42%, respectively), </w:t>
      </w:r>
      <w:r>
        <w:rPr>
          <w:b/>
          <w:i w:val="0"/>
          <w:smallCaps w:val="0"/>
          <w:strike w:val="0"/>
          <w:sz w:val="22"/>
          <w:u w:val="single"/>
        </w:rPr>
        <w:t>prior</w:t>
      </w:r>
      <w:r>
        <w:rPr>
          <w:b w:val="0"/>
          <w:i w:val="0"/>
          <w:smallCaps w:val="0"/>
          <w:strike w:val="0"/>
          <w:sz w:val="22"/>
          <w:u w:val="single"/>
        </w:rPr>
        <w:t xml:space="preserve"> to the war in </w:t>
      </w:r>
      <w:r>
        <w:rPr>
          <w:b/>
          <w:i w:val="0"/>
          <w:smallCaps w:val="0"/>
          <w:strike w:val="0"/>
          <w:sz w:val="22"/>
          <w:u w:val="single"/>
        </w:rPr>
        <w:t>Gaza</w:t>
      </w:r>
      <w:r>
        <w:rPr>
          <w:b w:val="0"/>
          <w:i w:val="0"/>
          <w:smallCaps w:val="0"/>
          <w:strike w:val="0"/>
          <w:sz w:val="22"/>
          <w:u w:val="single"/>
        </w:rPr>
        <w:t>.</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