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Gaza isn’t a problem</w:t>
      </w:r>
      <w:r>
        <w:rPr>
          <w:b/>
          <w:i w:val="0"/>
          <w:smallCaps w:val="0"/>
          <w:strike w:val="0"/>
          <w:sz w:val="26"/>
          <w:u w:val="none"/>
        </w:rPr>
        <w:t xml:space="preserve"> for Biden’s electability</w:t>
      </w:r>
      <w:r>
        <w:rPr>
          <w:b/>
          <w:i w:val="0"/>
          <w:smallCaps w:val="0"/>
          <w:strike w:val="0"/>
          <w:sz w:val="26"/>
          <w:u w:val="none"/>
        </w:rPr>
        <w:t xml:space="preserve"> – Muslim and Arab Americans are a small part of the electorate, and they’ll vote for Biden anyway.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Mellman</w:t>
      </w:r>
      <w:r>
        <w:rPr>
          <w:b/>
          <w:i w:val="0"/>
          <w:smallCaps w:val="0"/>
          <w:strike w:val="0"/>
          <w:sz w:val="26"/>
          <w:u w:val="none"/>
        </w:rPr>
        <w:t xml:space="preserve"> 3/23</w:t>
      </w:r>
      <w:r>
        <w:rPr>
          <w:b w:val="0"/>
          <w:i w:val="0"/>
          <w:smallCaps w:val="0"/>
          <w:strike w:val="0"/>
          <w:u w:val="none"/>
        </w:rPr>
        <w:t xml:space="preserve"> – President of the American Association of Political Consultants and CEO of The </w:t>
      </w:r>
      <w:r>
        <w:rPr>
          <w:b w:val="0"/>
          <w:i w:val="0"/>
          <w:smallCaps w:val="0"/>
          <w:strike w:val="0"/>
          <w:u w:val="none"/>
        </w:rPr>
        <w:t>Mellman</w:t>
      </w:r>
      <w:r>
        <w:rPr>
          <w:b w:val="0"/>
          <w:i w:val="0"/>
          <w:smallCaps w:val="0"/>
          <w:strike w:val="0"/>
          <w:u w:val="none"/>
        </w:rPr>
        <w:t xml:space="preserve"> Group, a Democratic polling and consulting firm.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Mark </w:t>
      </w:r>
      <w:r>
        <w:rPr>
          <w:b w:val="0"/>
          <w:i w:val="0"/>
          <w:smallCaps w:val="0"/>
          <w:strike w:val="0"/>
          <w:u w:val="none"/>
        </w:rPr>
        <w:t>Mellman</w:t>
      </w:r>
      <w:r>
        <w:rPr>
          <w:b w:val="0"/>
          <w:i w:val="0"/>
          <w:smallCaps w:val="0"/>
          <w:strike w:val="0"/>
          <w:u w:val="none"/>
        </w:rPr>
        <w:t xml:space="preserve">, interviewed by Ryan </w:t>
      </w:r>
      <w:r>
        <w:rPr>
          <w:b w:val="0"/>
          <w:i w:val="0"/>
          <w:smallCaps w:val="0"/>
          <w:strike w:val="0"/>
          <w:u w:val="none"/>
        </w:rPr>
        <w:t>Lizza</w:t>
      </w:r>
      <w:r>
        <w:rPr>
          <w:b w:val="0"/>
          <w:i w:val="0"/>
          <w:smallCaps w:val="0"/>
          <w:strike w:val="0"/>
          <w:u w:val="none"/>
        </w:rPr>
        <w:t xml:space="preserve"> (Chief Washington Correspondent for POLITICO), “Why This Pollster Says the Press Is Wrong About the Politics of Israel,” </w:t>
      </w:r>
      <w:r>
        <w:rPr>
          <w:b w:val="0"/>
          <w:i/>
          <w:smallCaps w:val="0"/>
          <w:strike w:val="0"/>
          <w:u w:val="none"/>
        </w:rPr>
        <w:t>POLITICO</w:t>
      </w:r>
      <w:r>
        <w:rPr>
          <w:b w:val="0"/>
          <w:i w:val="0"/>
          <w:smallCaps w:val="0"/>
          <w:strike w:val="0"/>
          <w:u w:val="none"/>
        </w:rPr>
        <w:t>, 23 March 2024, https://www.politico.com/news/magazine/2024/03/23/this-pollster-isnt-worried-that-israel-will-sink-joe-biden-00148665.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Q: Let’s start with the politics of Israel. We recently had </w:t>
      </w:r>
      <w:r>
        <w:rPr>
          <w:b w:val="0"/>
          <w:i w:val="0"/>
          <w:smallCaps w:val="0"/>
          <w:strike w:val="0"/>
          <w:sz w:val="22"/>
          <w:u w:val="single"/>
        </w:rPr>
        <w:t>Rep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Veronica </w:t>
      </w:r>
      <w:r>
        <w:rPr>
          <w:b w:val="0"/>
          <w:i w:val="0"/>
          <w:smallCaps w:val="0"/>
          <w:strike w:val="0"/>
          <w:sz w:val="22"/>
          <w:u w:val="single"/>
        </w:rPr>
        <w:t>Escobar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this show. She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said that </w:t>
      </w:r>
      <w:r>
        <w:rPr>
          <w:b/>
          <w:i w:val="0"/>
          <w:smallCaps w:val="0"/>
          <w:strike w:val="0"/>
          <w:sz w:val="22"/>
          <w:u w:val="single"/>
        </w:rPr>
        <w:t>Gaza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was the </w:t>
      </w:r>
      <w:r>
        <w:rPr>
          <w:b/>
          <w:i w:val="0"/>
          <w:smallCaps w:val="0"/>
          <w:strike w:val="0"/>
          <w:sz w:val="22"/>
          <w:u w:val="single"/>
        </w:rPr>
        <w:t>Democrats’ biggest vulnerability</w:t>
      </w:r>
      <w:r>
        <w:rPr>
          <w:b w:val="0"/>
          <w:i w:val="0"/>
          <w:smallCaps w:val="0"/>
          <w:strike w:val="0"/>
          <w:sz w:val="16"/>
          <w:u w:val="none"/>
        </w:rPr>
        <w:t>. Do you agree that it’s as big a problem or a bigger problem than, say, the border or Biden’s age?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A: I think </w:t>
      </w:r>
      <w:r>
        <w:rPr>
          <w:b w:val="0"/>
          <w:i w:val="0"/>
          <w:smallCaps w:val="0"/>
          <w:strike w:val="0"/>
          <w:sz w:val="22"/>
          <w:u w:val="single"/>
        </w:rPr>
        <w:t>there’s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absolutely </w:t>
      </w:r>
      <w:r>
        <w:rPr>
          <w:b/>
          <w:i w:val="0"/>
          <w:smallCaps w:val="0"/>
          <w:strike w:val="0"/>
          <w:sz w:val="22"/>
          <w:u w:val="single"/>
        </w:rPr>
        <w:t>no evidence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that </w:t>
      </w:r>
      <w:r>
        <w:rPr>
          <w:b/>
          <w:i w:val="0"/>
          <w:smallCaps w:val="0"/>
          <w:strike w:val="0"/>
          <w:sz w:val="22"/>
          <w:u w:val="single"/>
        </w:rPr>
        <w:t>whatsoever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reality 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we’ve asked people whether they </w:t>
      </w:r>
      <w:r>
        <w:rPr>
          <w:b/>
          <w:i w:val="0"/>
          <w:smallCaps w:val="0"/>
          <w:strike w:val="0"/>
          <w:sz w:val="22"/>
          <w:u w:val="single"/>
        </w:rPr>
        <w:t>approve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disapprove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way the </w:t>
      </w:r>
      <w:r>
        <w:rPr>
          <w:b/>
          <w:i w:val="0"/>
          <w:smallCaps w:val="0"/>
          <w:strike w:val="0"/>
          <w:sz w:val="22"/>
          <w:u w:val="single"/>
        </w:rPr>
        <w:t>president’s handling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this war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the truth is, the majority of people say they disapprove of the way he’s handling this war. It has nothing to do with which side he’s on.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next </w:t>
      </w:r>
      <w:r>
        <w:rPr>
          <w:b/>
          <w:i w:val="0"/>
          <w:smallCaps w:val="0"/>
          <w:strike w:val="0"/>
          <w:sz w:val="22"/>
          <w:u w:val="single"/>
        </w:rPr>
        <w:t>largest number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think he’s </w:t>
      </w:r>
      <w:r>
        <w:rPr>
          <w:b/>
          <w:i w:val="0"/>
          <w:smallCaps w:val="0"/>
          <w:strike w:val="0"/>
          <w:sz w:val="22"/>
          <w:u w:val="single"/>
        </w:rPr>
        <w:t>too pro-Palestinian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 w:val="0"/>
          <w:i w:val="0"/>
          <w:smallCaps w:val="0"/>
          <w:strike w:val="0"/>
          <w:sz w:val="22"/>
          <w:u w:val="single"/>
        </w:rPr>
        <w:t>the smallest number think he’s too pro-Israel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it’s </w:t>
      </w:r>
      <w:r>
        <w:rPr>
          <w:b/>
          <w:i w:val="0"/>
          <w:smallCaps w:val="0"/>
          <w:strike w:val="0"/>
          <w:sz w:val="22"/>
          <w:u w:val="single"/>
        </w:rPr>
        <w:t>not being supportive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Israel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that’s the </w:t>
      </w:r>
      <w:r>
        <w:rPr>
          <w:b/>
          <w:i w:val="0"/>
          <w:smallCaps w:val="0"/>
          <w:strike w:val="0"/>
          <w:sz w:val="22"/>
          <w:u w:val="single"/>
        </w:rPr>
        <w:t>problem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it’s something else. And the reality is, when we ask people whether they are more likely to vote for the president because of what he’s done in this war, </w:t>
      </w:r>
      <w:r>
        <w:rPr>
          <w:b w:val="0"/>
          <w:i w:val="0"/>
          <w:smallCaps w:val="0"/>
          <w:strike w:val="0"/>
          <w:sz w:val="22"/>
          <w:u w:val="single"/>
        </w:rPr>
        <w:t>more people are likely to vote for him than against him.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Most people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“You know what?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really </w:t>
      </w:r>
      <w:r>
        <w:rPr>
          <w:b/>
          <w:i w:val="0"/>
          <w:smallCaps w:val="0"/>
          <w:strike w:val="0"/>
          <w:sz w:val="22"/>
          <w:u w:val="single"/>
        </w:rPr>
        <w:t>doesn’t matter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me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Q: </w:t>
      </w:r>
      <w:r>
        <w:rPr>
          <w:b w:val="0"/>
          <w:i w:val="0"/>
          <w:smallCaps w:val="0"/>
          <w:strike w:val="0"/>
          <w:sz w:val="22"/>
          <w:u w:val="single"/>
        </w:rPr>
        <w:t>The argument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the other side, </w:t>
      </w:r>
      <w:r>
        <w:rPr>
          <w:b/>
          <w:i w:val="0"/>
          <w:smallCaps w:val="0"/>
          <w:strike w:val="0"/>
          <w:sz w:val="22"/>
          <w:u w:val="single"/>
        </w:rPr>
        <w:t>on the left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and we’re really just talking about the crass politics of Biden’s position on Israel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that this is a </w:t>
      </w:r>
      <w:r>
        <w:rPr>
          <w:b/>
          <w:i w:val="0"/>
          <w:smallCaps w:val="0"/>
          <w:strike w:val="0"/>
          <w:sz w:val="22"/>
          <w:u w:val="single"/>
        </w:rPr>
        <w:t>problem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him in </w:t>
      </w:r>
      <w:r>
        <w:rPr>
          <w:b/>
          <w:i w:val="0"/>
          <w:smallCaps w:val="0"/>
          <w:strike w:val="0"/>
          <w:sz w:val="22"/>
          <w:u w:val="single"/>
        </w:rPr>
        <w:t>Michigan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where there is a very large </w:t>
      </w:r>
      <w:r>
        <w:rPr>
          <w:b/>
          <w:i w:val="0"/>
          <w:smallCaps w:val="0"/>
          <w:strike w:val="0"/>
          <w:sz w:val="22"/>
          <w:u w:val="single"/>
        </w:rPr>
        <w:t>Muslim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Arab American population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where Biden had a slim margin in 2020; and it’s connected to why young voters and non-white voters are showing much less support for Biden than at this stage in 2020.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A: </w:t>
      </w:r>
      <w:r>
        <w:rPr>
          <w:b w:val="0"/>
          <w:i w:val="0"/>
          <w:smallCaps w:val="0"/>
          <w:strike w:val="0"/>
          <w:sz w:val="22"/>
          <w:u w:val="single"/>
        </w:rPr>
        <w:t>If you look 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exit polls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about </w:t>
      </w:r>
      <w:r>
        <w:rPr>
          <w:b/>
          <w:i w:val="0"/>
          <w:smallCaps w:val="0"/>
          <w:strike w:val="0"/>
          <w:sz w:val="22"/>
          <w:u w:val="single"/>
        </w:rPr>
        <w:t>1 percent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/>
          <w:i w:val="0"/>
          <w:smallCaps w:val="0"/>
          <w:strike w:val="0"/>
          <w:sz w:val="22"/>
          <w:u w:val="single"/>
        </w:rPr>
        <w:t>Michigan electorate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u w:val="single"/>
        </w:rPr>
        <w:t>Muslim American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>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it’s large compared to other places. In Nevada, Muslims register 0 percent of the electorate. So much larger than that, but </w:t>
      </w:r>
      <w:r>
        <w:rPr>
          <w:b/>
          <w:i w:val="0"/>
          <w:smallCaps w:val="0"/>
          <w:strike w:val="0"/>
          <w:sz w:val="22"/>
          <w:u w:val="single"/>
        </w:rPr>
        <w:t>not really very large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For example,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Jewish community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Michigan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about </w:t>
      </w:r>
      <w:r>
        <w:rPr>
          <w:b/>
          <w:i w:val="0"/>
          <w:smallCaps w:val="0"/>
          <w:strike w:val="0"/>
          <w:sz w:val="22"/>
          <w:u w:val="single"/>
        </w:rPr>
        <w:t>2 percent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electorate. In Nevada, it’s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about </w:t>
      </w:r>
      <w:r>
        <w:rPr>
          <w:b w:val="0"/>
          <w:i w:val="0"/>
          <w:smallCaps w:val="0"/>
          <w:strike w:val="0"/>
          <w:sz w:val="22"/>
          <w:u w:val="single"/>
        </w:rPr>
        <w:t>4 percent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electorate. So, you have to look at this in a number of different ways. First, are you really losing support among these groups because of this issue?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Again, there just is not evidence of that. There’s evidence that he’s lost support among those groups, but there’s really no evidence — and again, we’ve asked the questions directly — there’s no evidence that it’s because of this that he’s lost support.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Q: And you’re talking specifically about the Muslim American or non-white voters and young people?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A: I’m going to come back to the Muslim voters in just a second. But with those younger voters —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Q: You don’t see evidence that Israel is costing Biden there?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A: You don’t. And they’re telling us that the economic issues are what’s really most important to them, telling us that in poll-after-poll.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They’re not as pro-Israel as their elders are, those younger voters. We definitely have problems with them. But they’re not saying that they’re voting against Joe Biden because of this issue.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Arab American voter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potentially different situation, no question about it. My point about them is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they’re a relatively </w:t>
      </w:r>
      <w:r>
        <w:rPr>
          <w:b/>
          <w:i w:val="0"/>
          <w:smallCaps w:val="0"/>
          <w:strike w:val="0"/>
          <w:sz w:val="22"/>
          <w:u w:val="single"/>
        </w:rPr>
        <w:t>small proportion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/>
          <w:i w:val="0"/>
          <w:smallCaps w:val="0"/>
          <w:strike w:val="0"/>
          <w:sz w:val="22"/>
          <w:u w:val="single"/>
        </w:rPr>
        <w:t>electorate</w:t>
      </w:r>
      <w:r>
        <w:rPr>
          <w:b w:val="0"/>
          <w:i w:val="0"/>
          <w:smallCaps w:val="0"/>
          <w:strike w:val="0"/>
          <w:sz w:val="16"/>
          <w:u w:val="none"/>
        </w:rPr>
        <w:t>. Number one.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Number two, it is </w:t>
      </w:r>
      <w:r>
        <w:rPr>
          <w:b/>
          <w:i w:val="0"/>
          <w:smallCaps w:val="0"/>
          <w:strike w:val="0"/>
          <w:sz w:val="22"/>
          <w:u w:val="single"/>
        </w:rPr>
        <w:t>very hard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me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imagine that — and I don’t speak for the Muslim community, obviously, in any way, shape or form — but it’s hard for me to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understand, as an analyst, that a </w:t>
      </w:r>
      <w:r>
        <w:rPr>
          <w:b/>
          <w:i w:val="0"/>
          <w:smallCaps w:val="0"/>
          <w:strike w:val="0"/>
          <w:sz w:val="22"/>
          <w:u w:val="single"/>
        </w:rPr>
        <w:t>Muslim American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going to go </w:t>
      </w:r>
      <w:r>
        <w:rPr>
          <w:b/>
          <w:i w:val="0"/>
          <w:smallCaps w:val="0"/>
          <w:strike w:val="0"/>
          <w:sz w:val="22"/>
          <w:u w:val="single"/>
        </w:rPr>
        <w:t>vote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</w:t>
      </w:r>
      <w:r>
        <w:rPr>
          <w:b/>
          <w:i w:val="0"/>
          <w:smallCaps w:val="0"/>
          <w:strike w:val="0"/>
          <w:sz w:val="22"/>
          <w:u w:val="single"/>
        </w:rPr>
        <w:t>islamophobe</w:t>
      </w:r>
      <w:r>
        <w:rPr>
          <w:b/>
          <w:i w:val="0"/>
          <w:smallCaps w:val="0"/>
          <w:strike w:val="0"/>
          <w:sz w:val="22"/>
          <w:u w:val="single"/>
        </w:rPr>
        <w:t>-in-chief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Donald </w:t>
      </w:r>
      <w:r>
        <w:rPr>
          <w:b w:val="0"/>
          <w:i w:val="0"/>
          <w:smallCaps w:val="0"/>
          <w:strike w:val="0"/>
          <w:sz w:val="22"/>
          <w:u w:val="single"/>
        </w:rPr>
        <w:t>Trump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against Joe Biden;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guy who instituted a </w:t>
      </w:r>
      <w:r>
        <w:rPr>
          <w:b/>
          <w:i w:val="0"/>
          <w:smallCaps w:val="0"/>
          <w:strike w:val="0"/>
          <w:sz w:val="22"/>
          <w:u w:val="single"/>
        </w:rPr>
        <w:t>Muslim ban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guy who wants to </w:t>
      </w:r>
      <w:r>
        <w:rPr>
          <w:b/>
          <w:i w:val="0"/>
          <w:smallCaps w:val="0"/>
          <w:strike w:val="0"/>
          <w:sz w:val="22"/>
          <w:u w:val="single"/>
        </w:rPr>
        <w:t>deport Palestinians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when he becomes president</w:t>
      </w:r>
      <w:r>
        <w:rPr>
          <w:b w:val="0"/>
          <w:i w:val="0"/>
          <w:smallCaps w:val="0"/>
          <w:strike w:val="0"/>
          <w:sz w:val="16"/>
          <w:u w:val="none"/>
        </w:rPr>
        <w:t>. People aren’t going to vote for him.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Now, </w:t>
      </w:r>
      <w:r>
        <w:rPr>
          <w:b w:val="0"/>
          <w:i w:val="0"/>
          <w:smallCaps w:val="0"/>
          <w:strike w:val="0"/>
          <w:sz w:val="22"/>
          <w:u w:val="single"/>
        </w:rPr>
        <w:t>people say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“Well,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may not vote for Trump, but maybe they don’t vote at all.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Or maybe they vote for Cornell West or whatever.” </w:t>
      </w:r>
      <w:r>
        <w:rPr>
          <w:b w:val="0"/>
          <w:i w:val="0"/>
          <w:smallCaps w:val="0"/>
          <w:strike w:val="0"/>
          <w:sz w:val="22"/>
          <w:u w:val="single"/>
        </w:rPr>
        <w:t>Certainly possible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again,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closer we get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this election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clearer it’s going to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everyone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if you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otherwise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Biden voter who votes for a </w:t>
      </w:r>
      <w:r>
        <w:rPr>
          <w:b/>
          <w:i w:val="0"/>
          <w:smallCaps w:val="0"/>
          <w:strike w:val="0"/>
          <w:sz w:val="22"/>
          <w:u w:val="single"/>
        </w:rPr>
        <w:t>third party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stays home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you’re </w:t>
      </w:r>
      <w:r>
        <w:rPr>
          <w:b/>
          <w:i w:val="0"/>
          <w:smallCaps w:val="0"/>
          <w:strike w:val="0"/>
          <w:sz w:val="22"/>
          <w:u w:val="single"/>
        </w:rPr>
        <w:t>voting for Trump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And that’s going to be </w:t>
      </w:r>
      <w:r>
        <w:rPr>
          <w:b/>
          <w:i w:val="0"/>
          <w:smallCaps w:val="0"/>
          <w:strike w:val="0"/>
          <w:sz w:val="22"/>
          <w:u w:val="single"/>
        </w:rPr>
        <w:t>very clear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</w:t>
      </w:r>
      <w:r>
        <w:rPr>
          <w:b/>
          <w:i w:val="0"/>
          <w:smallCaps w:val="0"/>
          <w:strike w:val="0"/>
          <w:sz w:val="22"/>
          <w:u w:val="single"/>
        </w:rPr>
        <w:t>Muslim community</w:t>
      </w:r>
      <w:r>
        <w:rPr>
          <w:b w:val="0"/>
          <w:i w:val="0"/>
          <w:smallCaps w:val="0"/>
          <w:strike w:val="0"/>
          <w:sz w:val="16"/>
          <w:u w:val="none"/>
        </w:rPr>
        <w:t>. It’s going to be very clear to the Jewish community; it’s going to be very clear to every community that cares about preventing Donald Trump from taking back the White House.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