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 re-election ends the LIO</w:t>
      </w:r>
      <w:r>
        <w:rPr>
          <w:b w:val="0"/>
          <w:i w:val="0"/>
          <w:smallCaps w:val="0"/>
          <w:strike w:val="0"/>
          <w:sz w:val="26"/>
          <w:u w:val="none"/>
        </w:rPr>
        <w:t>.</w:t>
      </w:r>
    </w:p>
    <w:p>
      <w:pPr>
        <w:spacing w:after="80"/>
      </w:pPr>
      <w:r>
        <w:rPr>
          <w:b/>
          <w:i w:val="0"/>
          <w:smallCaps w:val="0"/>
          <w:strike w:val="0"/>
          <w:sz w:val="26"/>
          <w:u w:val="none"/>
        </w:rPr>
        <w:t>Economist 23</w:t>
      </w:r>
      <w:r>
        <w:rPr>
          <w:b w:val="0"/>
          <w:i w:val="0"/>
          <w:smallCaps w:val="0"/>
          <w:strike w:val="0"/>
          <w:u w:val="none"/>
        </w:rPr>
        <w:t xml:space="preserve"> – British weekly newspaper.</w:t>
      </w:r>
    </w:p>
    <w:p>
      <w:pPr>
        <w:spacing w:after="60"/>
      </w:pPr>
      <w:r>
        <w:rPr>
          <w:b w:val="0"/>
          <w:i w:val="0"/>
          <w:smallCaps w:val="0"/>
          <w:strike w:val="0"/>
          <w:u w:val="none"/>
        </w:rPr>
        <w:t xml:space="preserve">“Donald Trump poses the biggest danger to the world in 2024,” </w:t>
      </w:r>
      <w:r>
        <w:rPr>
          <w:b w:val="0"/>
          <w:i/>
          <w:smallCaps w:val="0"/>
          <w:strike w:val="0"/>
          <w:u w:val="none"/>
        </w:rPr>
        <w:t>The Economist</w:t>
      </w:r>
      <w:r>
        <w:rPr>
          <w:b w:val="0"/>
          <w:i w:val="0"/>
          <w:smallCaps w:val="0"/>
          <w:strike w:val="0"/>
          <w:u w:val="none"/>
        </w:rPr>
        <w:t>, 16 November 2023, https://www.economist.com/leaders/2023/11/16/donald-trump-poses-the-biggest-danger-to-the-world-in-2024.</w:t>
      </w:r>
    </w:p>
    <w:p>
      <w:pPr>
        <w:spacing w:after="60"/>
      </w:pPr>
      <w:r>
        <w:rPr>
          <w:b w:val="0"/>
          <w:i w:val="0"/>
          <w:smallCaps w:val="0"/>
          <w:strike w:val="0"/>
          <w:sz w:val="22"/>
          <w:u w:val="single"/>
        </w:rPr>
        <w:t xml:space="preserve">A </w:t>
      </w:r>
      <w:r>
        <w:rPr>
          <w:b/>
          <w:i w:val="0"/>
          <w:smallCaps w:val="0"/>
          <w:strike w:val="0"/>
          <w:sz w:val="22"/>
          <w:u w:val="single"/>
        </w:rPr>
        <w:t>shadow looms</w:t>
      </w:r>
      <w:r>
        <w:rPr>
          <w:b w:val="0"/>
          <w:i w:val="0"/>
          <w:smallCaps w:val="0"/>
          <w:strike w:val="0"/>
          <w:sz w:val="22"/>
          <w:u w:val="single"/>
        </w:rPr>
        <w:t xml:space="preserve"> over the world</w:t>
      </w:r>
      <w:r>
        <w:rPr>
          <w:b w:val="0"/>
          <w:i w:val="0"/>
          <w:smallCaps w:val="0"/>
          <w:strike w:val="0"/>
          <w:sz w:val="16"/>
          <w:u w:val="none"/>
        </w:rPr>
        <w:t xml:space="preserve">. In this week’s edition we publish The World Ahead 2024, our 38th annual predictive guide to the coming year, and in all that time </w:t>
      </w:r>
      <w:r>
        <w:rPr>
          <w:b w:val="0"/>
          <w:i w:val="0"/>
          <w:smallCaps w:val="0"/>
          <w:strike w:val="0"/>
          <w:sz w:val="22"/>
          <w:u w:val="single"/>
        </w:rPr>
        <w:t xml:space="preserve">no </w:t>
      </w:r>
      <w:r>
        <w:rPr>
          <w:b/>
          <w:i w:val="0"/>
          <w:smallCaps w:val="0"/>
          <w:strike w:val="0"/>
          <w:sz w:val="22"/>
          <w:u w:val="single"/>
        </w:rPr>
        <w:t>single person</w:t>
      </w:r>
      <w:r>
        <w:rPr>
          <w:b w:val="0"/>
          <w:i w:val="0"/>
          <w:smallCaps w:val="0"/>
          <w:strike w:val="0"/>
          <w:sz w:val="22"/>
          <w:u w:val="single"/>
        </w:rPr>
        <w:t xml:space="preserve"> has ever </w:t>
      </w:r>
      <w:r>
        <w:rPr>
          <w:b/>
          <w:i w:val="0"/>
          <w:smallCaps w:val="0"/>
          <w:strike w:val="0"/>
          <w:sz w:val="22"/>
          <w:u w:val="single"/>
        </w:rPr>
        <w:t>eclipsed</w:t>
      </w:r>
      <w:r>
        <w:rPr>
          <w:b w:val="0"/>
          <w:i w:val="0"/>
          <w:smallCaps w:val="0"/>
          <w:strike w:val="0"/>
          <w:sz w:val="22"/>
          <w:u w:val="single"/>
        </w:rPr>
        <w:t xml:space="preserve"> our analysis as much as </w:t>
      </w:r>
      <w:r>
        <w:rPr>
          <w:b/>
          <w:i w:val="0"/>
          <w:smallCaps w:val="0"/>
          <w:strike w:val="0"/>
          <w:sz w:val="22"/>
          <w:u w:val="single"/>
        </w:rPr>
        <w:t>Donald Trump</w:t>
      </w:r>
      <w:r>
        <w:rPr>
          <w:b w:val="0"/>
          <w:i w:val="0"/>
          <w:smallCaps w:val="0"/>
          <w:strike w:val="0"/>
          <w:sz w:val="16"/>
          <w:u w:val="none"/>
        </w:rPr>
        <w:t xml:space="preserve"> eclipses 2024. That a Trump victory next November is a coin-toss probability is beginning to sink in.</w:t>
      </w:r>
    </w:p>
    <w:p>
      <w:pPr>
        <w:spacing w:after="60"/>
      </w:pPr>
      <w:r>
        <w:rPr>
          <w:b w:val="0"/>
          <w:i w:val="0"/>
          <w:smallCaps w:val="0"/>
          <w:strike w:val="0"/>
          <w:sz w:val="16"/>
          <w:u w:val="none"/>
        </w:rPr>
        <w:t>Mr</w:t>
      </w:r>
      <w:r>
        <w:rPr>
          <w:b w:val="0"/>
          <w:i w:val="0"/>
          <w:smallCaps w:val="0"/>
          <w:strike w:val="0"/>
          <w:sz w:val="16"/>
          <w:u w:val="none"/>
        </w:rPr>
        <w:t xml:space="preserve"> Trump dominates the Republican primary. Several polls have him ahead of President Joe Biden in swing states. In one, for the New York Times, 59% of voters trusted him on the economy, compared with just 37% for </w:t>
      </w:r>
      <w:r>
        <w:rPr>
          <w:b w:val="0"/>
          <w:i w:val="0"/>
          <w:smallCaps w:val="0"/>
          <w:strike w:val="0"/>
          <w:sz w:val="16"/>
          <w:u w:val="none"/>
        </w:rPr>
        <w:t>Mr</w:t>
      </w:r>
      <w:r>
        <w:rPr>
          <w:b w:val="0"/>
          <w:i w:val="0"/>
          <w:smallCaps w:val="0"/>
          <w:strike w:val="0"/>
          <w:sz w:val="16"/>
          <w:u w:val="none"/>
        </w:rPr>
        <w:t xml:space="preserve"> Biden. In the primaries, at least, civil lawsuits and criminal prosecutions have only strengthened </w:t>
      </w:r>
      <w:r>
        <w:rPr>
          <w:b w:val="0"/>
          <w:i w:val="0"/>
          <w:smallCaps w:val="0"/>
          <w:strike w:val="0"/>
          <w:sz w:val="16"/>
          <w:u w:val="none"/>
        </w:rPr>
        <w:t>Mr</w:t>
      </w:r>
      <w:r>
        <w:rPr>
          <w:b w:val="0"/>
          <w:i w:val="0"/>
          <w:smallCaps w:val="0"/>
          <w:strike w:val="0"/>
          <w:sz w:val="16"/>
          <w:u w:val="none"/>
        </w:rPr>
        <w:t xml:space="preserve"> Trump. For decades Democrats have relied on support among black and Hispanic voters, but a meaningful number are abandoning the party. </w:t>
      </w:r>
      <w:r>
        <w:rPr>
          <w:b w:val="0"/>
          <w:i w:val="0"/>
          <w:smallCaps w:val="0"/>
          <w:strike w:val="0"/>
          <w:sz w:val="22"/>
          <w:u w:val="single"/>
        </w:rPr>
        <w:t xml:space="preserve">In the next </w:t>
      </w:r>
      <w:r>
        <w:rPr>
          <w:b/>
          <w:i w:val="0"/>
          <w:smallCaps w:val="0"/>
          <w:strike w:val="0"/>
          <w:sz w:val="22"/>
          <w:u w:val="single"/>
        </w:rPr>
        <w:t>12 months</w:t>
      </w:r>
      <w:r>
        <w:rPr>
          <w:b w:val="0"/>
          <w:i w:val="0"/>
          <w:smallCaps w:val="0"/>
          <w:strike w:val="0"/>
          <w:sz w:val="22"/>
          <w:u w:val="single"/>
        </w:rPr>
        <w:t xml:space="preserve"> a </w:t>
      </w:r>
      <w:r>
        <w:rPr>
          <w:b/>
          <w:i w:val="0"/>
          <w:smallCaps w:val="0"/>
          <w:strike w:val="0"/>
          <w:sz w:val="22"/>
          <w:u w:val="single"/>
        </w:rPr>
        <w:t>stumble</w:t>
      </w:r>
      <w:r>
        <w:rPr>
          <w:b w:val="0"/>
          <w:i w:val="0"/>
          <w:smallCaps w:val="0"/>
          <w:strike w:val="0"/>
          <w:sz w:val="22"/>
          <w:u w:val="single"/>
        </w:rPr>
        <w:t xml:space="preserve"> by either candidate could </w:t>
      </w:r>
      <w:r>
        <w:rPr>
          <w:b/>
          <w:i w:val="0"/>
          <w:smallCaps w:val="0"/>
          <w:strike w:val="0"/>
          <w:sz w:val="22"/>
          <w:u w:val="single"/>
        </w:rPr>
        <w:t>determine the race</w:t>
      </w:r>
      <w:r>
        <w:rPr>
          <w:b w:val="0"/>
          <w:i w:val="0"/>
          <w:smallCaps w:val="0"/>
          <w:strike w:val="0"/>
          <w:sz w:val="16"/>
          <w:u w:val="none"/>
        </w:rPr>
        <w:t>—</w:t>
      </w:r>
      <w:r>
        <w:rPr>
          <w:b w:val="0"/>
          <w:i w:val="0"/>
          <w:smallCaps w:val="0"/>
          <w:strike w:val="0"/>
          <w:sz w:val="22"/>
          <w:u w:val="single"/>
        </w:rPr>
        <w:t xml:space="preserve">and thus </w:t>
      </w:r>
      <w:r>
        <w:rPr>
          <w:b/>
          <w:i w:val="0"/>
          <w:smallCaps w:val="0"/>
          <w:strike w:val="0"/>
          <w:sz w:val="22"/>
          <w:u w:val="single"/>
        </w:rPr>
        <w:t>upend the world</w:t>
      </w:r>
      <w:r>
        <w:rPr>
          <w:b w:val="0"/>
          <w:i w:val="0"/>
          <w:smallCaps w:val="0"/>
          <w:strike w:val="0"/>
          <w:sz w:val="22"/>
          <w:u w:val="single"/>
        </w:rPr>
        <w:t>.</w:t>
      </w:r>
    </w:p>
    <w:p>
      <w:pPr>
        <w:spacing w:after="60"/>
      </w:pPr>
      <w:r>
        <w:rPr>
          <w:b w:val="0"/>
          <w:i w:val="0"/>
          <w:smallCaps w:val="0"/>
          <w:strike w:val="0"/>
          <w:sz w:val="22"/>
          <w:u w:val="single"/>
        </w:rPr>
        <w:t xml:space="preserve">This is a </w:t>
      </w:r>
      <w:r>
        <w:rPr>
          <w:b/>
          <w:i w:val="0"/>
          <w:smallCaps w:val="0"/>
          <w:strike w:val="0"/>
          <w:sz w:val="22"/>
          <w:u w:val="single"/>
        </w:rPr>
        <w:t>perilous moment</w:t>
      </w:r>
      <w:r>
        <w:rPr>
          <w:b w:val="0"/>
          <w:i w:val="0"/>
          <w:smallCaps w:val="0"/>
          <w:strike w:val="0"/>
          <w:sz w:val="22"/>
          <w:u w:val="single"/>
        </w:rPr>
        <w:t xml:space="preserve"> for</w:t>
      </w:r>
      <w:r>
        <w:rPr>
          <w:b w:val="0"/>
          <w:i w:val="0"/>
          <w:smallCaps w:val="0"/>
          <w:strike w:val="0"/>
          <w:sz w:val="16"/>
          <w:u w:val="none"/>
        </w:rPr>
        <w:t xml:space="preserve"> a man like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 to be back </w:t>
      </w:r>
      <w:r>
        <w:rPr>
          <w:b/>
          <w:i w:val="0"/>
          <w:smallCaps w:val="0"/>
          <w:strike w:val="0"/>
          <w:sz w:val="22"/>
          <w:u w:val="single"/>
        </w:rPr>
        <w:t>knocking on the door</w:t>
      </w:r>
      <w:r>
        <w:rPr>
          <w:b w:val="0"/>
          <w:i w:val="0"/>
          <w:smallCaps w:val="0"/>
          <w:strike w:val="0"/>
          <w:sz w:val="22"/>
          <w:u w:val="single"/>
        </w:rPr>
        <w:t xml:space="preserve"> of the Oval Office. </w:t>
      </w:r>
      <w:r>
        <w:rPr>
          <w:b/>
          <w:i w:val="0"/>
          <w:smallCaps w:val="0"/>
          <w:strike w:val="0"/>
          <w:sz w:val="22"/>
          <w:u w:val="single"/>
        </w:rPr>
        <w:t>Democracy</w:t>
      </w:r>
      <w:r>
        <w:rPr>
          <w:b w:val="0"/>
          <w:i w:val="0"/>
          <w:smallCaps w:val="0"/>
          <w:strike w:val="0"/>
          <w:sz w:val="22"/>
          <w:u w:val="single"/>
        </w:rPr>
        <w:t xml:space="preserve"> is in </w:t>
      </w:r>
      <w:r>
        <w:rPr>
          <w:b/>
          <w:i w:val="0"/>
          <w:smallCaps w:val="0"/>
          <w:strike w:val="0"/>
          <w:sz w:val="22"/>
          <w:u w:val="single"/>
        </w:rPr>
        <w:t>trouble</w:t>
      </w:r>
      <w:r>
        <w:rPr>
          <w:b w:val="0"/>
          <w:i w:val="0"/>
          <w:smallCaps w:val="0"/>
          <w:strike w:val="0"/>
          <w:sz w:val="22"/>
          <w:u w:val="single"/>
        </w:rPr>
        <w:t xml:space="preserve"> at home</w:t>
      </w:r>
      <w:r>
        <w:rPr>
          <w:b w:val="0"/>
          <w:i w:val="0"/>
          <w:smallCaps w:val="0"/>
          <w:strike w:val="0"/>
          <w:sz w:val="16"/>
          <w:u w:val="none"/>
        </w:rPr>
        <w:t xml:space="preserve">. </w:t>
      </w:r>
      <w:r>
        <w:rPr>
          <w:b w:val="0"/>
          <w:i w:val="0"/>
          <w:smallCaps w:val="0"/>
          <w:strike w:val="0"/>
          <w:sz w:val="16"/>
          <w:u w:val="none"/>
        </w:rPr>
        <w:t>Mr</w:t>
      </w:r>
      <w:r>
        <w:rPr>
          <w:b w:val="0"/>
          <w:i w:val="0"/>
          <w:smallCaps w:val="0"/>
          <w:strike w:val="0"/>
          <w:sz w:val="16"/>
          <w:u w:val="none"/>
        </w:rPr>
        <w:t xml:space="preserve"> Trump’s claim to have won the election in 2020 was more than a lie: it was a cynical bet that he could manipulate and intimidate his compatriots, and it has worked. </w:t>
      </w:r>
      <w:r>
        <w:rPr>
          <w:b w:val="0"/>
          <w:i w:val="0"/>
          <w:smallCaps w:val="0"/>
          <w:strike w:val="0"/>
          <w:sz w:val="22"/>
          <w:u w:val="single"/>
        </w:rPr>
        <w:t>America</w:t>
      </w:r>
      <w:r>
        <w:rPr>
          <w:b w:val="0"/>
          <w:i w:val="0"/>
          <w:smallCaps w:val="0"/>
          <w:strike w:val="0"/>
          <w:sz w:val="16"/>
          <w:u w:val="none"/>
        </w:rPr>
        <w:t xml:space="preserve"> also </w:t>
      </w:r>
      <w:r>
        <w:rPr>
          <w:b w:val="0"/>
          <w:i w:val="0"/>
          <w:smallCaps w:val="0"/>
          <w:strike w:val="0"/>
          <w:sz w:val="22"/>
          <w:u w:val="single"/>
        </w:rPr>
        <w:t xml:space="preserve">faces </w:t>
      </w:r>
      <w:r>
        <w:rPr>
          <w:b/>
          <w:i w:val="0"/>
          <w:smallCaps w:val="0"/>
          <w:strike w:val="0"/>
          <w:sz w:val="22"/>
          <w:u w:val="single"/>
        </w:rPr>
        <w:t>growing hostility</w:t>
      </w:r>
      <w:r>
        <w:rPr>
          <w:b w:val="0"/>
          <w:i w:val="0"/>
          <w:smallCaps w:val="0"/>
          <w:strike w:val="0"/>
          <w:sz w:val="22"/>
          <w:u w:val="single"/>
        </w:rPr>
        <w:t xml:space="preserve"> abroad, challenged by </w:t>
      </w:r>
      <w:r>
        <w:rPr>
          <w:b/>
          <w:i w:val="0"/>
          <w:smallCaps w:val="0"/>
          <w:strike w:val="0"/>
          <w:sz w:val="22"/>
          <w:u w:val="single"/>
        </w:rPr>
        <w:t>Russia</w:t>
      </w:r>
      <w:r>
        <w:rPr>
          <w:b w:val="0"/>
          <w:i w:val="0"/>
          <w:smallCaps w:val="0"/>
          <w:strike w:val="0"/>
          <w:sz w:val="22"/>
          <w:u w:val="single"/>
        </w:rPr>
        <w:t xml:space="preserve"> in </w:t>
      </w:r>
      <w:r>
        <w:rPr>
          <w:b/>
          <w:i w:val="0"/>
          <w:smallCaps w:val="0"/>
          <w:strike w:val="0"/>
          <w:sz w:val="22"/>
          <w:u w:val="single"/>
        </w:rPr>
        <w:t>Ukraine</w:t>
      </w:r>
      <w:r>
        <w:rPr>
          <w:b w:val="0"/>
          <w:i w:val="0"/>
          <w:smallCaps w:val="0"/>
          <w:strike w:val="0"/>
          <w:sz w:val="22"/>
          <w:u w:val="single"/>
        </w:rPr>
        <w:t xml:space="preserve">, by </w:t>
      </w:r>
      <w:r>
        <w:rPr>
          <w:b/>
          <w:i w:val="0"/>
          <w:smallCaps w:val="0"/>
          <w:strike w:val="0"/>
          <w:sz w:val="22"/>
          <w:u w:val="single"/>
        </w:rPr>
        <w:t>Iran</w:t>
      </w:r>
      <w:r>
        <w:rPr>
          <w:b w:val="0"/>
          <w:i w:val="0"/>
          <w:smallCaps w:val="0"/>
          <w:strike w:val="0"/>
          <w:sz w:val="16"/>
          <w:u w:val="none"/>
        </w:rPr>
        <w:t xml:space="preserve"> and its allied militias </w:t>
      </w:r>
      <w:r>
        <w:rPr>
          <w:b w:val="0"/>
          <w:i w:val="0"/>
          <w:smallCaps w:val="0"/>
          <w:strike w:val="0"/>
          <w:sz w:val="22"/>
          <w:u w:val="single"/>
        </w:rPr>
        <w:t xml:space="preserve">in the </w:t>
      </w:r>
      <w:r>
        <w:rPr>
          <w:b/>
          <w:i w:val="0"/>
          <w:smallCaps w:val="0"/>
          <w:strike w:val="0"/>
          <w:sz w:val="22"/>
          <w:u w:val="single"/>
        </w:rPr>
        <w:t>Middle East</w:t>
      </w:r>
      <w:r>
        <w:rPr>
          <w:b w:val="0"/>
          <w:i w:val="0"/>
          <w:smallCaps w:val="0"/>
          <w:strike w:val="0"/>
          <w:sz w:val="22"/>
          <w:u w:val="single"/>
        </w:rPr>
        <w:t xml:space="preserve"> and by </w:t>
      </w:r>
      <w:r>
        <w:rPr>
          <w:b/>
          <w:i w:val="0"/>
          <w:smallCaps w:val="0"/>
          <w:strike w:val="0"/>
          <w:sz w:val="22"/>
          <w:u w:val="single"/>
        </w:rPr>
        <w:t>China</w:t>
      </w:r>
      <w:r>
        <w:rPr>
          <w:b w:val="0"/>
          <w:i w:val="0"/>
          <w:smallCaps w:val="0"/>
          <w:strike w:val="0"/>
          <w:sz w:val="22"/>
          <w:u w:val="single"/>
        </w:rPr>
        <w:t xml:space="preserve"> across the </w:t>
      </w:r>
      <w:r>
        <w:rPr>
          <w:b/>
          <w:i w:val="0"/>
          <w:smallCaps w:val="0"/>
          <w:strike w:val="0"/>
          <w:sz w:val="22"/>
          <w:u w:val="single"/>
        </w:rPr>
        <w:t>Taiwan Strait</w:t>
      </w:r>
      <w:r>
        <w:rPr>
          <w:b w:val="0"/>
          <w:i w:val="0"/>
          <w:smallCaps w:val="0"/>
          <w:strike w:val="0"/>
          <w:sz w:val="22"/>
          <w:u w:val="single"/>
        </w:rPr>
        <w:t xml:space="preserve"> and</w:t>
      </w:r>
      <w:r>
        <w:rPr>
          <w:b w:val="0"/>
          <w:i w:val="0"/>
          <w:smallCaps w:val="0"/>
          <w:strike w:val="0"/>
          <w:sz w:val="16"/>
          <w:u w:val="none"/>
        </w:rPr>
        <w:t xml:space="preserve"> in </w:t>
      </w:r>
      <w:r>
        <w:rPr>
          <w:b w:val="0"/>
          <w:i w:val="0"/>
          <w:smallCaps w:val="0"/>
          <w:strike w:val="0"/>
          <w:sz w:val="22"/>
          <w:u w:val="single"/>
        </w:rPr>
        <w:t xml:space="preserve">the </w:t>
      </w:r>
      <w:r>
        <w:rPr>
          <w:b/>
          <w:i w:val="0"/>
          <w:smallCaps w:val="0"/>
          <w:strike w:val="0"/>
          <w:sz w:val="22"/>
          <w:u w:val="single"/>
        </w:rPr>
        <w:t>S</w:t>
      </w:r>
      <w:r>
        <w:rPr>
          <w:b w:val="0"/>
          <w:i w:val="0"/>
          <w:smallCaps w:val="0"/>
          <w:strike w:val="0"/>
          <w:sz w:val="22"/>
          <w:u w:val="single"/>
        </w:rPr>
        <w:t xml:space="preserve">outh </w:t>
      </w:r>
      <w:r>
        <w:rPr>
          <w:b/>
          <w:i w:val="0"/>
          <w:smallCaps w:val="0"/>
          <w:strike w:val="0"/>
          <w:sz w:val="22"/>
          <w:u w:val="single"/>
        </w:rPr>
        <w:t>C</w:t>
      </w:r>
      <w:r>
        <w:rPr>
          <w:b w:val="0"/>
          <w:i w:val="0"/>
          <w:smallCaps w:val="0"/>
          <w:strike w:val="0"/>
          <w:sz w:val="22"/>
          <w:u w:val="single"/>
        </w:rPr>
        <w:t xml:space="preserve">hina </w:t>
      </w:r>
      <w:r>
        <w:rPr>
          <w:b/>
          <w:i w:val="0"/>
          <w:smallCaps w:val="0"/>
          <w:strike w:val="0"/>
          <w:sz w:val="22"/>
          <w:u w:val="single"/>
        </w:rPr>
        <w:t>S</w:t>
      </w:r>
      <w:r>
        <w:rPr>
          <w:b w:val="0"/>
          <w:i w:val="0"/>
          <w:smallCaps w:val="0"/>
          <w:strike w:val="0"/>
          <w:sz w:val="22"/>
          <w:u w:val="single"/>
        </w:rPr>
        <w:t>ea</w:t>
      </w:r>
      <w:r>
        <w:rPr>
          <w:b w:val="0"/>
          <w:i w:val="0"/>
          <w:smallCaps w:val="0"/>
          <w:strike w:val="0"/>
          <w:sz w:val="16"/>
          <w:u w:val="none"/>
        </w:rPr>
        <w:t xml:space="preserve">. </w:t>
      </w:r>
      <w:r>
        <w:rPr>
          <w:b w:val="0"/>
          <w:i w:val="0"/>
          <w:smallCaps w:val="0"/>
          <w:strike w:val="0"/>
          <w:sz w:val="22"/>
          <w:u w:val="single"/>
        </w:rPr>
        <w:t xml:space="preserve">Those three countries loosely </w:t>
      </w:r>
      <w:r>
        <w:rPr>
          <w:b/>
          <w:i w:val="0"/>
          <w:smallCaps w:val="0"/>
          <w:strike w:val="0"/>
          <w:sz w:val="22"/>
          <w:u w:val="single"/>
        </w:rPr>
        <w:t>co-ordinate</w:t>
      </w:r>
      <w:r>
        <w:rPr>
          <w:b w:val="0"/>
          <w:i w:val="0"/>
          <w:smallCaps w:val="0"/>
          <w:strike w:val="0"/>
          <w:sz w:val="22"/>
          <w:u w:val="single"/>
        </w:rPr>
        <w:t xml:space="preserve"> their efforts and share a vision of a </w:t>
      </w:r>
      <w:r>
        <w:rPr>
          <w:b/>
          <w:i w:val="0"/>
          <w:smallCaps w:val="0"/>
          <w:strike w:val="0"/>
          <w:sz w:val="22"/>
          <w:u w:val="single"/>
        </w:rPr>
        <w:t>new international order</w:t>
      </w:r>
      <w:r>
        <w:rPr>
          <w:b w:val="0"/>
          <w:i w:val="0"/>
          <w:smallCaps w:val="0"/>
          <w:strike w:val="0"/>
          <w:sz w:val="22"/>
          <w:u w:val="single"/>
        </w:rPr>
        <w:t xml:space="preserve"> in which </w:t>
      </w:r>
      <w:r>
        <w:rPr>
          <w:b/>
          <w:i w:val="0"/>
          <w:smallCaps w:val="0"/>
          <w:strike w:val="0"/>
          <w:sz w:val="22"/>
          <w:u w:val="single"/>
        </w:rPr>
        <w:t>might is right</w:t>
      </w:r>
      <w:r>
        <w:rPr>
          <w:b w:val="0"/>
          <w:i w:val="0"/>
          <w:smallCaps w:val="0"/>
          <w:strike w:val="0"/>
          <w:sz w:val="22"/>
          <w:u w:val="single"/>
        </w:rPr>
        <w:t xml:space="preserve"> and </w:t>
      </w:r>
      <w:r>
        <w:rPr>
          <w:b/>
          <w:i w:val="0"/>
          <w:smallCaps w:val="0"/>
          <w:strike w:val="0"/>
          <w:sz w:val="22"/>
          <w:u w:val="single"/>
        </w:rPr>
        <w:t>autocrats</w:t>
      </w:r>
      <w:r>
        <w:rPr>
          <w:b w:val="0"/>
          <w:i w:val="0"/>
          <w:smallCaps w:val="0"/>
          <w:strike w:val="0"/>
          <w:sz w:val="22"/>
          <w:u w:val="single"/>
        </w:rPr>
        <w:t xml:space="preserve"> are </w:t>
      </w:r>
      <w:r>
        <w:rPr>
          <w:b/>
          <w:i w:val="0"/>
          <w:smallCaps w:val="0"/>
          <w:strike w:val="0"/>
          <w:sz w:val="22"/>
          <w:u w:val="single"/>
        </w:rPr>
        <w:t>secure</w:t>
      </w:r>
      <w:r>
        <w:rPr>
          <w:b w:val="0"/>
          <w:i w:val="0"/>
          <w:smallCaps w:val="0"/>
          <w:strike w:val="0"/>
          <w:sz w:val="22"/>
          <w:u w:val="single"/>
        </w:rPr>
        <w:t>.</w:t>
      </w:r>
    </w:p>
    <w:p>
      <w:pPr>
        <w:spacing w:after="60"/>
      </w:pPr>
      <w:r>
        <w:rPr>
          <w:b w:val="0"/>
          <w:i w:val="0"/>
          <w:smallCaps w:val="0"/>
          <w:strike w:val="0"/>
          <w:sz w:val="16"/>
          <w:u w:val="none"/>
        </w:rPr>
        <w:t xml:space="preserve">Because MAGA Republicans have been planning his second term for months, </w:t>
      </w:r>
      <w:r>
        <w:rPr>
          <w:b w:val="0"/>
          <w:i w:val="0"/>
          <w:smallCaps w:val="0"/>
          <w:strike w:val="0"/>
          <w:sz w:val="22"/>
          <w:u w:val="single"/>
        </w:rPr>
        <w:t xml:space="preserve">Trump 2 would be </w:t>
      </w:r>
      <w:r>
        <w:rPr>
          <w:b/>
          <w:i w:val="0"/>
          <w:smallCaps w:val="0"/>
          <w:strike w:val="0"/>
          <w:sz w:val="22"/>
          <w:u w:val="single"/>
        </w:rPr>
        <w:t xml:space="preserve">more </w:t>
      </w:r>
      <w:r>
        <w:rPr>
          <w:b/>
          <w:i w:val="0"/>
          <w:smallCaps w:val="0"/>
          <w:strike w:val="0"/>
          <w:sz w:val="22"/>
          <w:u w:val="single"/>
        </w:rPr>
        <w:t>organised</w:t>
      </w:r>
      <w:r>
        <w:rPr>
          <w:b w:val="0"/>
          <w:i w:val="0"/>
          <w:smallCaps w:val="0"/>
          <w:strike w:val="0"/>
          <w:sz w:val="22"/>
          <w:u w:val="single"/>
        </w:rPr>
        <w:t xml:space="preserve"> than Trump 1. </w:t>
      </w:r>
      <w:r>
        <w:rPr>
          <w:b/>
          <w:i w:val="0"/>
          <w:smallCaps w:val="0"/>
          <w:strike w:val="0"/>
          <w:sz w:val="22"/>
          <w:u w:val="single"/>
        </w:rPr>
        <w:t>True believers</w:t>
      </w:r>
      <w:r>
        <w:rPr>
          <w:b w:val="0"/>
          <w:i w:val="0"/>
          <w:smallCaps w:val="0"/>
          <w:strike w:val="0"/>
          <w:sz w:val="22"/>
          <w:u w:val="single"/>
        </w:rPr>
        <w:t xml:space="preserve"> would occupy the most </w:t>
      </w:r>
      <w:r>
        <w:rPr>
          <w:b/>
          <w:i w:val="0"/>
          <w:smallCaps w:val="0"/>
          <w:strike w:val="0"/>
          <w:sz w:val="22"/>
          <w:u w:val="single"/>
        </w:rPr>
        <w:t>important positions</w:t>
      </w:r>
      <w:r>
        <w:rPr>
          <w:b w:val="0"/>
          <w:i w:val="0"/>
          <w:smallCaps w:val="0"/>
          <w:strike w:val="0"/>
          <w:sz w:val="16"/>
          <w:u w:val="none"/>
        </w:rPr>
        <w:t xml:space="preserve">.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 would be </w:t>
      </w:r>
      <w:r>
        <w:rPr>
          <w:b/>
          <w:i w:val="0"/>
          <w:smallCaps w:val="0"/>
          <w:strike w:val="0"/>
          <w:sz w:val="22"/>
          <w:u w:val="single"/>
        </w:rPr>
        <w:t>unbound</w:t>
      </w:r>
      <w:r>
        <w:rPr>
          <w:b w:val="0"/>
          <w:i w:val="0"/>
          <w:smallCaps w:val="0"/>
          <w:strike w:val="0"/>
          <w:sz w:val="16"/>
          <w:u w:val="none"/>
        </w:rPr>
        <w:t xml:space="preserve"> in his pursuit of retribution, economic protectionism and theatrically extravagant deals. No wonder </w:t>
      </w:r>
      <w:r>
        <w:rPr>
          <w:b w:val="0"/>
          <w:i w:val="0"/>
          <w:smallCaps w:val="0"/>
          <w:strike w:val="0"/>
          <w:sz w:val="22"/>
          <w:u w:val="single"/>
        </w:rPr>
        <w:t xml:space="preserve">the prospect of a second Trump term fills the world’s </w:t>
      </w:r>
      <w:r>
        <w:rPr>
          <w:b/>
          <w:i w:val="0"/>
          <w:smallCaps w:val="0"/>
          <w:strike w:val="0"/>
          <w:sz w:val="22"/>
          <w:u w:val="single"/>
        </w:rPr>
        <w:t>parliaments</w:t>
      </w:r>
      <w:r>
        <w:rPr>
          <w:b w:val="0"/>
          <w:i w:val="0"/>
          <w:smallCaps w:val="0"/>
          <w:strike w:val="0"/>
          <w:sz w:val="22"/>
          <w:u w:val="single"/>
        </w:rPr>
        <w:t xml:space="preserve"> and </w:t>
      </w:r>
      <w:r>
        <w:rPr>
          <w:b/>
          <w:i w:val="0"/>
          <w:smallCaps w:val="0"/>
          <w:strike w:val="0"/>
          <w:sz w:val="22"/>
          <w:u w:val="single"/>
        </w:rPr>
        <w:t>boardrooms</w:t>
      </w:r>
      <w:r>
        <w:rPr>
          <w:b w:val="0"/>
          <w:i w:val="0"/>
          <w:smallCaps w:val="0"/>
          <w:strike w:val="0"/>
          <w:sz w:val="22"/>
          <w:u w:val="single"/>
        </w:rPr>
        <w:t xml:space="preserve"> with </w:t>
      </w:r>
      <w:r>
        <w:rPr>
          <w:b/>
          <w:i w:val="0"/>
          <w:smallCaps w:val="0"/>
          <w:strike w:val="0"/>
          <w:sz w:val="22"/>
          <w:u w:val="single"/>
        </w:rPr>
        <w:t>despair</w:t>
      </w:r>
      <w:r>
        <w:rPr>
          <w:b w:val="0"/>
          <w:i w:val="0"/>
          <w:smallCaps w:val="0"/>
          <w:strike w:val="0"/>
          <w:sz w:val="16"/>
          <w:u w:val="none"/>
        </w:rPr>
        <w:t>. But despair is not a plan. It is past time to impose order on anxiety.</w:t>
      </w:r>
    </w:p>
    <w:p>
      <w:pPr>
        <w:spacing w:after="60"/>
      </w:pPr>
      <w:r>
        <w:rPr>
          <w:b w:val="0"/>
          <w:i w:val="0"/>
          <w:smallCaps w:val="0"/>
          <w:strike w:val="0"/>
          <w:sz w:val="22"/>
          <w:u w:val="single"/>
        </w:rPr>
        <w:t xml:space="preserve">The </w:t>
      </w:r>
      <w:r>
        <w:rPr>
          <w:b/>
          <w:i w:val="0"/>
          <w:smallCaps w:val="0"/>
          <w:strike w:val="0"/>
          <w:sz w:val="22"/>
          <w:u w:val="single"/>
        </w:rPr>
        <w:t>greatest threat</w:t>
      </w:r>
      <w:r>
        <w:rPr>
          <w:b w:val="0"/>
          <w:i w:val="0"/>
          <w:smallCaps w:val="0"/>
          <w:strike w:val="0"/>
          <w:sz w:val="16"/>
          <w:u w:val="none"/>
        </w:rPr>
        <w:t xml:space="preserve">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 poses is to his </w:t>
      </w:r>
      <w:r>
        <w:rPr>
          <w:b/>
          <w:i w:val="0"/>
          <w:smallCaps w:val="0"/>
          <w:strike w:val="0"/>
          <w:sz w:val="22"/>
          <w:u w:val="single"/>
        </w:rPr>
        <w:t>own country</w:t>
      </w:r>
      <w:r>
        <w:rPr>
          <w:b w:val="0"/>
          <w:i w:val="0"/>
          <w:smallCaps w:val="0"/>
          <w:strike w:val="0"/>
          <w:sz w:val="16"/>
          <w:u w:val="none"/>
        </w:rPr>
        <w:t xml:space="preserve">. </w:t>
      </w:r>
      <w:r>
        <w:rPr>
          <w:b w:val="0"/>
          <w:i w:val="0"/>
          <w:smallCaps w:val="0"/>
          <w:strike w:val="0"/>
          <w:sz w:val="22"/>
          <w:u w:val="single"/>
        </w:rPr>
        <w:t>Having won back power because of</w:t>
      </w:r>
      <w:r>
        <w:rPr>
          <w:b w:val="0"/>
          <w:i w:val="0"/>
          <w:smallCaps w:val="0"/>
          <w:strike w:val="0"/>
          <w:sz w:val="16"/>
          <w:u w:val="none"/>
        </w:rPr>
        <w:t xml:space="preserve"> his </w:t>
      </w:r>
      <w:r>
        <w:rPr>
          <w:b/>
          <w:i w:val="0"/>
          <w:smallCaps w:val="0"/>
          <w:strike w:val="0"/>
          <w:sz w:val="22"/>
          <w:u w:val="single"/>
        </w:rPr>
        <w:t>election-denial</w:t>
      </w:r>
      <w:r>
        <w:rPr>
          <w:b w:val="0"/>
          <w:i w:val="0"/>
          <w:smallCaps w:val="0"/>
          <w:strike w:val="0"/>
          <w:sz w:val="16"/>
          <w:u w:val="none"/>
        </w:rPr>
        <w:t xml:space="preserve"> in 2020, </w:t>
      </w:r>
      <w:r>
        <w:rPr>
          <w:b w:val="0"/>
          <w:i w:val="0"/>
          <w:smallCaps w:val="0"/>
          <w:strike w:val="0"/>
          <w:sz w:val="22"/>
          <w:u w:val="single"/>
        </w:rPr>
        <w:t>he would</w:t>
      </w:r>
      <w:r>
        <w:rPr>
          <w:b w:val="0"/>
          <w:i w:val="0"/>
          <w:smallCaps w:val="0"/>
          <w:strike w:val="0"/>
          <w:sz w:val="16"/>
          <w:u w:val="none"/>
        </w:rPr>
        <w:t xml:space="preserve"> surely </w:t>
      </w:r>
      <w:r>
        <w:rPr>
          <w:b w:val="0"/>
          <w:i w:val="0"/>
          <w:smallCaps w:val="0"/>
          <w:strike w:val="0"/>
          <w:sz w:val="22"/>
          <w:u w:val="single"/>
        </w:rPr>
        <w:t xml:space="preserve">be </w:t>
      </w:r>
      <w:r>
        <w:rPr>
          <w:b/>
          <w:i w:val="0"/>
          <w:smallCaps w:val="0"/>
          <w:strike w:val="0"/>
          <w:sz w:val="22"/>
          <w:u w:val="single"/>
        </w:rPr>
        <w:t>affirmed</w:t>
      </w:r>
      <w:r>
        <w:rPr>
          <w:b w:val="0"/>
          <w:i w:val="0"/>
          <w:smallCaps w:val="0"/>
          <w:strike w:val="0"/>
          <w:sz w:val="22"/>
          <w:u w:val="single"/>
        </w:rPr>
        <w:t xml:space="preserve"> in his </w:t>
      </w:r>
      <w:r>
        <w:rPr>
          <w:b/>
          <w:i w:val="0"/>
          <w:smallCaps w:val="0"/>
          <w:strike w:val="0"/>
          <w:sz w:val="22"/>
          <w:u w:val="single"/>
        </w:rPr>
        <w:t>gut feeling</w:t>
      </w:r>
      <w:r>
        <w:rPr>
          <w:b w:val="0"/>
          <w:i w:val="0"/>
          <w:smallCaps w:val="0"/>
          <w:strike w:val="0"/>
          <w:sz w:val="22"/>
          <w:u w:val="single"/>
        </w:rPr>
        <w:t xml:space="preserve"> that only </w:t>
      </w:r>
      <w:r>
        <w:rPr>
          <w:b/>
          <w:i w:val="0"/>
          <w:smallCaps w:val="0"/>
          <w:strike w:val="0"/>
          <w:sz w:val="22"/>
          <w:u w:val="single"/>
        </w:rPr>
        <w:t>losers</w:t>
      </w:r>
      <w:r>
        <w:rPr>
          <w:b w:val="0"/>
          <w:i w:val="0"/>
          <w:smallCaps w:val="0"/>
          <w:strike w:val="0"/>
          <w:sz w:val="22"/>
          <w:u w:val="single"/>
        </w:rPr>
        <w:t xml:space="preserve"> allow themselves to be bound by the </w:t>
      </w:r>
      <w:r>
        <w:rPr>
          <w:b/>
          <w:i w:val="0"/>
          <w:smallCaps w:val="0"/>
          <w:strike w:val="0"/>
          <w:sz w:val="22"/>
          <w:u w:val="single"/>
        </w:rPr>
        <w:t>norms</w:t>
      </w:r>
      <w:r>
        <w:rPr>
          <w:b w:val="0"/>
          <w:i w:val="0"/>
          <w:smallCaps w:val="0"/>
          <w:strike w:val="0"/>
          <w:sz w:val="22"/>
          <w:u w:val="single"/>
        </w:rPr>
        <w:t xml:space="preserve">, </w:t>
      </w:r>
      <w:r>
        <w:rPr>
          <w:b/>
          <w:i w:val="0"/>
          <w:smallCaps w:val="0"/>
          <w:strike w:val="0"/>
          <w:sz w:val="22"/>
          <w:u w:val="single"/>
        </w:rPr>
        <w:t>customs</w:t>
      </w:r>
      <w:r>
        <w:rPr>
          <w:b w:val="0"/>
          <w:i w:val="0"/>
          <w:smallCaps w:val="0"/>
          <w:strike w:val="0"/>
          <w:sz w:val="22"/>
          <w:u w:val="single"/>
        </w:rPr>
        <w:t xml:space="preserve"> and </w:t>
      </w:r>
      <w:r>
        <w:rPr>
          <w:b/>
          <w:i w:val="0"/>
          <w:smallCaps w:val="0"/>
          <w:strike w:val="0"/>
          <w:sz w:val="22"/>
          <w:u w:val="single"/>
        </w:rPr>
        <w:t>self-sacrifice</w:t>
      </w:r>
      <w:r>
        <w:rPr>
          <w:b w:val="0"/>
          <w:i w:val="0"/>
          <w:smallCaps w:val="0"/>
          <w:strike w:val="0"/>
          <w:sz w:val="22"/>
          <w:u w:val="single"/>
        </w:rPr>
        <w:t xml:space="preserve"> that make a nation</w:t>
      </w:r>
      <w:r>
        <w:rPr>
          <w:b w:val="0"/>
          <w:i w:val="0"/>
          <w:smallCaps w:val="0"/>
          <w:strike w:val="0"/>
          <w:sz w:val="16"/>
          <w:u w:val="none"/>
        </w:rPr>
        <w:t xml:space="preserve">. In pursuing his enemies,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 will </w:t>
      </w:r>
      <w:r>
        <w:rPr>
          <w:b/>
          <w:i w:val="0"/>
          <w:smallCaps w:val="0"/>
          <w:strike w:val="0"/>
          <w:sz w:val="22"/>
          <w:u w:val="single"/>
        </w:rPr>
        <w:t>wage war</w:t>
      </w:r>
      <w:r>
        <w:rPr>
          <w:b w:val="0"/>
          <w:i w:val="0"/>
          <w:smallCaps w:val="0"/>
          <w:strike w:val="0"/>
          <w:sz w:val="22"/>
          <w:u w:val="single"/>
        </w:rPr>
        <w:t xml:space="preserve"> on </w:t>
      </w:r>
      <w:r>
        <w:rPr>
          <w:b/>
          <w:i w:val="0"/>
          <w:smallCaps w:val="0"/>
          <w:strike w:val="0"/>
          <w:sz w:val="22"/>
          <w:u w:val="single"/>
        </w:rPr>
        <w:t>any institution</w:t>
      </w:r>
      <w:r>
        <w:rPr>
          <w:b w:val="0"/>
          <w:i w:val="0"/>
          <w:smallCaps w:val="0"/>
          <w:strike w:val="0"/>
          <w:sz w:val="22"/>
          <w:u w:val="single"/>
        </w:rPr>
        <w:t xml:space="preserve"> that stands in his way</w:t>
      </w:r>
      <w:r>
        <w:rPr>
          <w:b w:val="0"/>
          <w:i w:val="0"/>
          <w:smallCaps w:val="0"/>
          <w:strike w:val="0"/>
          <w:sz w:val="16"/>
          <w:u w:val="none"/>
        </w:rPr>
        <w:t>, including the courts and the Department of Justice.</w:t>
      </w:r>
    </w:p>
    <w:p>
      <w:pPr>
        <w:spacing w:after="60"/>
      </w:pPr>
      <w:r>
        <w:rPr>
          <w:b w:val="0"/>
          <w:i w:val="0"/>
          <w:smallCaps w:val="0"/>
          <w:strike w:val="0"/>
          <w:sz w:val="16"/>
          <w:u w:val="none"/>
        </w:rPr>
        <w:t xml:space="preserve">Yet a Trump victory next year would also have a profound effect abroad. </w:t>
      </w:r>
      <w:r>
        <w:rPr>
          <w:b/>
          <w:i w:val="0"/>
          <w:smallCaps w:val="0"/>
          <w:strike w:val="0"/>
          <w:sz w:val="22"/>
          <w:u w:val="single"/>
        </w:rPr>
        <w:t>China</w:t>
      </w:r>
      <w:r>
        <w:rPr>
          <w:b w:val="0"/>
          <w:i w:val="0"/>
          <w:smallCaps w:val="0"/>
          <w:strike w:val="0"/>
          <w:sz w:val="22"/>
          <w:u w:val="single"/>
        </w:rPr>
        <w:t xml:space="preserve"> and its </w:t>
      </w:r>
      <w:r>
        <w:rPr>
          <w:b/>
          <w:i w:val="0"/>
          <w:smallCaps w:val="0"/>
          <w:strike w:val="0"/>
          <w:sz w:val="22"/>
          <w:u w:val="single"/>
        </w:rPr>
        <w:t>friends</w:t>
      </w:r>
      <w:r>
        <w:rPr>
          <w:b w:val="0"/>
          <w:i w:val="0"/>
          <w:smallCaps w:val="0"/>
          <w:strike w:val="0"/>
          <w:sz w:val="22"/>
          <w:u w:val="single"/>
        </w:rPr>
        <w:t xml:space="preserve"> would </w:t>
      </w:r>
      <w:r>
        <w:rPr>
          <w:b/>
          <w:i w:val="0"/>
          <w:smallCaps w:val="0"/>
          <w:strike w:val="0"/>
          <w:sz w:val="22"/>
          <w:u w:val="single"/>
        </w:rPr>
        <w:t>rejoice</w:t>
      </w:r>
      <w:r>
        <w:rPr>
          <w:b w:val="0"/>
          <w:i w:val="0"/>
          <w:smallCaps w:val="0"/>
          <w:strike w:val="0"/>
          <w:sz w:val="22"/>
          <w:u w:val="single"/>
        </w:rPr>
        <w:t xml:space="preserve"> over the evidence that American </w:t>
      </w:r>
      <w:r>
        <w:rPr>
          <w:b/>
          <w:i w:val="0"/>
          <w:smallCaps w:val="0"/>
          <w:strike w:val="0"/>
          <w:sz w:val="22"/>
          <w:u w:val="single"/>
        </w:rPr>
        <w:t>democracy</w:t>
      </w:r>
      <w:r>
        <w:rPr>
          <w:b w:val="0"/>
          <w:i w:val="0"/>
          <w:smallCaps w:val="0"/>
          <w:strike w:val="0"/>
          <w:sz w:val="22"/>
          <w:u w:val="single"/>
        </w:rPr>
        <w:t xml:space="preserve"> is </w:t>
      </w:r>
      <w:r>
        <w:rPr>
          <w:b/>
          <w:i w:val="0"/>
          <w:smallCaps w:val="0"/>
          <w:strike w:val="0"/>
          <w:sz w:val="22"/>
          <w:u w:val="single"/>
        </w:rPr>
        <w:t>dysfunctional</w:t>
      </w:r>
      <w:r>
        <w:rPr>
          <w:b w:val="0"/>
          <w:i w:val="0"/>
          <w:smallCaps w:val="0"/>
          <w:strike w:val="0"/>
          <w:sz w:val="22"/>
          <w:u w:val="single"/>
        </w:rPr>
        <w:t>. If</w:t>
      </w:r>
      <w:r>
        <w:rPr>
          <w:b w:val="0"/>
          <w:i w:val="0"/>
          <w:smallCaps w:val="0"/>
          <w:strike w:val="0"/>
          <w:sz w:val="16"/>
          <w:u w:val="none"/>
        </w:rPr>
        <w:t xml:space="preserve">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 </w:t>
      </w:r>
      <w:r>
        <w:rPr>
          <w:b/>
          <w:i w:val="0"/>
          <w:smallCaps w:val="0"/>
          <w:strike w:val="0"/>
          <w:sz w:val="22"/>
          <w:u w:val="single"/>
        </w:rPr>
        <w:t>trampled</w:t>
      </w:r>
      <w:r>
        <w:rPr>
          <w:b w:val="0"/>
          <w:i w:val="0"/>
          <w:smallCaps w:val="0"/>
          <w:strike w:val="0"/>
          <w:sz w:val="22"/>
          <w:u w:val="single"/>
        </w:rPr>
        <w:t xml:space="preserve"> due process and civil rights in the United States, his </w:t>
      </w:r>
      <w:r>
        <w:rPr>
          <w:b/>
          <w:i w:val="0"/>
          <w:smallCaps w:val="0"/>
          <w:strike w:val="0"/>
          <w:sz w:val="22"/>
          <w:u w:val="single"/>
        </w:rPr>
        <w:t>diplomats</w:t>
      </w:r>
      <w:r>
        <w:rPr>
          <w:b w:val="0"/>
          <w:i w:val="0"/>
          <w:smallCaps w:val="0"/>
          <w:strike w:val="0"/>
          <w:sz w:val="22"/>
          <w:u w:val="single"/>
        </w:rPr>
        <w:t xml:space="preserve"> could not </w:t>
      </w:r>
      <w:r>
        <w:rPr>
          <w:b/>
          <w:i w:val="0"/>
          <w:smallCaps w:val="0"/>
          <w:strike w:val="0"/>
          <w:sz w:val="22"/>
          <w:u w:val="single"/>
        </w:rPr>
        <w:t>proclaim</w:t>
      </w:r>
      <w:r>
        <w:rPr>
          <w:b w:val="0"/>
          <w:i w:val="0"/>
          <w:smallCaps w:val="0"/>
          <w:strike w:val="0"/>
          <w:sz w:val="22"/>
          <w:u w:val="single"/>
        </w:rPr>
        <w:t xml:space="preserve"> them </w:t>
      </w:r>
      <w:r>
        <w:rPr>
          <w:b/>
          <w:i w:val="0"/>
          <w:smallCaps w:val="0"/>
          <w:strike w:val="0"/>
          <w:sz w:val="22"/>
          <w:u w:val="single"/>
        </w:rPr>
        <w:t>abroad</w:t>
      </w:r>
      <w:r>
        <w:rPr>
          <w:b w:val="0"/>
          <w:i w:val="0"/>
          <w:smallCaps w:val="0"/>
          <w:strike w:val="0"/>
          <w:sz w:val="22"/>
          <w:u w:val="single"/>
        </w:rPr>
        <w:t xml:space="preserve">. The global south would be </w:t>
      </w:r>
      <w:r>
        <w:rPr>
          <w:b/>
          <w:i w:val="0"/>
          <w:smallCaps w:val="0"/>
          <w:strike w:val="0"/>
          <w:sz w:val="22"/>
          <w:u w:val="single"/>
        </w:rPr>
        <w:t>confirmed</w:t>
      </w:r>
      <w:r>
        <w:rPr>
          <w:b w:val="0"/>
          <w:i w:val="0"/>
          <w:smallCaps w:val="0"/>
          <w:strike w:val="0"/>
          <w:sz w:val="22"/>
          <w:u w:val="single"/>
        </w:rPr>
        <w:t xml:space="preserve"> in its </w:t>
      </w:r>
      <w:r>
        <w:rPr>
          <w:b/>
          <w:i w:val="0"/>
          <w:smallCaps w:val="0"/>
          <w:strike w:val="0"/>
          <w:sz w:val="22"/>
          <w:u w:val="single"/>
        </w:rPr>
        <w:t>suspicion</w:t>
      </w:r>
      <w:r>
        <w:rPr>
          <w:b w:val="0"/>
          <w:i w:val="0"/>
          <w:smallCaps w:val="0"/>
          <w:strike w:val="0"/>
          <w:sz w:val="22"/>
          <w:u w:val="single"/>
        </w:rPr>
        <w:t xml:space="preserve"> that American appeals</w:t>
      </w:r>
      <w:r>
        <w:rPr>
          <w:b w:val="0"/>
          <w:i w:val="0"/>
          <w:smallCaps w:val="0"/>
          <w:strike w:val="0"/>
          <w:sz w:val="16"/>
          <w:u w:val="none"/>
        </w:rPr>
        <w:t xml:space="preserve"> to do what is right </w:t>
      </w:r>
      <w:r>
        <w:rPr>
          <w:b w:val="0"/>
          <w:i w:val="0"/>
          <w:smallCaps w:val="0"/>
          <w:strike w:val="0"/>
          <w:sz w:val="22"/>
          <w:u w:val="single"/>
        </w:rPr>
        <w:t>are</w:t>
      </w:r>
      <w:r>
        <w:rPr>
          <w:b w:val="0"/>
          <w:i w:val="0"/>
          <w:smallCaps w:val="0"/>
          <w:strike w:val="0"/>
          <w:sz w:val="16"/>
          <w:u w:val="none"/>
        </w:rPr>
        <w:t xml:space="preserve"> really just </w:t>
      </w:r>
      <w:r>
        <w:rPr>
          <w:b w:val="0"/>
          <w:i w:val="0"/>
          <w:smallCaps w:val="0"/>
          <w:strike w:val="0"/>
          <w:sz w:val="22"/>
          <w:u w:val="single"/>
        </w:rPr>
        <w:t xml:space="preserve">an exercise in </w:t>
      </w:r>
      <w:r>
        <w:rPr>
          <w:b/>
          <w:i w:val="0"/>
          <w:smallCaps w:val="0"/>
          <w:strike w:val="0"/>
          <w:sz w:val="22"/>
          <w:u w:val="single"/>
        </w:rPr>
        <w:t>hypocrisy</w:t>
      </w:r>
      <w:r>
        <w:rPr>
          <w:b w:val="0"/>
          <w:i w:val="0"/>
          <w:smallCaps w:val="0"/>
          <w:strike w:val="0"/>
          <w:sz w:val="22"/>
          <w:u w:val="single"/>
        </w:rPr>
        <w:t xml:space="preserve">. America would become </w:t>
      </w:r>
      <w:r>
        <w:rPr>
          <w:b/>
          <w:i w:val="0"/>
          <w:smallCaps w:val="0"/>
          <w:strike w:val="0"/>
          <w:sz w:val="22"/>
          <w:u w:val="single"/>
        </w:rPr>
        <w:t>just another big power</w:t>
      </w:r>
      <w:r>
        <w:rPr>
          <w:b w:val="0"/>
          <w:i w:val="0"/>
          <w:smallCaps w:val="0"/>
          <w:strike w:val="0"/>
          <w:sz w:val="22"/>
          <w:u w:val="single"/>
        </w:rPr>
        <w:t>.</w:t>
      </w:r>
    </w:p>
    <w:p>
      <w:pPr>
        <w:spacing w:after="60"/>
      </w:pPr>
      <w:r>
        <w:rPr>
          <w:b w:val="0"/>
          <w:i w:val="0"/>
          <w:smallCaps w:val="0"/>
          <w:strike w:val="0"/>
          <w:u w:val="none"/>
        </w:rPr>
        <w:t>Mr</w:t>
      </w:r>
      <w:r>
        <w:rPr>
          <w:b w:val="0"/>
          <w:i w:val="0"/>
          <w:smallCaps w:val="0"/>
          <w:strike w:val="0"/>
          <w:u w:val="none"/>
        </w:rPr>
        <w:t xml:space="preserve"> Trump’s protectionist instincts would be unbound, too. In his first term the economy thrived despite his China tariffs. His plans for a second term would be more damaging. He and his lieutenants are contemplating a universal 10% levy on imports, more than three times the level today. Even if the Senate reins him in, protectionism justified by an expansive view of national security would increase prices for Americans. </w:t>
      </w:r>
      <w:r>
        <w:rPr>
          <w:b w:val="0"/>
          <w:i w:val="0"/>
          <w:smallCaps w:val="0"/>
          <w:strike w:val="0"/>
          <w:u w:val="none"/>
        </w:rPr>
        <w:t>Mr</w:t>
      </w:r>
      <w:r>
        <w:rPr>
          <w:b w:val="0"/>
          <w:i w:val="0"/>
          <w:smallCaps w:val="0"/>
          <w:strike w:val="0"/>
          <w:u w:val="none"/>
        </w:rPr>
        <w:t xml:space="preserve"> Trump also fired up the economy in his first term by cutting taxes and handing out covid-19 payments. This time, America is running budget deficits on a scale only seen in war and the cost of servicing debts is higher. Tax cuts would feed inflation, not growth.</w:t>
      </w:r>
    </w:p>
    <w:p>
      <w:pPr>
        <w:spacing w:after="60"/>
      </w:pPr>
      <w:r>
        <w:rPr>
          <w:b w:val="0"/>
          <w:i w:val="0"/>
          <w:smallCaps w:val="0"/>
          <w:strike w:val="0"/>
          <w:sz w:val="22"/>
          <w:u w:val="single"/>
        </w:rPr>
        <w:t>Abroad</w:t>
      </w:r>
      <w:r>
        <w:rPr>
          <w:b w:val="0"/>
          <w:i w:val="0"/>
          <w:smallCaps w:val="0"/>
          <w:strike w:val="0"/>
          <w:sz w:val="16"/>
          <w:u w:val="none"/>
        </w:rPr>
        <w:t xml:space="preserve">,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Trump’s </w:t>
      </w:r>
      <w:r>
        <w:rPr>
          <w:b/>
          <w:i w:val="0"/>
          <w:smallCaps w:val="0"/>
          <w:strike w:val="0"/>
          <w:sz w:val="22"/>
          <w:u w:val="single"/>
        </w:rPr>
        <w:t>first term</w:t>
      </w:r>
      <w:r>
        <w:rPr>
          <w:b w:val="0"/>
          <w:i w:val="0"/>
          <w:smallCaps w:val="0"/>
          <w:strike w:val="0"/>
          <w:sz w:val="22"/>
          <w:u w:val="single"/>
        </w:rPr>
        <w:t xml:space="preserve"> was </w:t>
      </w:r>
      <w:r>
        <w:rPr>
          <w:b/>
          <w:i w:val="0"/>
          <w:smallCaps w:val="0"/>
          <w:strike w:val="0"/>
          <w:sz w:val="22"/>
          <w:u w:val="single"/>
        </w:rPr>
        <w:t>better</w:t>
      </w:r>
      <w:r>
        <w:rPr>
          <w:b w:val="0"/>
          <w:i w:val="0"/>
          <w:smallCaps w:val="0"/>
          <w:strike w:val="0"/>
          <w:sz w:val="22"/>
          <w:u w:val="single"/>
        </w:rPr>
        <w:t xml:space="preserve"> than </w:t>
      </w:r>
      <w:r>
        <w:rPr>
          <w:b/>
          <w:i w:val="0"/>
          <w:smallCaps w:val="0"/>
          <w:strike w:val="0"/>
          <w:sz w:val="22"/>
          <w:u w:val="single"/>
        </w:rPr>
        <w:t>expected</w:t>
      </w:r>
      <w:r>
        <w:rPr>
          <w:b w:val="0"/>
          <w:i w:val="0"/>
          <w:smallCaps w:val="0"/>
          <w:strike w:val="0"/>
          <w:sz w:val="16"/>
          <w:u w:val="none"/>
        </w:rPr>
        <w:t xml:space="preserve">. His administration provided weapons to Ukraine, pursued a peace deal between Israel, the UAE and Bahrain, and scared European countries into raising their </w:t>
      </w:r>
      <w:r>
        <w:rPr>
          <w:b w:val="0"/>
          <w:i w:val="0"/>
          <w:smallCaps w:val="0"/>
          <w:strike w:val="0"/>
          <w:sz w:val="16"/>
          <w:u w:val="none"/>
        </w:rPr>
        <w:t>defence</w:t>
      </w:r>
      <w:r>
        <w:rPr>
          <w:b w:val="0"/>
          <w:i w:val="0"/>
          <w:smallCaps w:val="0"/>
          <w:strike w:val="0"/>
          <w:sz w:val="16"/>
          <w:u w:val="none"/>
        </w:rPr>
        <w:t xml:space="preserve"> spending. America’s policy towards China became more hawkish. If you squint, another transactional presidency could bring some benefits. </w:t>
      </w:r>
      <w:r>
        <w:rPr>
          <w:b w:val="0"/>
          <w:i w:val="0"/>
          <w:smallCaps w:val="0"/>
          <w:strike w:val="0"/>
          <w:sz w:val="16"/>
          <w:u w:val="none"/>
        </w:rPr>
        <w:t>Mr</w:t>
      </w:r>
      <w:r>
        <w:rPr>
          <w:b w:val="0"/>
          <w:i w:val="0"/>
          <w:smallCaps w:val="0"/>
          <w:strike w:val="0"/>
          <w:sz w:val="16"/>
          <w:u w:val="none"/>
        </w:rPr>
        <w:t xml:space="preserve"> Trump’s indifference to human rights might make the Saudi government more biddable once the Gaza war is over, and strengthen relations with Narendra Modi’s government in India.</w:t>
      </w:r>
    </w:p>
    <w:p>
      <w:pPr>
        <w:spacing w:after="60"/>
      </w:pPr>
      <w:r>
        <w:rPr>
          <w:b w:val="0"/>
          <w:i w:val="0"/>
          <w:smallCaps w:val="0"/>
          <w:strike w:val="0"/>
          <w:sz w:val="16"/>
          <w:u w:val="none"/>
        </w:rPr>
        <w:t xml:space="preserve">But </w:t>
      </w:r>
      <w:r>
        <w:rPr>
          <w:b w:val="0"/>
          <w:i w:val="0"/>
          <w:smallCaps w:val="0"/>
          <w:strike w:val="0"/>
          <w:sz w:val="22"/>
          <w:u w:val="single"/>
        </w:rPr>
        <w:t xml:space="preserve">a </w:t>
      </w:r>
      <w:r>
        <w:rPr>
          <w:b/>
          <w:i w:val="0"/>
          <w:smallCaps w:val="0"/>
          <w:strike w:val="0"/>
          <w:sz w:val="22"/>
          <w:u w:val="single"/>
        </w:rPr>
        <w:t>second term</w:t>
      </w:r>
      <w:r>
        <w:rPr>
          <w:b w:val="0"/>
          <w:i w:val="0"/>
          <w:smallCaps w:val="0"/>
          <w:strike w:val="0"/>
          <w:sz w:val="22"/>
          <w:u w:val="single"/>
        </w:rPr>
        <w:t xml:space="preserve"> would be </w:t>
      </w:r>
      <w:r>
        <w:rPr>
          <w:b/>
          <w:i w:val="0"/>
          <w:smallCaps w:val="0"/>
          <w:strike w:val="0"/>
          <w:sz w:val="22"/>
          <w:u w:val="single"/>
        </w:rPr>
        <w:t>different</w:t>
      </w:r>
      <w:r>
        <w:rPr>
          <w:b w:val="0"/>
          <w:i w:val="0"/>
          <w:smallCaps w:val="0"/>
          <w:strike w:val="0"/>
          <w:sz w:val="22"/>
          <w:u w:val="single"/>
        </w:rPr>
        <w:t xml:space="preserve">, because the </w:t>
      </w:r>
      <w:r>
        <w:rPr>
          <w:b/>
          <w:i w:val="0"/>
          <w:smallCaps w:val="0"/>
          <w:strike w:val="0"/>
          <w:sz w:val="22"/>
          <w:u w:val="single"/>
        </w:rPr>
        <w:t>world</w:t>
      </w:r>
      <w:r>
        <w:rPr>
          <w:b w:val="0"/>
          <w:i w:val="0"/>
          <w:smallCaps w:val="0"/>
          <w:strike w:val="0"/>
          <w:sz w:val="22"/>
          <w:u w:val="single"/>
        </w:rPr>
        <w:t xml:space="preserve"> has </w:t>
      </w:r>
      <w:r>
        <w:rPr>
          <w:b/>
          <w:i w:val="0"/>
          <w:smallCaps w:val="0"/>
          <w:strike w:val="0"/>
          <w:sz w:val="22"/>
          <w:u w:val="single"/>
        </w:rPr>
        <w:t>changed</w:t>
      </w:r>
      <w:r>
        <w:rPr>
          <w:b w:val="0"/>
          <w:i w:val="0"/>
          <w:smallCaps w:val="0"/>
          <w:strike w:val="0"/>
          <w:sz w:val="16"/>
          <w:u w:val="none"/>
        </w:rPr>
        <w:t xml:space="preserve">. There is nothing wrong in countries being transactional: they are bound to put their own interests first. However,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Trump’s </w:t>
      </w:r>
      <w:r>
        <w:rPr>
          <w:b/>
          <w:i w:val="0"/>
          <w:smallCaps w:val="0"/>
          <w:strike w:val="0"/>
          <w:sz w:val="22"/>
          <w:u w:val="single"/>
        </w:rPr>
        <w:t>lust</w:t>
      </w:r>
      <w:r>
        <w:rPr>
          <w:b w:val="0"/>
          <w:i w:val="0"/>
          <w:smallCaps w:val="0"/>
          <w:strike w:val="0"/>
          <w:sz w:val="22"/>
          <w:u w:val="single"/>
        </w:rPr>
        <w:t xml:space="preserve"> for a </w:t>
      </w:r>
      <w:r>
        <w:rPr>
          <w:b/>
          <w:i w:val="0"/>
          <w:smallCaps w:val="0"/>
          <w:strike w:val="0"/>
          <w:sz w:val="22"/>
          <w:u w:val="single"/>
        </w:rPr>
        <w:t>deal</w:t>
      </w:r>
      <w:r>
        <w:rPr>
          <w:b w:val="0"/>
          <w:i w:val="0"/>
          <w:smallCaps w:val="0"/>
          <w:strike w:val="0"/>
          <w:sz w:val="22"/>
          <w:u w:val="single"/>
        </w:rPr>
        <w:t xml:space="preserve"> and his sense of America’s interests are </w:t>
      </w:r>
      <w:r>
        <w:rPr>
          <w:b/>
          <w:i w:val="0"/>
          <w:smallCaps w:val="0"/>
          <w:strike w:val="0"/>
          <w:sz w:val="22"/>
          <w:u w:val="single"/>
        </w:rPr>
        <w:t>unconstrained</w:t>
      </w:r>
      <w:r>
        <w:rPr>
          <w:b w:val="0"/>
          <w:i w:val="0"/>
          <w:smallCaps w:val="0"/>
          <w:strike w:val="0"/>
          <w:sz w:val="22"/>
          <w:u w:val="single"/>
        </w:rPr>
        <w:t xml:space="preserve"> by </w:t>
      </w:r>
      <w:r>
        <w:rPr>
          <w:b/>
          <w:i w:val="0"/>
          <w:smallCaps w:val="0"/>
          <w:strike w:val="0"/>
          <w:sz w:val="22"/>
          <w:u w:val="single"/>
        </w:rPr>
        <w:t>reality</w:t>
      </w:r>
      <w:r>
        <w:rPr>
          <w:b w:val="0"/>
          <w:i w:val="0"/>
          <w:smallCaps w:val="0"/>
          <w:strike w:val="0"/>
          <w:sz w:val="22"/>
          <w:u w:val="single"/>
        </w:rPr>
        <w:t xml:space="preserve"> and </w:t>
      </w:r>
      <w:r>
        <w:rPr>
          <w:b/>
          <w:i w:val="0"/>
          <w:smallCaps w:val="0"/>
          <w:strike w:val="0"/>
          <w:sz w:val="22"/>
          <w:u w:val="single"/>
        </w:rPr>
        <w:t>unanchored</w:t>
      </w:r>
      <w:r>
        <w:rPr>
          <w:b w:val="0"/>
          <w:i w:val="0"/>
          <w:smallCaps w:val="0"/>
          <w:strike w:val="0"/>
          <w:sz w:val="22"/>
          <w:u w:val="single"/>
        </w:rPr>
        <w:t xml:space="preserve"> by </w:t>
      </w:r>
      <w:r>
        <w:rPr>
          <w:b/>
          <w:i w:val="0"/>
          <w:smallCaps w:val="0"/>
          <w:strike w:val="0"/>
          <w:sz w:val="22"/>
          <w:u w:val="single"/>
        </w:rPr>
        <w:t>values</w:t>
      </w:r>
      <w:r>
        <w:rPr>
          <w:b w:val="0"/>
          <w:i w:val="0"/>
          <w:smallCaps w:val="0"/>
          <w:strike w:val="0"/>
          <w:sz w:val="16"/>
          <w:u w:val="none"/>
        </w:rPr>
        <w:t>.</w:t>
      </w:r>
    </w:p>
    <w:p>
      <w:pPr>
        <w:spacing w:after="60"/>
      </w:pP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 xml:space="preserve">Trump judges that for America to </w:t>
      </w:r>
      <w:r>
        <w:rPr>
          <w:b/>
          <w:i w:val="0"/>
          <w:smallCaps w:val="0"/>
          <w:strike w:val="0"/>
          <w:sz w:val="22"/>
          <w:u w:val="single"/>
        </w:rPr>
        <w:t>spend blood</w:t>
      </w:r>
      <w:r>
        <w:rPr>
          <w:b w:val="0"/>
          <w:i w:val="0"/>
          <w:smallCaps w:val="0"/>
          <w:strike w:val="0"/>
          <w:sz w:val="22"/>
          <w:u w:val="single"/>
        </w:rPr>
        <w:t xml:space="preserve"> and </w:t>
      </w:r>
      <w:r>
        <w:rPr>
          <w:b/>
          <w:i w:val="0"/>
          <w:smallCaps w:val="0"/>
          <w:strike w:val="0"/>
          <w:sz w:val="22"/>
          <w:u w:val="single"/>
        </w:rPr>
        <w:t>treasure</w:t>
      </w:r>
      <w:r>
        <w:rPr>
          <w:b w:val="0"/>
          <w:i w:val="0"/>
          <w:smallCaps w:val="0"/>
          <w:strike w:val="0"/>
          <w:sz w:val="22"/>
          <w:u w:val="single"/>
        </w:rPr>
        <w:t xml:space="preserve"> in Europe is a </w:t>
      </w:r>
      <w:r>
        <w:rPr>
          <w:b/>
          <w:i w:val="0"/>
          <w:smallCaps w:val="0"/>
          <w:strike w:val="0"/>
          <w:sz w:val="22"/>
          <w:u w:val="single"/>
        </w:rPr>
        <w:t>bad deal</w:t>
      </w:r>
      <w:r>
        <w:rPr>
          <w:b w:val="0"/>
          <w:i w:val="0"/>
          <w:smallCaps w:val="0"/>
          <w:strike w:val="0"/>
          <w:sz w:val="22"/>
          <w:u w:val="single"/>
        </w:rPr>
        <w:t>. He has</w:t>
      </w:r>
      <w:r>
        <w:rPr>
          <w:b w:val="0"/>
          <w:i w:val="0"/>
          <w:smallCaps w:val="0"/>
          <w:strike w:val="0"/>
          <w:sz w:val="16"/>
          <w:u w:val="none"/>
        </w:rPr>
        <w:t xml:space="preserve"> therefore </w:t>
      </w:r>
      <w:r>
        <w:rPr>
          <w:b w:val="0"/>
          <w:i w:val="0"/>
          <w:smallCaps w:val="0"/>
          <w:strike w:val="0"/>
          <w:sz w:val="22"/>
          <w:u w:val="single"/>
        </w:rPr>
        <w:t xml:space="preserve">threatened to </w:t>
      </w:r>
      <w:r>
        <w:rPr>
          <w:b/>
          <w:i w:val="0"/>
          <w:smallCaps w:val="0"/>
          <w:strike w:val="0"/>
          <w:sz w:val="22"/>
          <w:u w:val="single"/>
        </w:rPr>
        <w:t>end the Ukraine war</w:t>
      </w:r>
      <w:r>
        <w:rPr>
          <w:b w:val="0"/>
          <w:i w:val="0"/>
          <w:smallCaps w:val="0"/>
          <w:strike w:val="0"/>
          <w:sz w:val="22"/>
          <w:u w:val="single"/>
        </w:rPr>
        <w:t xml:space="preserve"> in a day and to </w:t>
      </w:r>
      <w:r>
        <w:rPr>
          <w:b/>
          <w:i w:val="0"/>
          <w:smallCaps w:val="0"/>
          <w:strike w:val="0"/>
          <w:sz w:val="22"/>
          <w:u w:val="single"/>
        </w:rPr>
        <w:t>wreck NATO</w:t>
      </w:r>
      <w:r>
        <w:rPr>
          <w:b w:val="0"/>
          <w:i w:val="0"/>
          <w:smallCaps w:val="0"/>
          <w:strike w:val="0"/>
          <w:sz w:val="16"/>
          <w:u w:val="none"/>
        </w:rPr>
        <w:t xml:space="preserve">, perhaps </w:t>
      </w:r>
      <w:r>
        <w:rPr>
          <w:b w:val="0"/>
          <w:i w:val="0"/>
          <w:smallCaps w:val="0"/>
          <w:strike w:val="0"/>
          <w:sz w:val="22"/>
          <w:u w:val="single"/>
        </w:rPr>
        <w:t xml:space="preserve">by </w:t>
      </w:r>
      <w:r>
        <w:rPr>
          <w:b/>
          <w:i w:val="0"/>
          <w:smallCaps w:val="0"/>
          <w:strike w:val="0"/>
          <w:sz w:val="22"/>
          <w:u w:val="single"/>
        </w:rPr>
        <w:t>reneging</w:t>
      </w:r>
      <w:r>
        <w:rPr>
          <w:b w:val="0"/>
          <w:i w:val="0"/>
          <w:smallCaps w:val="0"/>
          <w:strike w:val="0"/>
          <w:sz w:val="22"/>
          <w:u w:val="single"/>
        </w:rPr>
        <w:t xml:space="preserve"> on America’s commitment to treat an </w:t>
      </w:r>
      <w:r>
        <w:rPr>
          <w:b/>
          <w:i w:val="0"/>
          <w:smallCaps w:val="0"/>
          <w:strike w:val="0"/>
          <w:sz w:val="22"/>
          <w:u w:val="single"/>
        </w:rPr>
        <w:t>attack on one country</w:t>
      </w:r>
      <w:r>
        <w:rPr>
          <w:b w:val="0"/>
          <w:i w:val="0"/>
          <w:smallCaps w:val="0"/>
          <w:strike w:val="0"/>
          <w:sz w:val="22"/>
          <w:u w:val="single"/>
        </w:rPr>
        <w:t xml:space="preserve"> as an </w:t>
      </w:r>
      <w:r>
        <w:rPr>
          <w:b/>
          <w:i w:val="0"/>
          <w:smallCaps w:val="0"/>
          <w:strike w:val="0"/>
          <w:sz w:val="22"/>
          <w:u w:val="single"/>
        </w:rPr>
        <w:t>attack on all</w:t>
      </w:r>
      <w:r>
        <w:rPr>
          <w:b w:val="0"/>
          <w:i w:val="0"/>
          <w:smallCaps w:val="0"/>
          <w:strike w:val="0"/>
          <w:sz w:val="16"/>
          <w:u w:val="none"/>
        </w:rPr>
        <w:t xml:space="preserve">. In the Middle East </w:t>
      </w:r>
      <w:r>
        <w:rPr>
          <w:b w:val="0"/>
          <w:i w:val="0"/>
          <w:smallCaps w:val="0"/>
          <w:strike w:val="0"/>
          <w:sz w:val="16"/>
          <w:u w:val="none"/>
        </w:rPr>
        <w:t>Mr</w:t>
      </w:r>
      <w:r>
        <w:rPr>
          <w:b w:val="0"/>
          <w:i w:val="0"/>
          <w:smallCaps w:val="0"/>
          <w:strike w:val="0"/>
          <w:sz w:val="16"/>
          <w:u w:val="none"/>
        </w:rPr>
        <w:t xml:space="preserve"> Trump is likely to back Israel without reserve, however much that stirs up conflict in the region. </w:t>
      </w:r>
      <w:r>
        <w:rPr>
          <w:b w:val="0"/>
          <w:i w:val="0"/>
          <w:smallCaps w:val="0"/>
          <w:strike w:val="0"/>
          <w:sz w:val="22"/>
          <w:u w:val="single"/>
        </w:rPr>
        <w:t xml:space="preserve">In Asia he may be open to </w:t>
      </w:r>
      <w:r>
        <w:rPr>
          <w:b/>
          <w:i w:val="0"/>
          <w:smallCaps w:val="0"/>
          <w:strike w:val="0"/>
          <w:sz w:val="22"/>
          <w:u w:val="single"/>
        </w:rPr>
        <w:t>doing a deal</w:t>
      </w:r>
      <w:r>
        <w:rPr>
          <w:b w:val="0"/>
          <w:i w:val="0"/>
          <w:smallCaps w:val="0"/>
          <w:strike w:val="0"/>
          <w:sz w:val="22"/>
          <w:u w:val="single"/>
        </w:rPr>
        <w:t xml:space="preserve"> with</w:t>
      </w:r>
      <w:r>
        <w:rPr>
          <w:b w:val="0"/>
          <w:i w:val="0"/>
          <w:smallCaps w:val="0"/>
          <w:strike w:val="0"/>
          <w:sz w:val="16"/>
          <w:u w:val="none"/>
        </w:rPr>
        <w:t xml:space="preserve"> China’s president, </w:t>
      </w:r>
      <w:r>
        <w:rPr>
          <w:b w:val="0"/>
          <w:i w:val="0"/>
          <w:smallCaps w:val="0"/>
          <w:strike w:val="0"/>
          <w:sz w:val="22"/>
          <w:u w:val="single"/>
        </w:rPr>
        <w:t>Xi</w:t>
      </w:r>
      <w:r>
        <w:rPr>
          <w:b w:val="0"/>
          <w:i w:val="0"/>
          <w:smallCaps w:val="0"/>
          <w:strike w:val="0"/>
          <w:sz w:val="16"/>
          <w:u w:val="none"/>
        </w:rPr>
        <w:t xml:space="preserve"> Jinping, </w:t>
      </w:r>
      <w:r>
        <w:rPr>
          <w:b w:val="0"/>
          <w:i w:val="0"/>
          <w:smallCaps w:val="0"/>
          <w:strike w:val="0"/>
          <w:sz w:val="22"/>
          <w:u w:val="single"/>
        </w:rPr>
        <w:t xml:space="preserve">to </w:t>
      </w:r>
      <w:r>
        <w:rPr>
          <w:b/>
          <w:i w:val="0"/>
          <w:smallCaps w:val="0"/>
          <w:strike w:val="0"/>
          <w:sz w:val="22"/>
          <w:u w:val="single"/>
        </w:rPr>
        <w:t>abandon Taiwan</w:t>
      </w:r>
      <w:r>
        <w:rPr>
          <w:b w:val="0"/>
          <w:i w:val="0"/>
          <w:smallCaps w:val="0"/>
          <w:strike w:val="0"/>
          <w:sz w:val="16"/>
          <w:u w:val="none"/>
        </w:rPr>
        <w:t xml:space="preserve"> because he cannot see why America would go to war with a nuclear-armed superpower to benefit a tiny island.</w:t>
      </w:r>
    </w:p>
    <w:p>
      <w:pPr>
        <w:spacing w:after="60"/>
      </w:pPr>
      <w:r>
        <w:rPr>
          <w:b w:val="0"/>
          <w:i w:val="0"/>
          <w:smallCaps w:val="0"/>
          <w:strike w:val="0"/>
          <w:sz w:val="16"/>
          <w:u w:val="none"/>
        </w:rPr>
        <w:t xml:space="preserve">But </w:t>
      </w:r>
      <w:r>
        <w:rPr>
          <w:b w:val="0"/>
          <w:i w:val="0"/>
          <w:smallCaps w:val="0"/>
          <w:strike w:val="0"/>
          <w:sz w:val="22"/>
          <w:u w:val="single"/>
        </w:rPr>
        <w:t xml:space="preserve">knowing that America would </w:t>
      </w:r>
      <w:r>
        <w:rPr>
          <w:b/>
          <w:i w:val="0"/>
          <w:smallCaps w:val="0"/>
          <w:strike w:val="0"/>
          <w:sz w:val="22"/>
          <w:u w:val="single"/>
        </w:rPr>
        <w:t>abandon Europe</w:t>
      </w:r>
      <w:r>
        <w:rPr>
          <w:b w:val="0"/>
          <w:i w:val="0"/>
          <w:smallCaps w:val="0"/>
          <w:strike w:val="0"/>
          <w:sz w:val="16"/>
          <w:u w:val="none"/>
        </w:rPr>
        <w:t xml:space="preserve">, </w:t>
      </w:r>
      <w:r>
        <w:rPr>
          <w:b w:val="0"/>
          <w:i w:val="0"/>
          <w:smallCaps w:val="0"/>
          <w:strike w:val="0"/>
          <w:sz w:val="16"/>
          <w:u w:val="none"/>
        </w:rPr>
        <w:t>Mr</w:t>
      </w:r>
      <w:r>
        <w:rPr>
          <w:b w:val="0"/>
          <w:i w:val="0"/>
          <w:smallCaps w:val="0"/>
          <w:strike w:val="0"/>
          <w:sz w:val="16"/>
          <w:u w:val="none"/>
        </w:rPr>
        <w:t xml:space="preserve"> </w:t>
      </w:r>
      <w:r>
        <w:rPr>
          <w:b/>
          <w:i w:val="0"/>
          <w:smallCaps w:val="0"/>
          <w:strike w:val="0"/>
          <w:sz w:val="22"/>
          <w:u w:val="single"/>
        </w:rPr>
        <w:t>Putin</w:t>
      </w:r>
      <w:r>
        <w:rPr>
          <w:b w:val="0"/>
          <w:i w:val="0"/>
          <w:smallCaps w:val="0"/>
          <w:strike w:val="0"/>
          <w:sz w:val="22"/>
          <w:u w:val="single"/>
        </w:rPr>
        <w:t xml:space="preserve"> would have an </w:t>
      </w:r>
      <w:r>
        <w:rPr>
          <w:b/>
          <w:i w:val="0"/>
          <w:smallCaps w:val="0"/>
          <w:strike w:val="0"/>
          <w:sz w:val="22"/>
          <w:u w:val="single"/>
        </w:rPr>
        <w:t>incentive</w:t>
      </w:r>
      <w:r>
        <w:rPr>
          <w:b w:val="0"/>
          <w:i w:val="0"/>
          <w:smallCaps w:val="0"/>
          <w:strike w:val="0"/>
          <w:sz w:val="22"/>
          <w:u w:val="single"/>
        </w:rPr>
        <w:t xml:space="preserve"> to </w:t>
      </w:r>
      <w:r>
        <w:rPr>
          <w:b/>
          <w:i w:val="0"/>
          <w:smallCaps w:val="0"/>
          <w:strike w:val="0"/>
          <w:sz w:val="22"/>
          <w:u w:val="single"/>
        </w:rPr>
        <w:t>fight on</w:t>
      </w:r>
      <w:r>
        <w:rPr>
          <w:b w:val="0"/>
          <w:i w:val="0"/>
          <w:smallCaps w:val="0"/>
          <w:strike w:val="0"/>
          <w:sz w:val="22"/>
          <w:u w:val="single"/>
        </w:rPr>
        <w:t xml:space="preserve"> in </w:t>
      </w:r>
      <w:r>
        <w:rPr>
          <w:b/>
          <w:i w:val="0"/>
          <w:smallCaps w:val="0"/>
          <w:strike w:val="0"/>
          <w:sz w:val="22"/>
          <w:u w:val="single"/>
        </w:rPr>
        <w:t>Ukraine</w:t>
      </w:r>
      <w:r>
        <w:rPr>
          <w:b w:val="0"/>
          <w:i w:val="0"/>
          <w:smallCaps w:val="0"/>
          <w:strike w:val="0"/>
          <w:sz w:val="22"/>
          <w:u w:val="single"/>
        </w:rPr>
        <w:t xml:space="preserve"> and to </w:t>
      </w:r>
      <w:r>
        <w:rPr>
          <w:b/>
          <w:i w:val="0"/>
          <w:smallCaps w:val="0"/>
          <w:strike w:val="0"/>
          <w:sz w:val="22"/>
          <w:u w:val="single"/>
        </w:rPr>
        <w:t>pick off</w:t>
      </w:r>
      <w:r>
        <w:rPr>
          <w:b w:val="0"/>
          <w:i w:val="0"/>
          <w:smallCaps w:val="0"/>
          <w:strike w:val="0"/>
          <w:sz w:val="16"/>
          <w:u w:val="none"/>
        </w:rPr>
        <w:t xml:space="preserve"> former Soviet countries such as Moldova or </w:t>
      </w:r>
      <w:r>
        <w:rPr>
          <w:b w:val="0"/>
          <w:i w:val="0"/>
          <w:smallCaps w:val="0"/>
          <w:strike w:val="0"/>
          <w:sz w:val="22"/>
          <w:u w:val="single"/>
        </w:rPr>
        <w:t xml:space="preserve">the </w:t>
      </w:r>
      <w:r>
        <w:rPr>
          <w:b/>
          <w:i w:val="0"/>
          <w:smallCaps w:val="0"/>
          <w:strike w:val="0"/>
          <w:sz w:val="22"/>
          <w:u w:val="single"/>
        </w:rPr>
        <w:t>Baltic states</w:t>
      </w:r>
      <w:r>
        <w:rPr>
          <w:b w:val="0"/>
          <w:i w:val="0"/>
          <w:smallCaps w:val="0"/>
          <w:strike w:val="0"/>
          <w:sz w:val="16"/>
          <w:u w:val="none"/>
        </w:rPr>
        <w:t xml:space="preserve">. Without American pressure, Israel is unlikely to generate an internal consensus for peace talks with the Palestinians. Calculating that </w:t>
      </w:r>
      <w:r>
        <w:rPr>
          <w:b w:val="0"/>
          <w:i w:val="0"/>
          <w:smallCaps w:val="0"/>
          <w:strike w:val="0"/>
          <w:sz w:val="16"/>
          <w:u w:val="none"/>
        </w:rPr>
        <w:t>Mr</w:t>
      </w:r>
      <w:r>
        <w:rPr>
          <w:b w:val="0"/>
          <w:i w:val="0"/>
          <w:smallCaps w:val="0"/>
          <w:strike w:val="0"/>
          <w:sz w:val="16"/>
          <w:u w:val="none"/>
        </w:rPr>
        <w:t xml:space="preserve"> Trump does not stand by his allies, </w:t>
      </w:r>
      <w:r>
        <w:rPr>
          <w:b/>
          <w:i w:val="0"/>
          <w:smallCaps w:val="0"/>
          <w:strike w:val="0"/>
          <w:sz w:val="22"/>
          <w:u w:val="single"/>
        </w:rPr>
        <w:t>Japan and South Korea</w:t>
      </w:r>
      <w:r>
        <w:rPr>
          <w:b w:val="0"/>
          <w:i w:val="0"/>
          <w:smallCaps w:val="0"/>
          <w:strike w:val="0"/>
          <w:sz w:val="22"/>
          <w:u w:val="single"/>
        </w:rPr>
        <w:t xml:space="preserve"> could acquire </w:t>
      </w:r>
      <w:r>
        <w:rPr>
          <w:b/>
          <w:i w:val="0"/>
          <w:smallCaps w:val="0"/>
          <w:strike w:val="0"/>
          <w:sz w:val="22"/>
          <w:u w:val="single"/>
        </w:rPr>
        <w:t>nuclear weapons</w:t>
      </w:r>
      <w:r>
        <w:rPr>
          <w:b w:val="0"/>
          <w:i w:val="0"/>
          <w:smallCaps w:val="0"/>
          <w:strike w:val="0"/>
          <w:sz w:val="16"/>
          <w:u w:val="none"/>
        </w:rPr>
        <w:t xml:space="preserve">. By asserting that America has no global responsibility to help deal with climate change, </w:t>
      </w:r>
      <w:r>
        <w:rPr>
          <w:b w:val="0"/>
          <w:i w:val="0"/>
          <w:smallCaps w:val="0"/>
          <w:strike w:val="0"/>
          <w:sz w:val="16"/>
          <w:u w:val="none"/>
        </w:rPr>
        <w:t>Mr</w:t>
      </w:r>
      <w:r>
        <w:rPr>
          <w:b w:val="0"/>
          <w:i w:val="0"/>
          <w:smallCaps w:val="0"/>
          <w:strike w:val="0"/>
          <w:sz w:val="16"/>
          <w:u w:val="none"/>
        </w:rPr>
        <w:t xml:space="preserve"> </w:t>
      </w:r>
      <w:r>
        <w:rPr>
          <w:b w:val="0"/>
          <w:i w:val="0"/>
          <w:smallCaps w:val="0"/>
          <w:strike w:val="0"/>
          <w:sz w:val="22"/>
          <w:u w:val="single"/>
        </w:rPr>
        <w:t>Trump</w:t>
      </w:r>
      <w:r>
        <w:rPr>
          <w:b w:val="0"/>
          <w:i w:val="0"/>
          <w:smallCaps w:val="0"/>
          <w:strike w:val="0"/>
          <w:sz w:val="16"/>
          <w:u w:val="none"/>
        </w:rPr>
        <w:t xml:space="preserve"> would crush efforts to slow it. And he </w:t>
      </w:r>
      <w:r>
        <w:rPr>
          <w:b w:val="0"/>
          <w:i w:val="0"/>
          <w:smallCaps w:val="0"/>
          <w:strike w:val="0"/>
          <w:sz w:val="22"/>
          <w:u w:val="single"/>
        </w:rPr>
        <w:t>is surrounded by China hawks who believe confrontation is the only way to preserve American dominance</w:t>
      </w:r>
      <w:r>
        <w:rPr>
          <w:b w:val="0"/>
          <w:i w:val="0"/>
          <w:smallCaps w:val="0"/>
          <w:strike w:val="0"/>
          <w:sz w:val="16"/>
          <w:u w:val="none"/>
        </w:rPr>
        <w:t xml:space="preserve">. Caught between a </w:t>
      </w:r>
      <w:r>
        <w:rPr>
          <w:b w:val="0"/>
          <w:i w:val="0"/>
          <w:smallCaps w:val="0"/>
          <w:strike w:val="0"/>
          <w:sz w:val="16"/>
          <w:u w:val="none"/>
        </w:rPr>
        <w:t>dealmaking</w:t>
      </w:r>
      <w:r>
        <w:rPr>
          <w:b w:val="0"/>
          <w:i w:val="0"/>
          <w:smallCaps w:val="0"/>
          <w:strike w:val="0"/>
          <w:sz w:val="16"/>
          <w:u w:val="none"/>
        </w:rPr>
        <w:t xml:space="preserve"> president and his warmongering officials, </w:t>
      </w:r>
      <w:r>
        <w:rPr>
          <w:b w:val="0"/>
          <w:i w:val="0"/>
          <w:smallCaps w:val="0"/>
          <w:strike w:val="0"/>
          <w:sz w:val="22"/>
          <w:u w:val="single"/>
        </w:rPr>
        <w:t xml:space="preserve">China could easily </w:t>
      </w:r>
      <w:r>
        <w:rPr>
          <w:b/>
          <w:i w:val="0"/>
          <w:smallCaps w:val="0"/>
          <w:strike w:val="0"/>
          <w:sz w:val="22"/>
          <w:u w:val="single"/>
        </w:rPr>
        <w:t>miscalculate</w:t>
      </w:r>
      <w:r>
        <w:rPr>
          <w:b w:val="0"/>
          <w:i w:val="0"/>
          <w:smallCaps w:val="0"/>
          <w:strike w:val="0"/>
          <w:sz w:val="22"/>
          <w:u w:val="single"/>
        </w:rPr>
        <w:t xml:space="preserve"> over </w:t>
      </w:r>
      <w:r>
        <w:rPr>
          <w:b/>
          <w:i w:val="0"/>
          <w:smallCaps w:val="0"/>
          <w:strike w:val="0"/>
          <w:sz w:val="22"/>
          <w:u w:val="single"/>
        </w:rPr>
        <w:t>Taiwan</w:t>
      </w:r>
      <w:r>
        <w:rPr>
          <w:b w:val="0"/>
          <w:i w:val="0"/>
          <w:smallCaps w:val="0"/>
          <w:strike w:val="0"/>
          <w:sz w:val="22"/>
          <w:u w:val="single"/>
        </w:rPr>
        <w:t xml:space="preserve">, with </w:t>
      </w:r>
      <w:r>
        <w:rPr>
          <w:b/>
          <w:i w:val="0"/>
          <w:smallCaps w:val="0"/>
          <w:strike w:val="0"/>
          <w:sz w:val="22"/>
          <w:u w:val="single"/>
        </w:rPr>
        <w:t>catastrophic consequences</w:t>
      </w:r>
      <w:r>
        <w:rPr>
          <w:b w:val="0"/>
          <w:i w:val="0"/>
          <w:smallCaps w:val="0"/>
          <w:strike w:val="0"/>
          <w:sz w:val="22"/>
          <w:u w:val="single"/>
        </w:rPr>
        <w:t>.</w:t>
      </w:r>
    </w:p>
    <w:p>
      <w:pPr>
        <w:spacing w:after="60"/>
      </w:pPr>
      <w:r>
        <w:rPr>
          <w:b w:val="0"/>
          <w:i w:val="0"/>
          <w:smallCaps w:val="0"/>
          <w:strike w:val="0"/>
          <w:sz w:val="16"/>
          <w:u w:val="none"/>
        </w:rPr>
        <w:t>The election that matters</w:t>
      </w:r>
    </w:p>
    <w:p>
      <w:pPr>
        <w:spacing w:after="60"/>
      </w:pPr>
      <w:r>
        <w:rPr>
          <w:b w:val="0"/>
          <w:i w:val="0"/>
          <w:smallCaps w:val="0"/>
          <w:strike w:val="0"/>
          <w:sz w:val="22"/>
          <w:u w:val="single"/>
        </w:rPr>
        <w:t xml:space="preserve">A </w:t>
      </w:r>
      <w:r>
        <w:rPr>
          <w:b/>
          <w:i w:val="0"/>
          <w:smallCaps w:val="0"/>
          <w:strike w:val="0"/>
          <w:sz w:val="22"/>
          <w:u w:val="single"/>
        </w:rPr>
        <w:t>second Trump term</w:t>
      </w:r>
      <w:r>
        <w:rPr>
          <w:b w:val="0"/>
          <w:i w:val="0"/>
          <w:smallCaps w:val="0"/>
          <w:strike w:val="0"/>
          <w:sz w:val="22"/>
          <w:u w:val="single"/>
        </w:rPr>
        <w:t xml:space="preserve"> would be a </w:t>
      </w:r>
      <w:r>
        <w:rPr>
          <w:b/>
          <w:i w:val="0"/>
          <w:smallCaps w:val="0"/>
          <w:strike w:val="0"/>
          <w:sz w:val="22"/>
          <w:u w:val="single"/>
        </w:rPr>
        <w:t>watershed</w:t>
      </w:r>
      <w:r>
        <w:rPr>
          <w:b w:val="0"/>
          <w:i w:val="0"/>
          <w:smallCaps w:val="0"/>
          <w:strike w:val="0"/>
          <w:sz w:val="22"/>
          <w:u w:val="single"/>
        </w:rPr>
        <w:t xml:space="preserve"> in a way the first was not. </w:t>
      </w:r>
      <w:r>
        <w:rPr>
          <w:b/>
          <w:i w:val="0"/>
          <w:smallCaps w:val="0"/>
          <w:strike w:val="0"/>
          <w:sz w:val="22"/>
          <w:u w:val="single"/>
        </w:rPr>
        <w:t>Victory</w:t>
      </w:r>
      <w:r>
        <w:rPr>
          <w:b w:val="0"/>
          <w:i w:val="0"/>
          <w:smallCaps w:val="0"/>
          <w:strike w:val="0"/>
          <w:sz w:val="22"/>
          <w:u w:val="single"/>
        </w:rPr>
        <w:t xml:space="preserve"> would </w:t>
      </w:r>
      <w:r>
        <w:rPr>
          <w:b/>
          <w:i w:val="0"/>
          <w:smallCaps w:val="0"/>
          <w:strike w:val="0"/>
          <w:sz w:val="22"/>
          <w:u w:val="single"/>
        </w:rPr>
        <w:t>confirm</w:t>
      </w:r>
      <w:r>
        <w:rPr>
          <w:b w:val="0"/>
          <w:i w:val="0"/>
          <w:smallCaps w:val="0"/>
          <w:strike w:val="0"/>
          <w:sz w:val="22"/>
          <w:u w:val="single"/>
        </w:rPr>
        <w:t xml:space="preserve"> his most </w:t>
      </w:r>
      <w:r>
        <w:rPr>
          <w:b/>
          <w:i w:val="0"/>
          <w:smallCaps w:val="0"/>
          <w:strike w:val="0"/>
          <w:sz w:val="22"/>
          <w:u w:val="single"/>
        </w:rPr>
        <w:t>destructive instincts</w:t>
      </w:r>
      <w:r>
        <w:rPr>
          <w:b w:val="0"/>
          <w:i w:val="0"/>
          <w:smallCaps w:val="0"/>
          <w:strike w:val="0"/>
          <w:sz w:val="16"/>
          <w:u w:val="none"/>
        </w:rPr>
        <w:t xml:space="preserve"> about power. </w:t>
      </w:r>
      <w:r>
        <w:rPr>
          <w:b w:val="0"/>
          <w:i w:val="0"/>
          <w:smallCaps w:val="0"/>
          <w:strike w:val="0"/>
          <w:sz w:val="22"/>
          <w:u w:val="single"/>
        </w:rPr>
        <w:t xml:space="preserve">His plans would encounter </w:t>
      </w:r>
      <w:r>
        <w:rPr>
          <w:b/>
          <w:i w:val="0"/>
          <w:smallCaps w:val="0"/>
          <w:strike w:val="0"/>
          <w:sz w:val="22"/>
          <w:u w:val="single"/>
        </w:rPr>
        <w:t>less resistance</w:t>
      </w:r>
      <w:r>
        <w:rPr>
          <w:b w:val="0"/>
          <w:i w:val="0"/>
          <w:smallCaps w:val="0"/>
          <w:strike w:val="0"/>
          <w:sz w:val="16"/>
          <w:u w:val="none"/>
        </w:rPr>
        <w:t xml:space="preserve">. And </w:t>
      </w:r>
      <w:r>
        <w:rPr>
          <w:b w:val="0"/>
          <w:i w:val="0"/>
          <w:smallCaps w:val="0"/>
          <w:strike w:val="0"/>
          <w:sz w:val="22"/>
          <w:u w:val="single"/>
        </w:rPr>
        <w:t xml:space="preserve">because America will have voted him in while knowing the worst, its </w:t>
      </w:r>
      <w:r>
        <w:rPr>
          <w:b/>
          <w:i w:val="0"/>
          <w:smallCaps w:val="0"/>
          <w:strike w:val="0"/>
          <w:sz w:val="22"/>
          <w:u w:val="single"/>
        </w:rPr>
        <w:t>moral authority</w:t>
      </w:r>
      <w:r>
        <w:rPr>
          <w:b w:val="0"/>
          <w:i w:val="0"/>
          <w:smallCaps w:val="0"/>
          <w:strike w:val="0"/>
          <w:sz w:val="22"/>
          <w:u w:val="single"/>
        </w:rPr>
        <w:t xml:space="preserve"> would </w:t>
      </w:r>
      <w:r>
        <w:rPr>
          <w:b/>
          <w:i w:val="0"/>
          <w:smallCaps w:val="0"/>
          <w:strike w:val="0"/>
          <w:sz w:val="22"/>
          <w:u w:val="single"/>
        </w:rPr>
        <w:t>decline</w:t>
      </w:r>
      <w:r>
        <w:rPr>
          <w:b w:val="0"/>
          <w:i w:val="0"/>
          <w:smallCaps w:val="0"/>
          <w:strike w:val="0"/>
          <w:sz w:val="16"/>
          <w:u w:val="none"/>
        </w:rPr>
        <w:t xml:space="preserve">. The election will be decided by tens of thousands of voters in just a handful of states. </w:t>
      </w:r>
      <w:r>
        <w:rPr>
          <w:b w:val="0"/>
          <w:i w:val="0"/>
          <w:smallCaps w:val="0"/>
          <w:strike w:val="0"/>
          <w:sz w:val="22"/>
          <w:u w:val="single"/>
        </w:rPr>
        <w:t xml:space="preserve">In 2024 the </w:t>
      </w:r>
      <w:r>
        <w:rPr>
          <w:b/>
          <w:i w:val="0"/>
          <w:smallCaps w:val="0"/>
          <w:strike w:val="0"/>
          <w:sz w:val="22"/>
          <w:u w:val="single"/>
        </w:rPr>
        <w:t>fate of the world</w:t>
      </w:r>
      <w:r>
        <w:rPr>
          <w:b w:val="0"/>
          <w:i w:val="0"/>
          <w:smallCaps w:val="0"/>
          <w:strike w:val="0"/>
          <w:sz w:val="22"/>
          <w:u w:val="single"/>
        </w:rPr>
        <w:t xml:space="preserve"> will </w:t>
      </w:r>
      <w:r>
        <w:rPr>
          <w:b/>
          <w:i w:val="0"/>
          <w:smallCaps w:val="0"/>
          <w:strike w:val="0"/>
          <w:sz w:val="22"/>
          <w:u w:val="single"/>
        </w:rPr>
        <w:t>depend</w:t>
      </w:r>
      <w:r>
        <w:rPr>
          <w:b w:val="0"/>
          <w:i w:val="0"/>
          <w:smallCaps w:val="0"/>
          <w:strike w:val="0"/>
          <w:sz w:val="22"/>
          <w:u w:val="single"/>
        </w:rPr>
        <w:t xml:space="preserve"> on their </w:t>
      </w:r>
      <w:r>
        <w:rPr>
          <w:b/>
          <w:i w:val="0"/>
          <w:smallCaps w:val="0"/>
          <w:strike w:val="0"/>
          <w:sz w:val="22"/>
          <w:u w:val="single"/>
        </w:rPr>
        <w:t>ballots</w:t>
      </w:r>
      <w:r>
        <w:rPr>
          <w:b w:val="0"/>
          <w:i w:val="0"/>
          <w:smallCaps w:val="0"/>
          <w:strike w:val="0"/>
          <w:sz w:val="22"/>
          <w:u w:val="singl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