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Trump will end the U.S.-led order. The second term will make the first look like a “garden party.”</w:t>
      </w:r>
    </w:p>
    <w:p>
      <w:pPr>
        <w:spacing w:after="80"/>
      </w:pPr>
      <w:r>
        <w:rPr>
          <w:b/>
          <w:i w:val="0"/>
          <w:smallCaps w:val="0"/>
          <w:strike w:val="0"/>
          <w:sz w:val="26"/>
          <w:u w:val="none"/>
        </w:rPr>
        <w:t>Drezner</w:t>
      </w:r>
      <w:r>
        <w:rPr>
          <w:b/>
          <w:i w:val="0"/>
          <w:smallCaps w:val="0"/>
          <w:strike w:val="0"/>
          <w:sz w:val="26"/>
          <w:u w:val="none"/>
        </w:rPr>
        <w:t xml:space="preserve"> 23</w:t>
      </w:r>
      <w:r>
        <w:rPr>
          <w:b w:val="0"/>
          <w:i w:val="0"/>
          <w:smallCaps w:val="0"/>
          <w:strike w:val="0"/>
          <w:u w:val="none"/>
        </w:rPr>
        <w:t xml:space="preserve"> – Professor of International Politics at the Fletcher School of Law and Diplomacy at Tufts University.</w:t>
      </w:r>
    </w:p>
    <w:p>
      <w:pPr>
        <w:spacing w:after="60"/>
      </w:pPr>
      <w:r>
        <w:rPr>
          <w:b w:val="0"/>
          <w:i w:val="0"/>
          <w:smallCaps w:val="0"/>
          <w:strike w:val="0"/>
          <w:u w:val="none"/>
        </w:rPr>
        <w:t xml:space="preserve">Daniel W. </w:t>
      </w:r>
      <w:r>
        <w:rPr>
          <w:b w:val="0"/>
          <w:i w:val="0"/>
          <w:smallCaps w:val="0"/>
          <w:strike w:val="0"/>
          <w:u w:val="none"/>
        </w:rPr>
        <w:t>Drezner</w:t>
      </w:r>
      <w:r>
        <w:rPr>
          <w:b w:val="0"/>
          <w:i w:val="0"/>
          <w:smallCaps w:val="0"/>
          <w:strike w:val="0"/>
          <w:u w:val="none"/>
        </w:rPr>
        <w:t xml:space="preserve">, “Bracing for Trump 2.0,” </w:t>
      </w:r>
      <w:r>
        <w:rPr>
          <w:b w:val="0"/>
          <w:i/>
          <w:smallCaps w:val="0"/>
          <w:strike w:val="0"/>
          <w:u w:val="none"/>
        </w:rPr>
        <w:t>Foreign Affairs,</w:t>
      </w:r>
      <w:r>
        <w:rPr>
          <w:b w:val="0"/>
          <w:i w:val="0"/>
          <w:smallCaps w:val="0"/>
          <w:strike w:val="0"/>
          <w:u w:val="none"/>
        </w:rPr>
        <w:t xml:space="preserve"> 5 September 2023, https://www.foreignaffairs.com/united-states/bracing-trump-possible-return-allies-rivals.</w:t>
      </w:r>
    </w:p>
    <w:p>
      <w:pPr>
        <w:spacing w:after="60"/>
      </w:pPr>
      <w:r>
        <w:rPr>
          <w:b w:val="0"/>
          <w:i w:val="0"/>
          <w:smallCaps w:val="0"/>
          <w:strike w:val="0"/>
          <w:sz w:val="16"/>
          <w:u w:val="none"/>
        </w:rPr>
        <w:t>FENCES MENDED?</w:t>
      </w:r>
    </w:p>
    <w:p>
      <w:pPr>
        <w:spacing w:after="60"/>
      </w:pPr>
      <w:r>
        <w:rPr>
          <w:b w:val="0"/>
          <w:i w:val="0"/>
          <w:smallCaps w:val="0"/>
          <w:strike w:val="0"/>
          <w:sz w:val="22"/>
          <w:u w:val="single"/>
        </w:rPr>
        <w:t xml:space="preserve">During his </w:t>
      </w:r>
      <w:r>
        <w:rPr>
          <w:b/>
          <w:i w:val="0"/>
          <w:smallCaps w:val="0"/>
          <w:strike w:val="0"/>
          <w:sz w:val="22"/>
          <w:u w:val="single"/>
        </w:rPr>
        <w:t>first term</w:t>
      </w:r>
      <w:r>
        <w:rPr>
          <w:b w:val="0"/>
          <w:i w:val="0"/>
          <w:smallCaps w:val="0"/>
          <w:strike w:val="0"/>
          <w:sz w:val="22"/>
          <w:u w:val="single"/>
        </w:rPr>
        <w:t xml:space="preserve">, Trump </w:t>
      </w:r>
      <w:r>
        <w:rPr>
          <w:b/>
          <w:i w:val="0"/>
          <w:smallCaps w:val="0"/>
          <w:strike w:val="0"/>
          <w:sz w:val="22"/>
          <w:u w:val="single"/>
        </w:rPr>
        <w:t>scrambled</w:t>
      </w:r>
      <w:r>
        <w:rPr>
          <w:b w:val="0"/>
          <w:i w:val="0"/>
          <w:smallCaps w:val="0"/>
          <w:strike w:val="0"/>
          <w:sz w:val="22"/>
          <w:u w:val="single"/>
        </w:rPr>
        <w:t xml:space="preserve"> the </w:t>
      </w:r>
      <w:r>
        <w:rPr>
          <w:b/>
          <w:i w:val="0"/>
          <w:smallCaps w:val="0"/>
          <w:strike w:val="0"/>
          <w:sz w:val="22"/>
          <w:u w:val="single"/>
        </w:rPr>
        <w:t>dense network</w:t>
      </w:r>
      <w:r>
        <w:rPr>
          <w:b w:val="0"/>
          <w:i w:val="0"/>
          <w:smallCaps w:val="0"/>
          <w:strike w:val="0"/>
          <w:sz w:val="22"/>
          <w:u w:val="single"/>
        </w:rPr>
        <w:t xml:space="preserve"> of </w:t>
      </w:r>
      <w:r>
        <w:rPr>
          <w:b/>
          <w:i w:val="0"/>
          <w:smallCaps w:val="0"/>
          <w:strike w:val="0"/>
          <w:sz w:val="22"/>
          <w:u w:val="single"/>
        </w:rPr>
        <w:t>alliances</w:t>
      </w:r>
      <w:r>
        <w:rPr>
          <w:b w:val="0"/>
          <w:i w:val="0"/>
          <w:smallCaps w:val="0"/>
          <w:strike w:val="0"/>
          <w:sz w:val="22"/>
          <w:u w:val="single"/>
        </w:rPr>
        <w:t xml:space="preserve"> and </w:t>
      </w:r>
      <w:r>
        <w:rPr>
          <w:b/>
          <w:i w:val="0"/>
          <w:smallCaps w:val="0"/>
          <w:strike w:val="0"/>
          <w:sz w:val="22"/>
          <w:u w:val="single"/>
        </w:rPr>
        <w:t>partnerships</w:t>
      </w:r>
      <w:r>
        <w:rPr>
          <w:b w:val="0"/>
          <w:i w:val="0"/>
          <w:smallCaps w:val="0"/>
          <w:strike w:val="0"/>
          <w:sz w:val="22"/>
          <w:u w:val="single"/>
        </w:rPr>
        <w:t xml:space="preserve"> that the United States had built over the previous 75 years</w:t>
      </w:r>
      <w:r>
        <w:rPr>
          <w:b w:val="0"/>
          <w:i w:val="0"/>
          <w:smallCaps w:val="0"/>
          <w:strike w:val="0"/>
          <w:sz w:val="16"/>
          <w:u w:val="none"/>
        </w:rPr>
        <w:t xml:space="preserve">. For long-standing allies in Europe, Latin America, and the Pacific Rim, </w:t>
      </w:r>
      <w:r>
        <w:rPr>
          <w:b w:val="0"/>
          <w:i w:val="0"/>
          <w:smallCaps w:val="0"/>
          <w:strike w:val="0"/>
          <w:sz w:val="22"/>
          <w:u w:val="single"/>
        </w:rPr>
        <w:t xml:space="preserve">the United States suddenly exhibited a </w:t>
      </w:r>
      <w:r>
        <w:rPr>
          <w:b/>
          <w:i w:val="0"/>
          <w:smallCaps w:val="0"/>
          <w:strike w:val="0"/>
          <w:sz w:val="22"/>
          <w:u w:val="single"/>
        </w:rPr>
        <w:t>bewildering array</w:t>
      </w:r>
      <w:r>
        <w:rPr>
          <w:b w:val="0"/>
          <w:i w:val="0"/>
          <w:smallCaps w:val="0"/>
          <w:strike w:val="0"/>
          <w:sz w:val="22"/>
          <w:u w:val="single"/>
        </w:rPr>
        <w:t xml:space="preserve"> of </w:t>
      </w:r>
      <w:r>
        <w:rPr>
          <w:b/>
          <w:i w:val="0"/>
          <w:smallCaps w:val="0"/>
          <w:strike w:val="0"/>
          <w:sz w:val="22"/>
          <w:u w:val="single"/>
        </w:rPr>
        <w:t>capricious behavior</w:t>
      </w:r>
      <w:r>
        <w:rPr>
          <w:b w:val="0"/>
          <w:i w:val="0"/>
          <w:smallCaps w:val="0"/>
          <w:strike w:val="0"/>
          <w:sz w:val="22"/>
          <w:u w:val="single"/>
        </w:rPr>
        <w:t xml:space="preserve">. Trump </w:t>
      </w:r>
      <w:r>
        <w:rPr>
          <w:b/>
          <w:i w:val="0"/>
          <w:smallCaps w:val="0"/>
          <w:strike w:val="0"/>
          <w:sz w:val="22"/>
          <w:u w:val="single"/>
        </w:rPr>
        <w:t>blasted allies</w:t>
      </w:r>
      <w:r>
        <w:rPr>
          <w:b w:val="0"/>
          <w:i w:val="0"/>
          <w:smallCaps w:val="0"/>
          <w:strike w:val="0"/>
          <w:sz w:val="22"/>
          <w:u w:val="single"/>
        </w:rPr>
        <w:t xml:space="preserve"> for not contributing enough to collective security</w:t>
      </w:r>
      <w:r>
        <w:rPr>
          <w:b w:val="0"/>
          <w:i w:val="0"/>
          <w:smallCaps w:val="0"/>
          <w:strike w:val="0"/>
          <w:sz w:val="16"/>
          <w:u w:val="none"/>
        </w:rPr>
        <w:t xml:space="preserve"> and for allegedly robbing the United States blind on trade deals. </w:t>
      </w:r>
      <w:r>
        <w:rPr>
          <w:b w:val="0"/>
          <w:i w:val="0"/>
          <w:smallCaps w:val="0"/>
          <w:strike w:val="0"/>
          <w:sz w:val="22"/>
          <w:u w:val="single"/>
        </w:rPr>
        <w:t xml:space="preserve">He repeatedly </w:t>
      </w:r>
      <w:r>
        <w:rPr>
          <w:b/>
          <w:i w:val="0"/>
          <w:smallCaps w:val="0"/>
          <w:strike w:val="0"/>
          <w:sz w:val="22"/>
          <w:u w:val="single"/>
        </w:rPr>
        <w:t>threatened</w:t>
      </w:r>
      <w:r>
        <w:rPr>
          <w:b w:val="0"/>
          <w:i w:val="0"/>
          <w:smallCaps w:val="0"/>
          <w:strike w:val="0"/>
          <w:sz w:val="22"/>
          <w:u w:val="single"/>
        </w:rPr>
        <w:t xml:space="preserve"> to </w:t>
      </w:r>
      <w:r>
        <w:rPr>
          <w:b/>
          <w:i w:val="0"/>
          <w:smallCaps w:val="0"/>
          <w:strike w:val="0"/>
          <w:sz w:val="22"/>
          <w:u w:val="single"/>
        </w:rPr>
        <w:t>exit</w:t>
      </w:r>
      <w:r>
        <w:rPr>
          <w:b w:val="0"/>
          <w:i w:val="0"/>
          <w:smallCaps w:val="0"/>
          <w:strike w:val="0"/>
          <w:sz w:val="22"/>
          <w:u w:val="single"/>
        </w:rPr>
        <w:t xml:space="preserve"> previously </w:t>
      </w:r>
      <w:r>
        <w:rPr>
          <w:b/>
          <w:i w:val="0"/>
          <w:smallCaps w:val="0"/>
          <w:strike w:val="0"/>
          <w:sz w:val="22"/>
          <w:u w:val="single"/>
        </w:rPr>
        <w:t>sacrosanct</w:t>
      </w:r>
      <w:r>
        <w:rPr>
          <w:b w:val="0"/>
          <w:i w:val="0"/>
          <w:smallCaps w:val="0"/>
          <w:strike w:val="0"/>
          <w:sz w:val="22"/>
          <w:u w:val="single"/>
        </w:rPr>
        <w:t xml:space="preserve"> agreements including </w:t>
      </w:r>
      <w:r>
        <w:rPr>
          <w:b/>
          <w:i w:val="0"/>
          <w:smallCaps w:val="0"/>
          <w:strike w:val="0"/>
          <w:sz w:val="22"/>
          <w:u w:val="single"/>
        </w:rPr>
        <w:t>NATO</w:t>
      </w:r>
      <w:r>
        <w:rPr>
          <w:b w:val="0"/>
          <w:i w:val="0"/>
          <w:smallCaps w:val="0"/>
          <w:strike w:val="0"/>
          <w:sz w:val="22"/>
          <w:u w:val="single"/>
        </w:rPr>
        <w:t xml:space="preserve">, the </w:t>
      </w:r>
      <w:r>
        <w:rPr>
          <w:b/>
          <w:i w:val="0"/>
          <w:smallCaps w:val="0"/>
          <w:strike w:val="0"/>
          <w:sz w:val="22"/>
          <w:u w:val="single"/>
        </w:rPr>
        <w:t>W</w:t>
      </w:r>
      <w:r>
        <w:rPr>
          <w:b w:val="0"/>
          <w:i w:val="0"/>
          <w:smallCaps w:val="0"/>
          <w:strike w:val="0"/>
          <w:sz w:val="22"/>
          <w:u w:val="single"/>
        </w:rPr>
        <w:t xml:space="preserve">orld </w:t>
      </w:r>
      <w:r>
        <w:rPr>
          <w:b/>
          <w:i w:val="0"/>
          <w:smallCaps w:val="0"/>
          <w:strike w:val="0"/>
          <w:sz w:val="22"/>
          <w:u w:val="single"/>
        </w:rPr>
        <w:t>T</w:t>
      </w:r>
      <w:r>
        <w:rPr>
          <w:b w:val="0"/>
          <w:i w:val="0"/>
          <w:smallCaps w:val="0"/>
          <w:strike w:val="0"/>
          <w:sz w:val="22"/>
          <w:u w:val="single"/>
        </w:rPr>
        <w:t xml:space="preserve">rade </w:t>
      </w:r>
      <w:r>
        <w:rPr>
          <w:b/>
          <w:i w:val="0"/>
          <w:smallCaps w:val="0"/>
          <w:strike w:val="0"/>
          <w:sz w:val="22"/>
          <w:u w:val="single"/>
        </w:rPr>
        <w:t>O</w:t>
      </w:r>
      <w:r>
        <w:rPr>
          <w:b w:val="0"/>
          <w:i w:val="0"/>
          <w:smallCaps w:val="0"/>
          <w:strike w:val="0"/>
          <w:sz w:val="22"/>
          <w:u w:val="single"/>
        </w:rPr>
        <w:t>rganization</w:t>
      </w:r>
      <w:r>
        <w:rPr>
          <w:b w:val="0"/>
          <w:i w:val="0"/>
          <w:smallCaps w:val="0"/>
          <w:strike w:val="0"/>
          <w:sz w:val="16"/>
          <w:u w:val="none"/>
        </w:rPr>
        <w:t xml:space="preserve">, the U.S.-Korea Free Trade Agreement, </w:t>
      </w:r>
      <w:r>
        <w:rPr>
          <w:b w:val="0"/>
          <w:i w:val="0"/>
          <w:smallCaps w:val="0"/>
          <w:strike w:val="0"/>
          <w:sz w:val="22"/>
          <w:u w:val="single"/>
        </w:rPr>
        <w:t xml:space="preserve">and </w:t>
      </w:r>
      <w:r>
        <w:rPr>
          <w:b/>
          <w:i w:val="0"/>
          <w:smallCaps w:val="0"/>
          <w:strike w:val="0"/>
          <w:sz w:val="22"/>
          <w:u w:val="single"/>
        </w:rPr>
        <w:t>NAFTA</w:t>
      </w:r>
      <w:r>
        <w:rPr>
          <w:b w:val="0"/>
          <w:i w:val="0"/>
          <w:smallCaps w:val="0"/>
          <w:strike w:val="0"/>
          <w:sz w:val="16"/>
          <w:u w:val="none"/>
        </w:rPr>
        <w:t xml:space="preserve">. By contrast, although U.S. adversaries also had to deal with the occasional tantrum from Trump, it was for them in many ways the best of times. </w:t>
      </w:r>
      <w:r>
        <w:rPr>
          <w:b w:val="0"/>
          <w:i w:val="0"/>
          <w:smallCaps w:val="0"/>
          <w:strike w:val="0"/>
          <w:sz w:val="22"/>
          <w:u w:val="single"/>
        </w:rPr>
        <w:t xml:space="preserve">Trump </w:t>
      </w:r>
      <w:r>
        <w:rPr>
          <w:b/>
          <w:i w:val="0"/>
          <w:smallCaps w:val="0"/>
          <w:strike w:val="0"/>
          <w:sz w:val="22"/>
          <w:u w:val="single"/>
        </w:rPr>
        <w:t>bent over backward</w:t>
      </w:r>
      <w:r>
        <w:rPr>
          <w:b w:val="0"/>
          <w:i w:val="0"/>
          <w:smallCaps w:val="0"/>
          <w:strike w:val="0"/>
          <w:sz w:val="22"/>
          <w:u w:val="single"/>
        </w:rPr>
        <w:t xml:space="preserve"> to </w:t>
      </w:r>
      <w:r>
        <w:rPr>
          <w:b/>
          <w:i w:val="0"/>
          <w:smallCaps w:val="0"/>
          <w:strike w:val="0"/>
          <w:sz w:val="22"/>
          <w:u w:val="single"/>
        </w:rPr>
        <w:t>ingratiate</w:t>
      </w:r>
      <w:r>
        <w:rPr>
          <w:b w:val="0"/>
          <w:i w:val="0"/>
          <w:smallCaps w:val="0"/>
          <w:strike w:val="0"/>
          <w:sz w:val="22"/>
          <w:u w:val="single"/>
        </w:rPr>
        <w:t xml:space="preserve"> himself with</w:t>
      </w:r>
      <w:r>
        <w:rPr>
          <w:b w:val="0"/>
          <w:i w:val="0"/>
          <w:smallCaps w:val="0"/>
          <w:strike w:val="0"/>
          <w:sz w:val="16"/>
          <w:u w:val="none"/>
        </w:rPr>
        <w:t xml:space="preserve"> Russian President Vladimir </w:t>
      </w:r>
      <w:r>
        <w:rPr>
          <w:b/>
          <w:i w:val="0"/>
          <w:smallCaps w:val="0"/>
          <w:strike w:val="0"/>
          <w:sz w:val="22"/>
          <w:u w:val="single"/>
        </w:rPr>
        <w:t>Putin</w:t>
      </w:r>
      <w:r>
        <w:rPr>
          <w:b w:val="0"/>
          <w:i w:val="0"/>
          <w:smallCaps w:val="0"/>
          <w:strike w:val="0"/>
          <w:sz w:val="16"/>
          <w:u w:val="none"/>
        </w:rPr>
        <w:t xml:space="preserve">, Chinese President </w:t>
      </w:r>
      <w:r>
        <w:rPr>
          <w:b/>
          <w:i w:val="0"/>
          <w:smallCaps w:val="0"/>
          <w:strike w:val="0"/>
          <w:sz w:val="22"/>
          <w:u w:val="single"/>
        </w:rPr>
        <w:t>Xi</w:t>
      </w:r>
      <w:r>
        <w:rPr>
          <w:b w:val="0"/>
          <w:i w:val="0"/>
          <w:smallCaps w:val="0"/>
          <w:strike w:val="0"/>
          <w:sz w:val="16"/>
          <w:u w:val="none"/>
        </w:rPr>
        <w:t xml:space="preserve"> Jinping, </w:t>
      </w:r>
      <w:r>
        <w:rPr>
          <w:b w:val="0"/>
          <w:i w:val="0"/>
          <w:smallCaps w:val="0"/>
          <w:strike w:val="0"/>
          <w:sz w:val="22"/>
          <w:u w:val="single"/>
        </w:rPr>
        <w:t>and</w:t>
      </w:r>
      <w:r>
        <w:rPr>
          <w:b w:val="0"/>
          <w:i w:val="0"/>
          <w:smallCaps w:val="0"/>
          <w:strike w:val="0"/>
          <w:sz w:val="16"/>
          <w:u w:val="none"/>
        </w:rPr>
        <w:t xml:space="preserve"> the North Korean leader </w:t>
      </w:r>
      <w:r>
        <w:rPr>
          <w:b/>
          <w:i w:val="0"/>
          <w:smallCaps w:val="0"/>
          <w:strike w:val="0"/>
          <w:sz w:val="22"/>
          <w:u w:val="single"/>
        </w:rPr>
        <w:t>Kim</w:t>
      </w:r>
      <w:r>
        <w:rPr>
          <w:b w:val="0"/>
          <w:i w:val="0"/>
          <w:smallCaps w:val="0"/>
          <w:strike w:val="0"/>
          <w:sz w:val="16"/>
          <w:u w:val="none"/>
        </w:rPr>
        <w:t xml:space="preserve"> Jong Un. His administration yo-yoed between coercing and accommodating these states, with the latter tactic usually winning out. </w:t>
      </w:r>
      <w:r>
        <w:rPr>
          <w:b w:val="0"/>
          <w:i w:val="0"/>
          <w:smallCaps w:val="0"/>
          <w:strike w:val="0"/>
          <w:sz w:val="22"/>
          <w:u w:val="single"/>
        </w:rPr>
        <w:t xml:space="preserve">These autocrats </w:t>
      </w:r>
      <w:r>
        <w:rPr>
          <w:b/>
          <w:i w:val="0"/>
          <w:smallCaps w:val="0"/>
          <w:strike w:val="0"/>
          <w:sz w:val="22"/>
          <w:u w:val="single"/>
        </w:rPr>
        <w:t>happily pocketed</w:t>
      </w:r>
      <w:r>
        <w:rPr>
          <w:b w:val="0"/>
          <w:i w:val="0"/>
          <w:smallCaps w:val="0"/>
          <w:strike w:val="0"/>
          <w:sz w:val="22"/>
          <w:u w:val="single"/>
        </w:rPr>
        <w:t xml:space="preserve"> gains from the United States’ </w:t>
      </w:r>
      <w:r>
        <w:rPr>
          <w:b/>
          <w:i w:val="0"/>
          <w:smallCaps w:val="0"/>
          <w:strike w:val="0"/>
          <w:sz w:val="22"/>
          <w:u w:val="single"/>
        </w:rPr>
        <w:t>strained relations</w:t>
      </w:r>
      <w:r>
        <w:rPr>
          <w:b w:val="0"/>
          <w:i w:val="0"/>
          <w:smallCaps w:val="0"/>
          <w:strike w:val="0"/>
          <w:sz w:val="22"/>
          <w:u w:val="single"/>
        </w:rPr>
        <w:t xml:space="preserve"> with </w:t>
      </w:r>
      <w:r>
        <w:rPr>
          <w:b/>
          <w:i w:val="0"/>
          <w:smallCaps w:val="0"/>
          <w:strike w:val="0"/>
          <w:sz w:val="22"/>
          <w:u w:val="single"/>
        </w:rPr>
        <w:t>allies</w:t>
      </w:r>
      <w:r>
        <w:rPr>
          <w:b w:val="0"/>
          <w:i w:val="0"/>
          <w:smallCaps w:val="0"/>
          <w:strike w:val="0"/>
          <w:sz w:val="22"/>
          <w:u w:val="single"/>
        </w:rPr>
        <w:t>. Xi could go to Davos in 2017 and effectively declare that China</w:t>
      </w:r>
      <w:r>
        <w:rPr>
          <w:b w:val="0"/>
          <w:i w:val="0"/>
          <w:smallCaps w:val="0"/>
          <w:strike w:val="0"/>
          <w:sz w:val="16"/>
          <w:u w:val="none"/>
        </w:rPr>
        <w:t xml:space="preserve">, rather than the United States, </w:t>
      </w:r>
      <w:r>
        <w:rPr>
          <w:b w:val="0"/>
          <w:i w:val="0"/>
          <w:smallCaps w:val="0"/>
          <w:strike w:val="0"/>
          <w:sz w:val="22"/>
          <w:u w:val="single"/>
        </w:rPr>
        <w:t>was the status quo power. Putin could bide his time while the Trump White House withdrew the U.S. ambassador from Ukraine and withheld Javelin weapons systems</w:t>
      </w:r>
      <w:r>
        <w:rPr>
          <w:b w:val="0"/>
          <w:i w:val="0"/>
          <w:smallCaps w:val="0"/>
          <w:strike w:val="0"/>
          <w:sz w:val="16"/>
          <w:u w:val="none"/>
        </w:rPr>
        <w:t xml:space="preserve"> in an effort to coerce Ukrainian President Volodymyr Zelensky into aiding Trump’s 2020 reelection campaign. </w:t>
      </w:r>
      <w:r>
        <w:rPr>
          <w:b w:val="0"/>
          <w:i w:val="0"/>
          <w:smallCaps w:val="0"/>
          <w:strike w:val="0"/>
          <w:sz w:val="22"/>
          <w:u w:val="single"/>
        </w:rPr>
        <w:t>There was no need for Putin or Xi to act recklessly when their rival was self-sabotaging</w:t>
      </w:r>
      <w:r>
        <w:rPr>
          <w:b w:val="0"/>
          <w:i w:val="0"/>
          <w:smallCaps w:val="0"/>
          <w:strike w:val="0"/>
          <w:sz w:val="16"/>
          <w:u w:val="none"/>
        </w:rPr>
        <w:t>.</w:t>
      </w:r>
    </w:p>
    <w:p>
      <w:pPr>
        <w:spacing w:after="60"/>
      </w:pPr>
      <w:r>
        <w:rPr>
          <w:b w:val="0"/>
          <w:i w:val="0"/>
          <w:smallCaps w:val="0"/>
          <w:strike w:val="0"/>
          <w:sz w:val="22"/>
          <w:u w:val="single"/>
        </w:rPr>
        <w:t xml:space="preserve">Biden’s </w:t>
      </w:r>
      <w:r>
        <w:rPr>
          <w:b/>
          <w:i w:val="0"/>
          <w:smallCaps w:val="0"/>
          <w:strike w:val="0"/>
          <w:sz w:val="22"/>
          <w:u w:val="single"/>
        </w:rPr>
        <w:t>victory</w:t>
      </w:r>
      <w:r>
        <w:rPr>
          <w:b w:val="0"/>
          <w:i w:val="0"/>
          <w:smallCaps w:val="0"/>
          <w:strike w:val="0"/>
          <w:sz w:val="22"/>
          <w:u w:val="single"/>
        </w:rPr>
        <w:t xml:space="preserve"> over Trump in 2020 </w:t>
      </w:r>
      <w:r>
        <w:rPr>
          <w:b/>
          <w:i w:val="0"/>
          <w:smallCaps w:val="0"/>
          <w:strike w:val="0"/>
          <w:sz w:val="22"/>
          <w:u w:val="single"/>
        </w:rPr>
        <w:t>ended</w:t>
      </w:r>
      <w:r>
        <w:rPr>
          <w:b w:val="0"/>
          <w:i w:val="0"/>
          <w:smallCaps w:val="0"/>
          <w:strike w:val="0"/>
          <w:sz w:val="22"/>
          <w:u w:val="single"/>
        </w:rPr>
        <w:t xml:space="preserve"> much of this </w:t>
      </w:r>
      <w:r>
        <w:rPr>
          <w:b/>
          <w:i w:val="0"/>
          <w:smallCaps w:val="0"/>
          <w:strike w:val="0"/>
          <w:sz w:val="22"/>
          <w:u w:val="single"/>
        </w:rPr>
        <w:t>bizarre behavior</w:t>
      </w:r>
      <w:r>
        <w:rPr>
          <w:b w:val="0"/>
          <w:i w:val="0"/>
          <w:smallCaps w:val="0"/>
          <w:strike w:val="0"/>
          <w:sz w:val="22"/>
          <w:u w:val="single"/>
        </w:rPr>
        <w:t xml:space="preserve">. Biden has </w:t>
      </w:r>
      <w:r>
        <w:rPr>
          <w:b/>
          <w:i w:val="0"/>
          <w:smallCaps w:val="0"/>
          <w:strike w:val="0"/>
          <w:sz w:val="22"/>
          <w:u w:val="single"/>
        </w:rPr>
        <w:t>reasserted</w:t>
      </w:r>
      <w:r>
        <w:rPr>
          <w:b w:val="0"/>
          <w:i w:val="0"/>
          <w:smallCaps w:val="0"/>
          <w:strike w:val="0"/>
          <w:sz w:val="22"/>
          <w:u w:val="single"/>
        </w:rPr>
        <w:t xml:space="preserve"> traditional alliances to an extent </w:t>
      </w:r>
      <w:r>
        <w:rPr>
          <w:b/>
          <w:i w:val="0"/>
          <w:smallCaps w:val="0"/>
          <w:strike w:val="0"/>
          <w:sz w:val="22"/>
          <w:u w:val="single"/>
        </w:rPr>
        <w:t>not seen</w:t>
      </w:r>
      <w:r>
        <w:rPr>
          <w:b w:val="0"/>
          <w:i w:val="0"/>
          <w:smallCaps w:val="0"/>
          <w:strike w:val="0"/>
          <w:sz w:val="22"/>
          <w:u w:val="single"/>
        </w:rPr>
        <w:t xml:space="preserve"> since</w:t>
      </w:r>
      <w:r>
        <w:rPr>
          <w:b w:val="0"/>
          <w:i w:val="0"/>
          <w:smallCaps w:val="0"/>
          <w:strike w:val="0"/>
          <w:sz w:val="16"/>
          <w:u w:val="none"/>
        </w:rPr>
        <w:t xml:space="preserve"> U.S. President George </w:t>
      </w:r>
      <w:r>
        <w:rPr>
          <w:b w:val="0"/>
          <w:i w:val="0"/>
          <w:smallCaps w:val="0"/>
          <w:strike w:val="0"/>
          <w:sz w:val="22"/>
          <w:u w:val="single"/>
        </w:rPr>
        <w:t>H. W. Bush.</w:t>
      </w:r>
      <w:r>
        <w:rPr>
          <w:b w:val="0"/>
          <w:i w:val="0"/>
          <w:smallCaps w:val="0"/>
          <w:strike w:val="0"/>
          <w:sz w:val="16"/>
          <w:u w:val="none"/>
        </w:rPr>
        <w:t xml:space="preserve"> As Richard </w:t>
      </w:r>
      <w:r>
        <w:rPr>
          <w:b w:val="0"/>
          <w:i w:val="0"/>
          <w:smallCaps w:val="0"/>
          <w:strike w:val="0"/>
          <w:sz w:val="16"/>
          <w:u w:val="none"/>
        </w:rPr>
        <w:t>Haass</w:t>
      </w:r>
      <w:r>
        <w:rPr>
          <w:b w:val="0"/>
          <w:i w:val="0"/>
          <w:smallCaps w:val="0"/>
          <w:strike w:val="0"/>
          <w:sz w:val="16"/>
          <w:u w:val="none"/>
        </w:rPr>
        <w:t xml:space="preserve">, the former president of the Council on Foreign Relations, has put it, </w:t>
      </w:r>
      <w:r>
        <w:rPr>
          <w:b w:val="0"/>
          <w:i w:val="0"/>
          <w:smallCaps w:val="0"/>
          <w:strike w:val="0"/>
          <w:sz w:val="22"/>
          <w:u w:val="single"/>
        </w:rPr>
        <w:t xml:space="preserve">Biden has </w:t>
      </w:r>
      <w:r>
        <w:rPr>
          <w:b/>
          <w:i w:val="0"/>
          <w:smallCaps w:val="0"/>
          <w:strike w:val="0"/>
          <w:sz w:val="22"/>
          <w:u w:val="single"/>
        </w:rPr>
        <w:t>transformed</w:t>
      </w:r>
      <w:r>
        <w:rPr>
          <w:b w:val="0"/>
          <w:i w:val="0"/>
          <w:smallCaps w:val="0"/>
          <w:strike w:val="0"/>
          <w:sz w:val="22"/>
          <w:u w:val="single"/>
        </w:rPr>
        <w:t xml:space="preserve"> U.S. foreign policy “from ‘</w:t>
      </w:r>
      <w:r>
        <w:rPr>
          <w:b/>
          <w:i w:val="0"/>
          <w:smallCaps w:val="0"/>
          <w:strike w:val="0"/>
          <w:sz w:val="22"/>
          <w:u w:val="single"/>
        </w:rPr>
        <w:t>America first</w:t>
      </w:r>
      <w:r>
        <w:rPr>
          <w:b w:val="0"/>
          <w:i w:val="0"/>
          <w:smallCaps w:val="0"/>
          <w:strike w:val="0"/>
          <w:sz w:val="22"/>
          <w:u w:val="single"/>
        </w:rPr>
        <w:t xml:space="preserve">’ to </w:t>
      </w:r>
      <w:r>
        <w:rPr>
          <w:b/>
          <w:i w:val="0"/>
          <w:smallCaps w:val="0"/>
          <w:strike w:val="0"/>
          <w:sz w:val="22"/>
          <w:u w:val="single"/>
        </w:rPr>
        <w:t>alliances first</w:t>
      </w:r>
      <w:r>
        <w:rPr>
          <w:b w:val="0"/>
          <w:i w:val="0"/>
          <w:smallCaps w:val="0"/>
          <w:strike w:val="0"/>
          <w:sz w:val="22"/>
          <w:u w:val="single"/>
        </w:rPr>
        <w:t>.</w:t>
      </w:r>
      <w:r>
        <w:rPr>
          <w:b w:val="0"/>
          <w:i w:val="0"/>
          <w:smallCaps w:val="0"/>
          <w:strike w:val="0"/>
          <w:sz w:val="16"/>
          <w:u w:val="none"/>
        </w:rPr>
        <w:t xml:space="preserve">” Biden consulted widely with European leaders in crafting the U.S. response to Russia’s invasion of Ukraine, resulting in a degree of transatlantic cooperation that has surprised even Putin. Similarly, the administration has garnered support from numerous allies to counter China: imposing export controls in consultation with Japan and the Netherlands; bolstering the Quad, a defense coalition made up of Australia, India, Japan, and the United States; and developing the Indo-Pacific Economic Framework, a U.S.-led talking shop of 14 countries, including Indonesia, South Korea, Thailand, and Vietnam. </w:t>
      </w:r>
      <w:r>
        <w:rPr>
          <w:b w:val="0"/>
          <w:i w:val="0"/>
          <w:smallCaps w:val="0"/>
          <w:strike w:val="0"/>
          <w:sz w:val="22"/>
          <w:u w:val="single"/>
        </w:rPr>
        <w:t>Public opinion polling conducted across a group of 23 countries</w:t>
      </w:r>
      <w:r>
        <w:rPr>
          <w:b w:val="0"/>
          <w:i w:val="0"/>
          <w:smallCaps w:val="0"/>
          <w:strike w:val="0"/>
          <w:sz w:val="16"/>
          <w:u w:val="none"/>
        </w:rPr>
        <w:t xml:space="preserve"> as varied as Hungary, Japan, and Nigeria </w:t>
      </w:r>
      <w:r>
        <w:rPr>
          <w:b w:val="0"/>
          <w:i w:val="0"/>
          <w:smallCaps w:val="0"/>
          <w:strike w:val="0"/>
          <w:sz w:val="22"/>
          <w:u w:val="single"/>
        </w:rPr>
        <w:t xml:space="preserve">shows that much of the world holds </w:t>
      </w:r>
      <w:r>
        <w:rPr>
          <w:b/>
          <w:i w:val="0"/>
          <w:smallCaps w:val="0"/>
          <w:strike w:val="0"/>
          <w:sz w:val="22"/>
          <w:u w:val="single"/>
        </w:rPr>
        <w:t>more positive attitudes</w:t>
      </w:r>
      <w:r>
        <w:rPr>
          <w:b w:val="0"/>
          <w:i w:val="0"/>
          <w:smallCaps w:val="0"/>
          <w:strike w:val="0"/>
          <w:sz w:val="22"/>
          <w:u w:val="single"/>
        </w:rPr>
        <w:t xml:space="preserve"> toward the United States under </w:t>
      </w:r>
      <w:r>
        <w:rPr>
          <w:b/>
          <w:i w:val="0"/>
          <w:smallCaps w:val="0"/>
          <w:strike w:val="0"/>
          <w:sz w:val="22"/>
          <w:u w:val="single"/>
        </w:rPr>
        <w:t>Biden</w:t>
      </w:r>
      <w:r>
        <w:rPr>
          <w:b w:val="0"/>
          <w:i w:val="0"/>
          <w:smallCaps w:val="0"/>
          <w:strike w:val="0"/>
          <w:sz w:val="22"/>
          <w:u w:val="single"/>
        </w:rPr>
        <w:t xml:space="preserve"> than it did under </w:t>
      </w:r>
      <w:r>
        <w:rPr>
          <w:b/>
          <w:i w:val="0"/>
          <w:smallCaps w:val="0"/>
          <w:strike w:val="0"/>
          <w:sz w:val="22"/>
          <w:u w:val="single"/>
        </w:rPr>
        <w:t>Trump</w:t>
      </w:r>
      <w:r>
        <w:rPr>
          <w:b w:val="0"/>
          <w:i w:val="0"/>
          <w:smallCaps w:val="0"/>
          <w:strike w:val="0"/>
          <w:sz w:val="22"/>
          <w:u w:val="single"/>
        </w:rPr>
        <w:t>.</w:t>
      </w:r>
    </w:p>
    <w:p>
      <w:pPr>
        <w:spacing w:after="60"/>
      </w:pPr>
      <w:r>
        <w:rPr>
          <w:b w:val="0"/>
          <w:i w:val="0"/>
          <w:smallCaps w:val="0"/>
          <w:strike w:val="0"/>
          <w:sz w:val="16"/>
          <w:u w:val="none"/>
        </w:rPr>
        <w:t xml:space="preserve">At the same time, rivals such as </w:t>
      </w:r>
      <w:r>
        <w:rPr>
          <w:b w:val="0"/>
          <w:i w:val="0"/>
          <w:smallCaps w:val="0"/>
          <w:strike w:val="0"/>
          <w:sz w:val="22"/>
          <w:u w:val="single"/>
        </w:rPr>
        <w:t xml:space="preserve">Russia and China have had to </w:t>
      </w:r>
      <w:r>
        <w:rPr>
          <w:b/>
          <w:i w:val="0"/>
          <w:smallCaps w:val="0"/>
          <w:strike w:val="0"/>
          <w:sz w:val="22"/>
          <w:u w:val="single"/>
        </w:rPr>
        <w:t>adjust</w:t>
      </w:r>
      <w:r>
        <w:rPr>
          <w:b w:val="0"/>
          <w:i w:val="0"/>
          <w:smallCaps w:val="0"/>
          <w:strike w:val="0"/>
          <w:sz w:val="22"/>
          <w:u w:val="single"/>
        </w:rPr>
        <w:t xml:space="preserve"> to a U.S. president who </w:t>
      </w:r>
      <w:r>
        <w:rPr>
          <w:b/>
          <w:i w:val="0"/>
          <w:smallCaps w:val="0"/>
          <w:strike w:val="0"/>
          <w:sz w:val="22"/>
          <w:u w:val="single"/>
        </w:rPr>
        <w:t>walks the walk</w:t>
      </w:r>
      <w:r>
        <w:rPr>
          <w:b w:val="0"/>
          <w:i w:val="0"/>
          <w:smallCaps w:val="0"/>
          <w:strike w:val="0"/>
          <w:sz w:val="16"/>
          <w:u w:val="none"/>
        </w:rPr>
        <w:t xml:space="preserve"> as well as talks the talk </w:t>
      </w:r>
      <w:r>
        <w:rPr>
          <w:b w:val="0"/>
          <w:i w:val="0"/>
          <w:smallCaps w:val="0"/>
          <w:strike w:val="0"/>
          <w:sz w:val="22"/>
          <w:u w:val="single"/>
        </w:rPr>
        <w:t xml:space="preserve">on </w:t>
      </w:r>
      <w:r>
        <w:rPr>
          <w:b/>
          <w:i w:val="0"/>
          <w:smallCaps w:val="0"/>
          <w:strike w:val="0"/>
          <w:sz w:val="22"/>
          <w:u w:val="single"/>
        </w:rPr>
        <w:t>great-power competition</w:t>
      </w:r>
      <w:r>
        <w:rPr>
          <w:b w:val="0"/>
          <w:i w:val="0"/>
          <w:smallCaps w:val="0"/>
          <w:strike w:val="0"/>
          <w:sz w:val="16"/>
          <w:u w:val="none"/>
        </w:rPr>
        <w:t xml:space="preserve">. </w:t>
      </w:r>
      <w:r>
        <w:rPr>
          <w:b w:val="0"/>
          <w:i w:val="0"/>
          <w:smallCaps w:val="0"/>
          <w:strike w:val="0"/>
          <w:sz w:val="22"/>
          <w:u w:val="single"/>
        </w:rPr>
        <w:t>Trump ranted and raved and lashed out at China, but</w:t>
      </w:r>
      <w:r>
        <w:rPr>
          <w:b w:val="0"/>
          <w:i w:val="0"/>
          <w:smallCaps w:val="0"/>
          <w:strike w:val="0"/>
          <w:sz w:val="16"/>
          <w:u w:val="none"/>
        </w:rPr>
        <w:t xml:space="preserve"> in the end, </w:t>
      </w:r>
      <w:r>
        <w:rPr>
          <w:b w:val="0"/>
          <w:i w:val="0"/>
          <w:smallCaps w:val="0"/>
          <w:strike w:val="0"/>
          <w:sz w:val="22"/>
          <w:u w:val="single"/>
        </w:rPr>
        <w:t>he was more interested in making deals than in advancing U.S. interests</w:t>
      </w:r>
      <w:r>
        <w:rPr>
          <w:b w:val="0"/>
          <w:i w:val="0"/>
          <w:smallCaps w:val="0"/>
          <w:strike w:val="0"/>
          <w:sz w:val="16"/>
          <w:u w:val="none"/>
        </w:rPr>
        <w:t xml:space="preserve">—demonstrated, for instance, by his push to finalize the Phase One trade agreement with China in early 2020 without pressing Chinese authorities about the emerging COVID-19 pandemic. His approach to Russia was mercurial; Trump himself has said that he was the “apple of [Putin’s] eye.” By contrast, </w:t>
      </w:r>
      <w:r>
        <w:rPr>
          <w:b w:val="0"/>
          <w:i w:val="0"/>
          <w:smallCaps w:val="0"/>
          <w:strike w:val="0"/>
          <w:sz w:val="22"/>
          <w:u w:val="single"/>
        </w:rPr>
        <w:t xml:space="preserve">the Biden administration has proved </w:t>
      </w:r>
      <w:r>
        <w:rPr>
          <w:b/>
          <w:i w:val="0"/>
          <w:smallCaps w:val="0"/>
          <w:strike w:val="0"/>
          <w:sz w:val="22"/>
          <w:u w:val="single"/>
        </w:rPr>
        <w:t>ready</w:t>
      </w:r>
      <w:r>
        <w:rPr>
          <w:b w:val="0"/>
          <w:i w:val="0"/>
          <w:smallCaps w:val="0"/>
          <w:strike w:val="0"/>
          <w:sz w:val="22"/>
          <w:u w:val="single"/>
        </w:rPr>
        <w:t xml:space="preserve"> and </w:t>
      </w:r>
      <w:r>
        <w:rPr>
          <w:b/>
          <w:i w:val="0"/>
          <w:smallCaps w:val="0"/>
          <w:strike w:val="0"/>
          <w:sz w:val="22"/>
          <w:u w:val="single"/>
        </w:rPr>
        <w:t>willing</w:t>
      </w:r>
      <w:r>
        <w:rPr>
          <w:b w:val="0"/>
          <w:i w:val="0"/>
          <w:smallCaps w:val="0"/>
          <w:strike w:val="0"/>
          <w:sz w:val="22"/>
          <w:u w:val="single"/>
        </w:rPr>
        <w:t xml:space="preserve"> to </w:t>
      </w:r>
      <w:r>
        <w:rPr>
          <w:b/>
          <w:i w:val="0"/>
          <w:smallCaps w:val="0"/>
          <w:strike w:val="0"/>
          <w:sz w:val="22"/>
          <w:u w:val="single"/>
        </w:rPr>
        <w:t>mobilize</w:t>
      </w:r>
      <w:r>
        <w:rPr>
          <w:b w:val="0"/>
          <w:i w:val="0"/>
          <w:smallCaps w:val="0"/>
          <w:strike w:val="0"/>
          <w:sz w:val="22"/>
          <w:u w:val="single"/>
        </w:rPr>
        <w:t xml:space="preserve"> the </w:t>
      </w:r>
      <w:r>
        <w:rPr>
          <w:b/>
          <w:i w:val="0"/>
          <w:smallCaps w:val="0"/>
          <w:strike w:val="0"/>
          <w:sz w:val="22"/>
          <w:u w:val="single"/>
        </w:rPr>
        <w:t>federal government</w:t>
      </w:r>
      <w:r>
        <w:rPr>
          <w:b w:val="0"/>
          <w:i w:val="0"/>
          <w:smallCaps w:val="0"/>
          <w:strike w:val="0"/>
          <w:sz w:val="22"/>
          <w:u w:val="single"/>
        </w:rPr>
        <w:t xml:space="preserve"> to </w:t>
      </w:r>
      <w:r>
        <w:rPr>
          <w:b/>
          <w:i w:val="0"/>
          <w:smallCaps w:val="0"/>
          <w:strike w:val="0"/>
          <w:sz w:val="22"/>
          <w:u w:val="single"/>
        </w:rPr>
        <w:t>counter</w:t>
      </w:r>
      <w:r>
        <w:rPr>
          <w:b w:val="0"/>
          <w:i w:val="0"/>
          <w:smallCaps w:val="0"/>
          <w:strike w:val="0"/>
          <w:sz w:val="22"/>
          <w:u w:val="single"/>
        </w:rPr>
        <w:t xml:space="preserve"> both these </w:t>
      </w:r>
      <w:r>
        <w:rPr>
          <w:b/>
          <w:i w:val="0"/>
          <w:smallCaps w:val="0"/>
          <w:strike w:val="0"/>
          <w:sz w:val="22"/>
          <w:u w:val="single"/>
        </w:rPr>
        <w:t>autocracies</w:t>
      </w:r>
      <w:r>
        <w:rPr>
          <w:b w:val="0"/>
          <w:i w:val="0"/>
          <w:smallCaps w:val="0"/>
          <w:strike w:val="0"/>
          <w:sz w:val="16"/>
          <w:u w:val="none"/>
        </w:rPr>
        <w:t>—</w:t>
      </w:r>
      <w:r>
        <w:rPr>
          <w:b w:val="0"/>
          <w:i w:val="0"/>
          <w:smallCaps w:val="0"/>
          <w:strike w:val="0"/>
          <w:sz w:val="22"/>
          <w:u w:val="single"/>
        </w:rPr>
        <w:t xml:space="preserve">the CHIPS and Science Act and the Inflation Reduction Act are far more ambitious pieces of </w:t>
      </w:r>
      <w:r>
        <w:rPr>
          <w:b w:val="0"/>
          <w:i w:val="0"/>
          <w:smallCaps w:val="0"/>
          <w:strike w:val="0"/>
          <w:sz w:val="22"/>
          <w:u w:val="single"/>
        </w:rPr>
        <w:t>legislation than anything passed during the Trump years</w:t>
      </w:r>
      <w:r>
        <w:rPr>
          <w:b w:val="0"/>
          <w:i w:val="0"/>
          <w:smallCaps w:val="0"/>
          <w:strike w:val="0"/>
          <w:sz w:val="16"/>
          <w:u w:val="none"/>
        </w:rPr>
        <w:t xml:space="preserve">. </w:t>
      </w:r>
      <w:r>
        <w:rPr>
          <w:b w:val="0"/>
          <w:i w:val="0"/>
          <w:smallCaps w:val="0"/>
          <w:strike w:val="0"/>
          <w:sz w:val="22"/>
          <w:u w:val="single"/>
        </w:rPr>
        <w:t>These measures aim to accomplish what Trump only talked about</w:t>
      </w:r>
      <w:r>
        <w:rPr>
          <w:b w:val="0"/>
          <w:i w:val="0"/>
          <w:smallCaps w:val="0"/>
          <w:strike w:val="0"/>
          <w:sz w:val="16"/>
          <w:u w:val="none"/>
        </w:rPr>
        <w:t>: “</w:t>
      </w:r>
      <w:r>
        <w:rPr>
          <w:b w:val="0"/>
          <w:i w:val="0"/>
          <w:smallCaps w:val="0"/>
          <w:strike w:val="0"/>
          <w:sz w:val="22"/>
          <w:u w:val="single"/>
        </w:rPr>
        <w:t>home shoring” critical industrial sectors</w:t>
      </w:r>
      <w:r>
        <w:rPr>
          <w:b w:val="0"/>
          <w:i w:val="0"/>
          <w:smallCaps w:val="0"/>
          <w:strike w:val="0"/>
          <w:sz w:val="16"/>
          <w:u w:val="none"/>
        </w:rPr>
        <w:t>.</w:t>
      </w:r>
    </w:p>
    <w:p>
      <w:pPr>
        <w:spacing w:after="60"/>
      </w:pPr>
      <w:r>
        <w:rPr>
          <w:b w:val="0"/>
          <w:i w:val="0"/>
          <w:smallCaps w:val="0"/>
          <w:strike w:val="0"/>
          <w:sz w:val="22"/>
          <w:u w:val="single"/>
        </w:rPr>
        <w:t xml:space="preserve">Biden has also been </w:t>
      </w:r>
      <w:r>
        <w:rPr>
          <w:b/>
          <w:i w:val="0"/>
          <w:smallCaps w:val="0"/>
          <w:strike w:val="0"/>
          <w:sz w:val="22"/>
          <w:u w:val="single"/>
        </w:rPr>
        <w:t>far more adept</w:t>
      </w:r>
      <w:r>
        <w:rPr>
          <w:b w:val="0"/>
          <w:i w:val="0"/>
          <w:smallCaps w:val="0"/>
          <w:strike w:val="0"/>
          <w:sz w:val="22"/>
          <w:u w:val="single"/>
        </w:rPr>
        <w:t xml:space="preserve"> at attracting </w:t>
      </w:r>
      <w:r>
        <w:rPr>
          <w:b/>
          <w:i w:val="0"/>
          <w:smallCaps w:val="0"/>
          <w:strike w:val="0"/>
          <w:sz w:val="22"/>
          <w:u w:val="single"/>
        </w:rPr>
        <w:t>new allies</w:t>
      </w:r>
      <w:r>
        <w:rPr>
          <w:b w:val="0"/>
          <w:i w:val="0"/>
          <w:smallCaps w:val="0"/>
          <w:strike w:val="0"/>
          <w:sz w:val="22"/>
          <w:u w:val="single"/>
        </w:rPr>
        <w:t xml:space="preserve"> and </w:t>
      </w:r>
      <w:r>
        <w:rPr>
          <w:b/>
          <w:i w:val="0"/>
          <w:smallCaps w:val="0"/>
          <w:strike w:val="0"/>
          <w:sz w:val="22"/>
          <w:u w:val="single"/>
        </w:rPr>
        <w:t>partners</w:t>
      </w:r>
      <w:r>
        <w:rPr>
          <w:b w:val="0"/>
          <w:i w:val="0"/>
          <w:smallCaps w:val="0"/>
          <w:strike w:val="0"/>
          <w:sz w:val="22"/>
          <w:u w:val="single"/>
        </w:rPr>
        <w:t>. NATO has expanded to include Finland and is soon likely to count Sweden in</w:t>
      </w:r>
      <w:r>
        <w:rPr>
          <w:b w:val="0"/>
          <w:i w:val="0"/>
          <w:smallCaps w:val="0"/>
          <w:strike w:val="0"/>
          <w:sz w:val="16"/>
          <w:u w:val="none"/>
        </w:rPr>
        <w:t xml:space="preserve">, as well. </w:t>
      </w:r>
      <w:r>
        <w:rPr>
          <w:b w:val="0"/>
          <w:i w:val="0"/>
          <w:smallCaps w:val="0"/>
          <w:strike w:val="0"/>
          <w:sz w:val="22"/>
          <w:u w:val="single"/>
        </w:rPr>
        <w:t xml:space="preserve">The </w:t>
      </w:r>
      <w:r>
        <w:rPr>
          <w:b/>
          <w:i w:val="0"/>
          <w:smallCaps w:val="0"/>
          <w:strike w:val="0"/>
          <w:sz w:val="22"/>
          <w:u w:val="single"/>
        </w:rPr>
        <w:t>trilateral partnership</w:t>
      </w:r>
      <w:r>
        <w:rPr>
          <w:b w:val="0"/>
          <w:i w:val="0"/>
          <w:smallCaps w:val="0"/>
          <w:strike w:val="0"/>
          <w:sz w:val="22"/>
          <w:u w:val="single"/>
        </w:rPr>
        <w:t xml:space="preserve"> between </w:t>
      </w:r>
      <w:r>
        <w:rPr>
          <w:b/>
          <w:i w:val="0"/>
          <w:smallCaps w:val="0"/>
          <w:strike w:val="0"/>
          <w:sz w:val="22"/>
          <w:u w:val="single"/>
        </w:rPr>
        <w:t>Japan</w:t>
      </w:r>
      <w:r>
        <w:rPr>
          <w:b w:val="0"/>
          <w:i w:val="0"/>
          <w:smallCaps w:val="0"/>
          <w:strike w:val="0"/>
          <w:sz w:val="22"/>
          <w:u w:val="single"/>
        </w:rPr>
        <w:t xml:space="preserve">, </w:t>
      </w:r>
      <w:r>
        <w:rPr>
          <w:b/>
          <w:i w:val="0"/>
          <w:smallCaps w:val="0"/>
          <w:strike w:val="0"/>
          <w:sz w:val="22"/>
          <w:u w:val="single"/>
        </w:rPr>
        <w:t>South Korea</w:t>
      </w:r>
      <w:r>
        <w:rPr>
          <w:b w:val="0"/>
          <w:i w:val="0"/>
          <w:smallCaps w:val="0"/>
          <w:strike w:val="0"/>
          <w:sz w:val="22"/>
          <w:u w:val="single"/>
        </w:rPr>
        <w:t xml:space="preserve">, and the </w:t>
      </w:r>
      <w:r>
        <w:rPr>
          <w:b/>
          <w:i w:val="0"/>
          <w:smallCaps w:val="0"/>
          <w:strike w:val="0"/>
          <w:sz w:val="22"/>
          <w:u w:val="single"/>
        </w:rPr>
        <w:t>U</w:t>
      </w:r>
      <w:r>
        <w:rPr>
          <w:b w:val="0"/>
          <w:i w:val="0"/>
          <w:smallCaps w:val="0"/>
          <w:strike w:val="0"/>
          <w:sz w:val="22"/>
          <w:u w:val="single"/>
        </w:rPr>
        <w:t xml:space="preserve">nited </w:t>
      </w:r>
      <w:r>
        <w:rPr>
          <w:b/>
          <w:i w:val="0"/>
          <w:smallCaps w:val="0"/>
          <w:strike w:val="0"/>
          <w:sz w:val="22"/>
          <w:u w:val="single"/>
        </w:rPr>
        <w:t>S</w:t>
      </w:r>
      <w:r>
        <w:rPr>
          <w:b w:val="0"/>
          <w:i w:val="0"/>
          <w:smallCaps w:val="0"/>
          <w:strike w:val="0"/>
          <w:sz w:val="22"/>
          <w:u w:val="single"/>
        </w:rPr>
        <w:t>tates</w:t>
      </w:r>
      <w:r>
        <w:rPr>
          <w:b w:val="0"/>
          <w:i w:val="0"/>
          <w:smallCaps w:val="0"/>
          <w:strike w:val="0"/>
          <w:sz w:val="16"/>
          <w:u w:val="none"/>
        </w:rPr>
        <w:t xml:space="preserve"> in Northeast Asia </w:t>
      </w:r>
      <w:r>
        <w:rPr>
          <w:b w:val="0"/>
          <w:i w:val="0"/>
          <w:smallCaps w:val="0"/>
          <w:strike w:val="0"/>
          <w:sz w:val="22"/>
          <w:u w:val="single"/>
        </w:rPr>
        <w:t xml:space="preserve">has been </w:t>
      </w:r>
      <w:r>
        <w:rPr>
          <w:b/>
          <w:i w:val="0"/>
          <w:smallCaps w:val="0"/>
          <w:strike w:val="0"/>
          <w:sz w:val="22"/>
          <w:u w:val="single"/>
        </w:rPr>
        <w:t>strengthened</w:t>
      </w:r>
      <w:r>
        <w:rPr>
          <w:b w:val="0"/>
          <w:i w:val="0"/>
          <w:smallCaps w:val="0"/>
          <w:strike w:val="0"/>
          <w:sz w:val="16"/>
          <w:u w:val="none"/>
        </w:rPr>
        <w:t xml:space="preserve">; the gathering of these countries’ leaders at Camp David in August would have been unthinkable during the Trump years. </w:t>
      </w:r>
      <w:r>
        <w:rPr>
          <w:b w:val="0"/>
          <w:i w:val="0"/>
          <w:smallCaps w:val="0"/>
          <w:strike w:val="0"/>
          <w:sz w:val="22"/>
          <w:u w:val="single"/>
        </w:rPr>
        <w:t xml:space="preserve">Biden will sign a </w:t>
      </w:r>
      <w:r>
        <w:rPr>
          <w:b/>
          <w:i w:val="0"/>
          <w:smallCaps w:val="0"/>
          <w:strike w:val="0"/>
          <w:sz w:val="22"/>
          <w:u w:val="single"/>
        </w:rPr>
        <w:t>strategic partnership</w:t>
      </w:r>
      <w:r>
        <w:rPr>
          <w:b w:val="0"/>
          <w:i w:val="0"/>
          <w:smallCaps w:val="0"/>
          <w:strike w:val="0"/>
          <w:sz w:val="22"/>
          <w:u w:val="single"/>
        </w:rPr>
        <w:t xml:space="preserve"> agreement with </w:t>
      </w:r>
      <w:r>
        <w:rPr>
          <w:b/>
          <w:i w:val="0"/>
          <w:smallCaps w:val="0"/>
          <w:strike w:val="0"/>
          <w:sz w:val="22"/>
          <w:u w:val="single"/>
        </w:rPr>
        <w:t>Vietnam</w:t>
      </w:r>
      <w:r>
        <w:rPr>
          <w:b w:val="0"/>
          <w:i w:val="0"/>
          <w:smallCaps w:val="0"/>
          <w:strike w:val="0"/>
          <w:sz w:val="16"/>
          <w:u w:val="none"/>
        </w:rPr>
        <w:t xml:space="preserve"> during a state visit to Hanoi in September, deepening ties between two countries wary of Chinese expansionism. </w:t>
      </w:r>
      <w:r>
        <w:rPr>
          <w:b w:val="0"/>
          <w:i w:val="0"/>
          <w:smallCaps w:val="0"/>
          <w:strike w:val="0"/>
          <w:sz w:val="22"/>
          <w:u w:val="single"/>
        </w:rPr>
        <w:t xml:space="preserve">The </w:t>
      </w:r>
      <w:r>
        <w:rPr>
          <w:b/>
          <w:i w:val="0"/>
          <w:smallCaps w:val="0"/>
          <w:strike w:val="0"/>
          <w:sz w:val="22"/>
          <w:u w:val="single"/>
        </w:rPr>
        <w:t>AUKUS pact</w:t>
      </w:r>
      <w:r>
        <w:rPr>
          <w:b w:val="0"/>
          <w:i w:val="0"/>
          <w:smallCaps w:val="0"/>
          <w:strike w:val="0"/>
          <w:sz w:val="22"/>
          <w:u w:val="single"/>
        </w:rPr>
        <w:t xml:space="preserve"> with Australia and the United Kingdom has </w:t>
      </w:r>
      <w:r>
        <w:rPr>
          <w:b/>
          <w:i w:val="0"/>
          <w:smallCaps w:val="0"/>
          <w:strike w:val="0"/>
          <w:sz w:val="22"/>
          <w:u w:val="single"/>
        </w:rPr>
        <w:t>cemented</w:t>
      </w:r>
      <w:r>
        <w:rPr>
          <w:b w:val="0"/>
          <w:i w:val="0"/>
          <w:smallCaps w:val="0"/>
          <w:strike w:val="0"/>
          <w:sz w:val="22"/>
          <w:u w:val="single"/>
        </w:rPr>
        <w:t xml:space="preserve"> security cooperation with these </w:t>
      </w:r>
      <w:r>
        <w:rPr>
          <w:b/>
          <w:i w:val="0"/>
          <w:smallCaps w:val="0"/>
          <w:strike w:val="0"/>
          <w:sz w:val="22"/>
          <w:u w:val="single"/>
        </w:rPr>
        <w:t>key allies</w:t>
      </w:r>
      <w:r>
        <w:rPr>
          <w:b w:val="0"/>
          <w:i w:val="0"/>
          <w:smallCaps w:val="0"/>
          <w:strike w:val="0"/>
          <w:sz w:val="22"/>
          <w:u w:val="single"/>
        </w:rPr>
        <w:t xml:space="preserve">. The United States has </w:t>
      </w:r>
      <w:r>
        <w:rPr>
          <w:b/>
          <w:i w:val="0"/>
          <w:smallCaps w:val="0"/>
          <w:strike w:val="0"/>
          <w:sz w:val="22"/>
          <w:u w:val="single"/>
        </w:rPr>
        <w:t>bolstered</w:t>
      </w:r>
      <w:r>
        <w:rPr>
          <w:b w:val="0"/>
          <w:i w:val="0"/>
          <w:smallCaps w:val="0"/>
          <w:strike w:val="0"/>
          <w:sz w:val="22"/>
          <w:u w:val="single"/>
        </w:rPr>
        <w:t xml:space="preserve"> bilateral cooperation with </w:t>
      </w:r>
      <w:r>
        <w:rPr>
          <w:b/>
          <w:i w:val="0"/>
          <w:smallCaps w:val="0"/>
          <w:strike w:val="0"/>
          <w:sz w:val="22"/>
          <w:u w:val="single"/>
        </w:rPr>
        <w:t>Taiwan</w:t>
      </w:r>
      <w:r>
        <w:rPr>
          <w:b w:val="0"/>
          <w:i w:val="0"/>
          <w:smallCaps w:val="0"/>
          <w:strike w:val="0"/>
          <w:sz w:val="22"/>
          <w:u w:val="single"/>
        </w:rPr>
        <w:t xml:space="preserve">. Both Russian and Chinese firms are discovering that their ability to </w:t>
      </w:r>
      <w:r>
        <w:rPr>
          <w:b/>
          <w:i w:val="0"/>
          <w:smallCaps w:val="0"/>
          <w:strike w:val="0"/>
          <w:sz w:val="22"/>
          <w:u w:val="single"/>
        </w:rPr>
        <w:t>freeload</w:t>
      </w:r>
      <w:r>
        <w:rPr>
          <w:b w:val="0"/>
          <w:i w:val="0"/>
          <w:smallCaps w:val="0"/>
          <w:strike w:val="0"/>
          <w:sz w:val="22"/>
          <w:u w:val="single"/>
        </w:rPr>
        <w:t xml:space="preserve"> off the </w:t>
      </w:r>
      <w:r>
        <w:rPr>
          <w:b/>
          <w:i w:val="0"/>
          <w:smallCaps w:val="0"/>
          <w:strike w:val="0"/>
          <w:sz w:val="22"/>
          <w:u w:val="single"/>
        </w:rPr>
        <w:t>liberal international order</w:t>
      </w:r>
      <w:r>
        <w:rPr>
          <w:b w:val="0"/>
          <w:i w:val="0"/>
          <w:smallCaps w:val="0"/>
          <w:strike w:val="0"/>
          <w:sz w:val="22"/>
          <w:u w:val="single"/>
        </w:rPr>
        <w:t xml:space="preserve"> has been </w:t>
      </w:r>
      <w:r>
        <w:rPr>
          <w:b/>
          <w:i w:val="0"/>
          <w:smallCaps w:val="0"/>
          <w:strike w:val="0"/>
          <w:sz w:val="22"/>
          <w:u w:val="single"/>
        </w:rPr>
        <w:t>compromised</w:t>
      </w:r>
      <w:r>
        <w:rPr>
          <w:b w:val="0"/>
          <w:i w:val="0"/>
          <w:smallCaps w:val="0"/>
          <w:strike w:val="0"/>
          <w:sz w:val="16"/>
          <w:u w:val="none"/>
        </w:rPr>
        <w:t>.</w:t>
      </w:r>
    </w:p>
    <w:p>
      <w:pPr>
        <w:spacing w:after="60"/>
      </w:pPr>
      <w:r>
        <w:rPr>
          <w:b w:val="0"/>
          <w:i w:val="0"/>
          <w:smallCaps w:val="0"/>
          <w:strike w:val="0"/>
          <w:sz w:val="16"/>
          <w:u w:val="none"/>
        </w:rPr>
        <w:t xml:space="preserve">As </w:t>
      </w:r>
      <w:r>
        <w:rPr>
          <w:b w:val="0"/>
          <w:i w:val="0"/>
          <w:smallCaps w:val="0"/>
          <w:strike w:val="0"/>
          <w:sz w:val="22"/>
          <w:u w:val="single"/>
        </w:rPr>
        <w:t>U.S. adversaries</w:t>
      </w:r>
      <w:r>
        <w:rPr>
          <w:b w:val="0"/>
          <w:i w:val="0"/>
          <w:smallCaps w:val="0"/>
          <w:strike w:val="0"/>
          <w:sz w:val="16"/>
          <w:u w:val="none"/>
        </w:rPr>
        <w:t xml:space="preserve"> find themselves increasingly isolated, many elites in these countries </w:t>
      </w:r>
      <w:r>
        <w:rPr>
          <w:b w:val="0"/>
          <w:i w:val="0"/>
          <w:smallCaps w:val="0"/>
          <w:strike w:val="0"/>
          <w:sz w:val="22"/>
          <w:u w:val="single"/>
        </w:rPr>
        <w:t xml:space="preserve">are </w:t>
      </w:r>
      <w:r>
        <w:rPr>
          <w:b/>
          <w:i w:val="0"/>
          <w:smallCaps w:val="0"/>
          <w:strike w:val="0"/>
          <w:sz w:val="22"/>
          <w:u w:val="single"/>
        </w:rPr>
        <w:t>holding out hope</w:t>
      </w:r>
      <w:r>
        <w:rPr>
          <w:b w:val="0"/>
          <w:i w:val="0"/>
          <w:smallCaps w:val="0"/>
          <w:strike w:val="0"/>
          <w:sz w:val="22"/>
          <w:u w:val="single"/>
        </w:rPr>
        <w:t xml:space="preserve"> for</w:t>
      </w:r>
      <w:r>
        <w:rPr>
          <w:b w:val="0"/>
          <w:i w:val="0"/>
          <w:smallCaps w:val="0"/>
          <w:strike w:val="0"/>
          <w:sz w:val="16"/>
          <w:u w:val="none"/>
        </w:rPr>
        <w:t xml:space="preserve"> a future windfall—heralded by </w:t>
      </w:r>
      <w:r>
        <w:rPr>
          <w:b w:val="0"/>
          <w:i w:val="0"/>
          <w:smallCaps w:val="0"/>
          <w:strike w:val="0"/>
          <w:sz w:val="22"/>
          <w:u w:val="single"/>
        </w:rPr>
        <w:t xml:space="preserve">Trump’s </w:t>
      </w:r>
      <w:r>
        <w:rPr>
          <w:b/>
          <w:i w:val="0"/>
          <w:smallCaps w:val="0"/>
          <w:strike w:val="0"/>
          <w:sz w:val="22"/>
          <w:u w:val="single"/>
        </w:rPr>
        <w:t>return</w:t>
      </w:r>
      <w:r>
        <w:rPr>
          <w:b w:val="0"/>
          <w:i w:val="0"/>
          <w:smallCaps w:val="0"/>
          <w:strike w:val="0"/>
          <w:sz w:val="22"/>
          <w:u w:val="single"/>
        </w:rPr>
        <w:t xml:space="preserve"> to the </w:t>
      </w:r>
      <w:r>
        <w:rPr>
          <w:b/>
          <w:i w:val="0"/>
          <w:smallCaps w:val="0"/>
          <w:strike w:val="0"/>
          <w:sz w:val="22"/>
          <w:u w:val="single"/>
        </w:rPr>
        <w:t>presidency</w:t>
      </w:r>
      <w:r>
        <w:rPr>
          <w:b w:val="0"/>
          <w:i w:val="0"/>
          <w:smallCaps w:val="0"/>
          <w:strike w:val="0"/>
          <w:sz w:val="22"/>
          <w:u w:val="single"/>
        </w:rPr>
        <w:t xml:space="preserve"> in </w:t>
      </w:r>
      <w:r>
        <w:rPr>
          <w:b/>
          <w:i w:val="0"/>
          <w:smallCaps w:val="0"/>
          <w:strike w:val="0"/>
          <w:sz w:val="22"/>
          <w:u w:val="single"/>
        </w:rPr>
        <w:t>2025</w:t>
      </w:r>
      <w:r>
        <w:rPr>
          <w:b w:val="0"/>
          <w:i w:val="0"/>
          <w:smallCaps w:val="0"/>
          <w:strike w:val="0"/>
          <w:sz w:val="16"/>
          <w:u w:val="none"/>
        </w:rPr>
        <w:t xml:space="preserve">. China watchers report hearing more mentions of Trump in their visits to Beijing than they do in the United States. </w:t>
      </w:r>
      <w:r>
        <w:rPr>
          <w:b w:val="0"/>
          <w:i w:val="0"/>
          <w:smallCaps w:val="0"/>
          <w:strike w:val="0"/>
          <w:sz w:val="22"/>
          <w:u w:val="single"/>
        </w:rPr>
        <w:t xml:space="preserve">Chinese officials hope that a new Trump administration will </w:t>
      </w:r>
      <w:r>
        <w:rPr>
          <w:b/>
          <w:i w:val="0"/>
          <w:smallCaps w:val="0"/>
          <w:strike w:val="0"/>
          <w:sz w:val="22"/>
          <w:u w:val="single"/>
        </w:rPr>
        <w:t>fray U.S. alliances</w:t>
      </w:r>
      <w:r>
        <w:rPr>
          <w:b w:val="0"/>
          <w:i w:val="0"/>
          <w:smallCaps w:val="0"/>
          <w:strike w:val="0"/>
          <w:sz w:val="22"/>
          <w:u w:val="single"/>
        </w:rPr>
        <w:t xml:space="preserve"> again</w:t>
      </w:r>
      <w:r>
        <w:rPr>
          <w:b w:val="0"/>
          <w:i w:val="0"/>
          <w:smallCaps w:val="0"/>
          <w:strike w:val="0"/>
          <w:sz w:val="16"/>
          <w:u w:val="none"/>
        </w:rPr>
        <w:t xml:space="preserve">. As for Russia, </w:t>
      </w:r>
      <w:r>
        <w:rPr>
          <w:b w:val="0"/>
          <w:i w:val="0"/>
          <w:smallCaps w:val="0"/>
          <w:strike w:val="0"/>
          <w:sz w:val="22"/>
          <w:u w:val="single"/>
        </w:rPr>
        <w:t xml:space="preserve">policymakers in Europe and the United States agree that </w:t>
      </w:r>
      <w:r>
        <w:rPr>
          <w:b/>
          <w:i w:val="0"/>
          <w:smallCaps w:val="0"/>
          <w:strike w:val="0"/>
          <w:sz w:val="22"/>
          <w:u w:val="single"/>
        </w:rPr>
        <w:t>Putin</w:t>
      </w:r>
      <w:r>
        <w:rPr>
          <w:b w:val="0"/>
          <w:i w:val="0"/>
          <w:smallCaps w:val="0"/>
          <w:strike w:val="0"/>
          <w:sz w:val="22"/>
          <w:u w:val="single"/>
        </w:rPr>
        <w:t xml:space="preserve"> is </w:t>
      </w:r>
      <w:r>
        <w:rPr>
          <w:b/>
          <w:i w:val="0"/>
          <w:smallCaps w:val="0"/>
          <w:strike w:val="0"/>
          <w:sz w:val="22"/>
          <w:u w:val="single"/>
        </w:rPr>
        <w:t>unlikely</w:t>
      </w:r>
      <w:r>
        <w:rPr>
          <w:b w:val="0"/>
          <w:i w:val="0"/>
          <w:smallCaps w:val="0"/>
          <w:strike w:val="0"/>
          <w:sz w:val="22"/>
          <w:u w:val="single"/>
        </w:rPr>
        <w:t xml:space="preserve"> to </w:t>
      </w:r>
      <w:r>
        <w:rPr>
          <w:b/>
          <w:i w:val="0"/>
          <w:smallCaps w:val="0"/>
          <w:strike w:val="0"/>
          <w:sz w:val="22"/>
          <w:u w:val="single"/>
        </w:rPr>
        <w:t>change</w:t>
      </w:r>
      <w:r>
        <w:rPr>
          <w:b w:val="0"/>
          <w:i w:val="0"/>
          <w:smallCaps w:val="0"/>
          <w:strike w:val="0"/>
          <w:sz w:val="22"/>
          <w:u w:val="single"/>
        </w:rPr>
        <w:t xml:space="preserve"> his </w:t>
      </w:r>
      <w:r>
        <w:rPr>
          <w:b/>
          <w:i w:val="0"/>
          <w:smallCaps w:val="0"/>
          <w:strike w:val="0"/>
          <w:sz w:val="22"/>
          <w:u w:val="single"/>
        </w:rPr>
        <w:t>tactics</w:t>
      </w:r>
      <w:r>
        <w:rPr>
          <w:b w:val="0"/>
          <w:i w:val="0"/>
          <w:smallCaps w:val="0"/>
          <w:strike w:val="0"/>
          <w:sz w:val="22"/>
          <w:u w:val="single"/>
        </w:rPr>
        <w:t xml:space="preserve"> in Ukraine until </w:t>
      </w:r>
      <w:r>
        <w:rPr>
          <w:b/>
          <w:i w:val="0"/>
          <w:smallCaps w:val="0"/>
          <w:strike w:val="0"/>
          <w:sz w:val="22"/>
          <w:u w:val="single"/>
        </w:rPr>
        <w:t>after</w:t>
      </w:r>
      <w:r>
        <w:rPr>
          <w:b w:val="0"/>
          <w:i w:val="0"/>
          <w:smallCaps w:val="0"/>
          <w:strike w:val="0"/>
          <w:sz w:val="22"/>
          <w:u w:val="single"/>
        </w:rPr>
        <w:t xml:space="preserve"> the </w:t>
      </w:r>
      <w:r>
        <w:rPr>
          <w:b/>
          <w:i w:val="0"/>
          <w:smallCaps w:val="0"/>
          <w:strike w:val="0"/>
          <w:sz w:val="22"/>
          <w:u w:val="single"/>
        </w:rPr>
        <w:t>2024 election</w:t>
      </w:r>
      <w:r>
        <w:rPr>
          <w:b w:val="0"/>
          <w:i w:val="0"/>
          <w:smallCaps w:val="0"/>
          <w:strike w:val="0"/>
          <w:sz w:val="16"/>
          <w:u w:val="none"/>
        </w:rPr>
        <w:t>. An anonymous U.S. official told CNN in August: “</w:t>
      </w:r>
      <w:r>
        <w:rPr>
          <w:b w:val="0"/>
          <w:i w:val="0"/>
          <w:smallCaps w:val="0"/>
          <w:strike w:val="0"/>
          <w:sz w:val="22"/>
          <w:u w:val="single"/>
        </w:rPr>
        <w:t xml:space="preserve">Putin </w:t>
      </w:r>
      <w:r>
        <w:rPr>
          <w:b/>
          <w:i w:val="0"/>
          <w:smallCaps w:val="0"/>
          <w:strike w:val="0"/>
          <w:sz w:val="22"/>
          <w:u w:val="single"/>
        </w:rPr>
        <w:t>knows</w:t>
      </w:r>
      <w:r>
        <w:rPr>
          <w:b w:val="0"/>
          <w:i w:val="0"/>
          <w:smallCaps w:val="0"/>
          <w:strike w:val="0"/>
          <w:sz w:val="22"/>
          <w:u w:val="single"/>
        </w:rPr>
        <w:t xml:space="preserve"> Trump will </w:t>
      </w:r>
      <w:r>
        <w:rPr>
          <w:b/>
          <w:i w:val="0"/>
          <w:smallCaps w:val="0"/>
          <w:strike w:val="0"/>
          <w:sz w:val="22"/>
          <w:u w:val="single"/>
        </w:rPr>
        <w:t>help him</w:t>
      </w:r>
      <w:r>
        <w:rPr>
          <w:b w:val="0"/>
          <w:i w:val="0"/>
          <w:smallCaps w:val="0"/>
          <w:strike w:val="0"/>
          <w:sz w:val="16"/>
          <w:u w:val="none"/>
        </w:rPr>
        <w:t xml:space="preserve">. And so do the Ukrainians and our European partners.” </w:t>
      </w:r>
      <w:r>
        <w:rPr>
          <w:b/>
          <w:i w:val="0"/>
          <w:smallCaps w:val="0"/>
          <w:strike w:val="0"/>
          <w:sz w:val="22"/>
          <w:u w:val="single"/>
        </w:rPr>
        <w:t>Allies</w:t>
      </w:r>
      <w:r>
        <w:rPr>
          <w:b w:val="0"/>
          <w:i w:val="0"/>
          <w:smallCaps w:val="0"/>
          <w:strike w:val="0"/>
          <w:sz w:val="22"/>
          <w:u w:val="single"/>
        </w:rPr>
        <w:t xml:space="preserve"> in Europe are also</w:t>
      </w:r>
      <w:r>
        <w:rPr>
          <w:b w:val="0"/>
          <w:i w:val="0"/>
          <w:smallCaps w:val="0"/>
          <w:strike w:val="0"/>
          <w:sz w:val="16"/>
          <w:u w:val="none"/>
        </w:rPr>
        <w:t xml:space="preserve"> contemplating—or, rather, </w:t>
      </w:r>
      <w:r>
        <w:rPr>
          <w:b/>
          <w:i w:val="0"/>
          <w:smallCaps w:val="0"/>
          <w:strike w:val="0"/>
          <w:sz w:val="22"/>
          <w:u w:val="single"/>
        </w:rPr>
        <w:t>dreading</w:t>
      </w:r>
      <w:r>
        <w:rPr>
          <w:b w:val="0"/>
          <w:i w:val="0"/>
          <w:smallCaps w:val="0"/>
          <w:strike w:val="0"/>
          <w:sz w:val="16"/>
          <w:u w:val="none"/>
        </w:rPr>
        <w:t>—</w:t>
      </w:r>
      <w:r>
        <w:rPr>
          <w:b w:val="0"/>
          <w:i w:val="0"/>
          <w:smallCaps w:val="0"/>
          <w:strike w:val="0"/>
          <w:sz w:val="22"/>
          <w:u w:val="single"/>
        </w:rPr>
        <w:t xml:space="preserve">a </w:t>
      </w:r>
      <w:r>
        <w:rPr>
          <w:b/>
          <w:i w:val="0"/>
          <w:smallCaps w:val="0"/>
          <w:strike w:val="0"/>
          <w:sz w:val="22"/>
          <w:u w:val="single"/>
        </w:rPr>
        <w:t>second Trump term</w:t>
      </w:r>
      <w:r>
        <w:rPr>
          <w:b w:val="0"/>
          <w:i w:val="0"/>
          <w:smallCaps w:val="0"/>
          <w:strike w:val="0"/>
          <w:sz w:val="22"/>
          <w:u w:val="single"/>
        </w:rPr>
        <w:t>.</w:t>
      </w:r>
    </w:p>
    <w:p>
      <w:pPr>
        <w:spacing w:after="60"/>
      </w:pPr>
      <w:r>
        <w:rPr>
          <w:b w:val="0"/>
          <w:i w:val="0"/>
          <w:smallCaps w:val="0"/>
          <w:strike w:val="0"/>
          <w:sz w:val="16"/>
          <w:u w:val="none"/>
        </w:rPr>
        <w:t>Some observers argue that although Trump executed an unconventional foreign policy when he was president, he did not act on his worst impulses. He did not withdraw the United States from either the WTO or NATO, nor did he remove U.S. troops from across the Pacific Rim. These pundits hold that Trump’s second term would just reprise the bluster of his first term.</w:t>
      </w:r>
    </w:p>
    <w:p>
      <w:pPr>
        <w:spacing w:after="60"/>
      </w:pPr>
      <w:r>
        <w:rPr>
          <w:b w:val="0"/>
          <w:i w:val="0"/>
          <w:smallCaps w:val="0"/>
          <w:strike w:val="0"/>
          <w:sz w:val="16"/>
          <w:u w:val="none"/>
        </w:rPr>
        <w:t xml:space="preserve">Such equanimity is misplaced. </w:t>
      </w:r>
      <w:r>
        <w:rPr>
          <w:b w:val="0"/>
          <w:i w:val="0"/>
          <w:smallCaps w:val="0"/>
          <w:strike w:val="0"/>
          <w:sz w:val="22"/>
          <w:u w:val="single"/>
        </w:rPr>
        <w:t xml:space="preserve">A </w:t>
      </w:r>
      <w:r>
        <w:rPr>
          <w:b/>
          <w:i w:val="0"/>
          <w:smallCaps w:val="0"/>
          <w:strike w:val="0"/>
          <w:sz w:val="22"/>
          <w:u w:val="single"/>
        </w:rPr>
        <w:t>second Trump term</w:t>
      </w:r>
      <w:r>
        <w:rPr>
          <w:b w:val="0"/>
          <w:i w:val="0"/>
          <w:smallCaps w:val="0"/>
          <w:strike w:val="0"/>
          <w:sz w:val="22"/>
          <w:u w:val="single"/>
        </w:rPr>
        <w:t xml:space="preserve"> would transpire with </w:t>
      </w:r>
      <w:r>
        <w:rPr>
          <w:b/>
          <w:i w:val="0"/>
          <w:smallCaps w:val="0"/>
          <w:strike w:val="0"/>
          <w:sz w:val="22"/>
          <w:u w:val="single"/>
        </w:rPr>
        <w:t>countervailing institutions</w:t>
      </w:r>
      <w:r>
        <w:rPr>
          <w:b w:val="0"/>
          <w:i w:val="0"/>
          <w:smallCaps w:val="0"/>
          <w:strike w:val="0"/>
          <w:sz w:val="22"/>
          <w:u w:val="single"/>
        </w:rPr>
        <w:t xml:space="preserve"> that are </w:t>
      </w:r>
      <w:r>
        <w:rPr>
          <w:b/>
          <w:i w:val="0"/>
          <w:smallCaps w:val="0"/>
          <w:strike w:val="0"/>
          <w:sz w:val="22"/>
          <w:u w:val="single"/>
        </w:rPr>
        <w:t>even weaker</w:t>
      </w:r>
      <w:r>
        <w:rPr>
          <w:b w:val="0"/>
          <w:i w:val="0"/>
          <w:smallCaps w:val="0"/>
          <w:strike w:val="0"/>
          <w:sz w:val="22"/>
          <w:u w:val="single"/>
        </w:rPr>
        <w:t xml:space="preserve"> than they were in 2016. Trump would be supported by </w:t>
      </w:r>
      <w:r>
        <w:rPr>
          <w:b/>
          <w:i w:val="0"/>
          <w:smallCaps w:val="0"/>
          <w:strike w:val="0"/>
          <w:sz w:val="22"/>
          <w:u w:val="single"/>
        </w:rPr>
        <w:t>congressional Republicans</w:t>
      </w:r>
      <w:r>
        <w:rPr>
          <w:b w:val="0"/>
          <w:i w:val="0"/>
          <w:smallCaps w:val="0"/>
          <w:strike w:val="0"/>
          <w:sz w:val="22"/>
          <w:u w:val="single"/>
        </w:rPr>
        <w:t xml:space="preserve"> who are </w:t>
      </w:r>
      <w:r>
        <w:rPr>
          <w:b/>
          <w:i w:val="0"/>
          <w:smallCaps w:val="0"/>
          <w:strike w:val="0"/>
          <w:sz w:val="22"/>
          <w:u w:val="single"/>
        </w:rPr>
        <w:t xml:space="preserve">far more </w:t>
      </w:r>
      <w:r>
        <w:rPr>
          <w:b/>
          <w:i w:val="0"/>
          <w:smallCaps w:val="0"/>
          <w:strike w:val="0"/>
          <w:sz w:val="22"/>
          <w:u w:val="single"/>
        </w:rPr>
        <w:t>Trumpish</w:t>
      </w:r>
      <w:r>
        <w:rPr>
          <w:b w:val="0"/>
          <w:i w:val="0"/>
          <w:smallCaps w:val="0"/>
          <w:strike w:val="0"/>
          <w:sz w:val="16"/>
          <w:u w:val="none"/>
        </w:rPr>
        <w:t xml:space="preserve"> in their outlook </w:t>
      </w:r>
      <w:r>
        <w:rPr>
          <w:b w:val="0"/>
          <w:i w:val="0"/>
          <w:smallCaps w:val="0"/>
          <w:strike w:val="0"/>
          <w:sz w:val="22"/>
          <w:u w:val="single"/>
        </w:rPr>
        <w:t>than the old-guard GOP leadership of five years ago</w:t>
      </w:r>
      <w:r>
        <w:rPr>
          <w:b w:val="0"/>
          <w:i w:val="0"/>
          <w:smallCaps w:val="0"/>
          <w:strike w:val="0"/>
          <w:sz w:val="16"/>
          <w:u w:val="none"/>
        </w:rPr>
        <w:t xml:space="preserve">. According to The New York Times, </w:t>
      </w:r>
      <w:r>
        <w:rPr>
          <w:b w:val="0"/>
          <w:i w:val="0"/>
          <w:smallCaps w:val="0"/>
          <w:strike w:val="0"/>
          <w:sz w:val="22"/>
          <w:u w:val="single"/>
        </w:rPr>
        <w:t xml:space="preserve">Trump, if reelected, “plans to scour the intelligence agencies, the State Department and the defense bureaucracies to </w:t>
      </w:r>
      <w:r>
        <w:rPr>
          <w:b/>
          <w:i w:val="0"/>
          <w:smallCaps w:val="0"/>
          <w:strike w:val="0"/>
          <w:sz w:val="22"/>
          <w:u w:val="single"/>
        </w:rPr>
        <w:t>remove officials</w:t>
      </w:r>
      <w:r>
        <w:rPr>
          <w:b w:val="0"/>
          <w:i w:val="0"/>
          <w:smallCaps w:val="0"/>
          <w:strike w:val="0"/>
          <w:sz w:val="22"/>
          <w:u w:val="single"/>
        </w:rPr>
        <w:t xml:space="preserve"> he has </w:t>
      </w:r>
      <w:r>
        <w:rPr>
          <w:b/>
          <w:i w:val="0"/>
          <w:smallCaps w:val="0"/>
          <w:strike w:val="0"/>
          <w:sz w:val="22"/>
          <w:u w:val="single"/>
        </w:rPr>
        <w:t>vilified</w:t>
      </w:r>
      <w:r>
        <w:rPr>
          <w:b w:val="0"/>
          <w:i w:val="0"/>
          <w:smallCaps w:val="0"/>
          <w:strike w:val="0"/>
          <w:sz w:val="16"/>
          <w:u w:val="none"/>
        </w:rPr>
        <w:t xml:space="preserve"> as ‘the sick political class that hates our country.’” </w:t>
      </w:r>
      <w:r>
        <w:rPr>
          <w:b w:val="0"/>
          <w:i w:val="0"/>
          <w:smallCaps w:val="0"/>
          <w:strike w:val="0"/>
          <w:sz w:val="22"/>
          <w:u w:val="single"/>
        </w:rPr>
        <w:t xml:space="preserve">Trump’s own foreign policy team would likely feature </w:t>
      </w:r>
      <w:r>
        <w:rPr>
          <w:b/>
          <w:i w:val="0"/>
          <w:smallCaps w:val="0"/>
          <w:strike w:val="0"/>
          <w:sz w:val="22"/>
          <w:u w:val="single"/>
        </w:rPr>
        <w:t>hardly anyone</w:t>
      </w:r>
      <w:r>
        <w:rPr>
          <w:b w:val="0"/>
          <w:i w:val="0"/>
          <w:smallCaps w:val="0"/>
          <w:strike w:val="0"/>
          <w:sz w:val="22"/>
          <w:u w:val="single"/>
        </w:rPr>
        <w:t xml:space="preserve"> with a significant record of leadership in </w:t>
      </w:r>
      <w:r>
        <w:rPr>
          <w:b/>
          <w:i w:val="0"/>
          <w:smallCaps w:val="0"/>
          <w:strike w:val="0"/>
          <w:sz w:val="22"/>
          <w:u w:val="single"/>
        </w:rPr>
        <w:t>diplomacy</w:t>
      </w:r>
      <w:r>
        <w:rPr>
          <w:b w:val="0"/>
          <w:i w:val="0"/>
          <w:smallCaps w:val="0"/>
          <w:strike w:val="0"/>
          <w:sz w:val="22"/>
          <w:u w:val="single"/>
        </w:rPr>
        <w:t xml:space="preserve"> or the </w:t>
      </w:r>
      <w:r>
        <w:rPr>
          <w:b/>
          <w:i w:val="0"/>
          <w:smallCaps w:val="0"/>
          <w:strike w:val="0"/>
          <w:sz w:val="22"/>
          <w:u w:val="single"/>
        </w:rPr>
        <w:t>military</w:t>
      </w:r>
      <w:r>
        <w:rPr>
          <w:b w:val="0"/>
          <w:i w:val="0"/>
          <w:smallCaps w:val="0"/>
          <w:strike w:val="0"/>
          <w:sz w:val="22"/>
          <w:u w:val="single"/>
        </w:rPr>
        <w:t xml:space="preserve"> that could </w:t>
      </w:r>
      <w:r>
        <w:rPr>
          <w:b/>
          <w:i w:val="0"/>
          <w:smallCaps w:val="0"/>
          <w:strike w:val="0"/>
          <w:sz w:val="22"/>
          <w:u w:val="single"/>
        </w:rPr>
        <w:t>put the brakes</w:t>
      </w:r>
      <w:r>
        <w:rPr>
          <w:b w:val="0"/>
          <w:i w:val="0"/>
          <w:smallCaps w:val="0"/>
          <w:strike w:val="0"/>
          <w:sz w:val="22"/>
          <w:u w:val="single"/>
        </w:rPr>
        <w:t xml:space="preserve"> on his </w:t>
      </w:r>
      <w:r>
        <w:rPr>
          <w:b/>
          <w:i w:val="0"/>
          <w:smallCaps w:val="0"/>
          <w:strike w:val="0"/>
          <w:sz w:val="22"/>
          <w:u w:val="single"/>
        </w:rPr>
        <w:t>wildest ideas</w:t>
      </w:r>
      <w:r>
        <w:rPr>
          <w:b w:val="0"/>
          <w:i w:val="0"/>
          <w:smallCaps w:val="0"/>
          <w:strike w:val="0"/>
          <w:sz w:val="16"/>
          <w:u w:val="none"/>
        </w:rPr>
        <w:t xml:space="preserve">—in other words, </w:t>
      </w:r>
      <w:r>
        <w:rPr>
          <w:b w:val="0"/>
          <w:i w:val="0"/>
          <w:smallCaps w:val="0"/>
          <w:strike w:val="0"/>
          <w:sz w:val="22"/>
          <w:u w:val="single"/>
        </w:rPr>
        <w:t xml:space="preserve">there will no longer be </w:t>
      </w:r>
      <w:r>
        <w:rPr>
          <w:b/>
          <w:i w:val="0"/>
          <w:smallCaps w:val="0"/>
          <w:strike w:val="0"/>
          <w:sz w:val="22"/>
          <w:u w:val="single"/>
        </w:rPr>
        <w:t>any adults</w:t>
      </w:r>
      <w:r>
        <w:rPr>
          <w:b w:val="0"/>
          <w:i w:val="0"/>
          <w:smallCaps w:val="0"/>
          <w:strike w:val="0"/>
          <w:sz w:val="22"/>
          <w:u w:val="single"/>
        </w:rPr>
        <w:t xml:space="preserve"> in the room</w:t>
      </w:r>
      <w:r>
        <w:rPr>
          <w:b w:val="0"/>
          <w:i w:val="0"/>
          <w:smallCaps w:val="0"/>
          <w:strike w:val="0"/>
          <w:sz w:val="16"/>
          <w:u w:val="none"/>
        </w:rPr>
        <w:t xml:space="preserve">. There will be no James Mattis, the secretary of defense under Trump’s first term, or even a John Bolton, a former national security adviser, to talk Trump out of his rash actions or persuade him that he cannot bomb Mexico or that he is incapable of ending Russia’s invasion of Ukraine in a single day. </w:t>
      </w:r>
      <w:r>
        <w:rPr>
          <w:b w:val="0"/>
          <w:i w:val="0"/>
          <w:smallCaps w:val="0"/>
          <w:strike w:val="0"/>
          <w:sz w:val="22"/>
          <w:u w:val="single"/>
        </w:rPr>
        <w:t xml:space="preserve">Trump’s second term would most </w:t>
      </w:r>
      <w:r>
        <w:rPr>
          <w:b/>
          <w:i w:val="0"/>
          <w:smallCaps w:val="0"/>
          <w:strike w:val="0"/>
          <w:sz w:val="22"/>
          <w:u w:val="single"/>
        </w:rPr>
        <w:t>closely resemble</w:t>
      </w:r>
      <w:r>
        <w:rPr>
          <w:b w:val="0"/>
          <w:i w:val="0"/>
          <w:smallCaps w:val="0"/>
          <w:strike w:val="0"/>
          <w:sz w:val="22"/>
          <w:u w:val="single"/>
        </w:rPr>
        <w:t xml:space="preserve"> the chaotic last </w:t>
      </w:r>
      <w:r>
        <w:rPr>
          <w:b/>
          <w:i w:val="0"/>
          <w:smallCaps w:val="0"/>
          <w:strike w:val="0"/>
          <w:sz w:val="22"/>
          <w:u w:val="single"/>
        </w:rPr>
        <w:t>few months</w:t>
      </w:r>
      <w:r>
        <w:rPr>
          <w:b w:val="0"/>
          <w:i w:val="0"/>
          <w:smallCaps w:val="0"/>
          <w:strike w:val="0"/>
          <w:sz w:val="22"/>
          <w:u w:val="single"/>
        </w:rPr>
        <w:t xml:space="preserve"> of Trump’s first term, when the 45th president came close to </w:t>
      </w:r>
      <w:r>
        <w:rPr>
          <w:b/>
          <w:i w:val="0"/>
          <w:smallCaps w:val="0"/>
          <w:strike w:val="0"/>
          <w:sz w:val="22"/>
          <w:u w:val="single"/>
        </w:rPr>
        <w:t>bombing Iran</w:t>
      </w:r>
      <w:r>
        <w:rPr>
          <w:b w:val="0"/>
          <w:i w:val="0"/>
          <w:smallCaps w:val="0"/>
          <w:strike w:val="0"/>
          <w:sz w:val="22"/>
          <w:u w:val="single"/>
        </w:rPr>
        <w:t xml:space="preserve"> and </w:t>
      </w:r>
      <w:r>
        <w:rPr>
          <w:b/>
          <w:i w:val="0"/>
          <w:smallCaps w:val="0"/>
          <w:strike w:val="0"/>
          <w:sz w:val="22"/>
          <w:u w:val="single"/>
        </w:rPr>
        <w:t>unilaterally withdrawing</w:t>
      </w:r>
      <w:r>
        <w:rPr>
          <w:b w:val="0"/>
          <w:i w:val="0"/>
          <w:smallCaps w:val="0"/>
          <w:strike w:val="0"/>
          <w:sz w:val="22"/>
          <w:u w:val="single"/>
        </w:rPr>
        <w:t xml:space="preserve"> all U.S. troops from</w:t>
      </w:r>
      <w:r>
        <w:rPr>
          <w:b w:val="0"/>
          <w:i w:val="0"/>
          <w:smallCaps w:val="0"/>
          <w:strike w:val="0"/>
          <w:sz w:val="16"/>
          <w:u w:val="none"/>
        </w:rPr>
        <w:t xml:space="preserve"> a variety of trouble spots such as </w:t>
      </w:r>
      <w:r>
        <w:rPr>
          <w:b w:val="0"/>
          <w:i w:val="0"/>
          <w:smallCaps w:val="0"/>
          <w:strike w:val="0"/>
          <w:sz w:val="22"/>
          <w:u w:val="single"/>
        </w:rPr>
        <w:t>Somalia and Syria.</w:t>
      </w:r>
      <w:r>
        <w:rPr>
          <w:b w:val="0"/>
          <w:i w:val="0"/>
          <w:smallCaps w:val="0"/>
          <w:strike w:val="0"/>
          <w:sz w:val="16"/>
          <w:u w:val="none"/>
        </w:rPr>
        <w:t xml:space="preserve"> As one former German official told The New York Times, “</w:t>
      </w:r>
      <w:r>
        <w:rPr>
          <w:b w:val="0"/>
          <w:i w:val="0"/>
          <w:smallCaps w:val="0"/>
          <w:strike w:val="0"/>
          <w:sz w:val="22"/>
          <w:u w:val="single"/>
        </w:rPr>
        <w:t xml:space="preserve">Trump has </w:t>
      </w:r>
      <w:r>
        <w:rPr>
          <w:b/>
          <w:i w:val="0"/>
          <w:smallCaps w:val="0"/>
          <w:strike w:val="0"/>
          <w:sz w:val="22"/>
          <w:u w:val="single"/>
        </w:rPr>
        <w:t>experience now</w:t>
      </w:r>
      <w:r>
        <w:rPr>
          <w:b w:val="0"/>
          <w:i w:val="0"/>
          <w:smallCaps w:val="0"/>
          <w:strike w:val="0"/>
          <w:sz w:val="22"/>
          <w:u w:val="single"/>
        </w:rPr>
        <w:t xml:space="preserve"> and knows what </w:t>
      </w:r>
      <w:r>
        <w:rPr>
          <w:b/>
          <w:i w:val="0"/>
          <w:smallCaps w:val="0"/>
          <w:strike w:val="0"/>
          <w:sz w:val="22"/>
          <w:u w:val="single"/>
        </w:rPr>
        <w:t>levers to pull</w:t>
      </w:r>
      <w:r>
        <w:rPr>
          <w:b w:val="0"/>
          <w:i w:val="0"/>
          <w:smallCaps w:val="0"/>
          <w:strike w:val="0"/>
          <w:sz w:val="22"/>
          <w:u w:val="single"/>
        </w:rPr>
        <w:t xml:space="preserve">, and he’s </w:t>
      </w:r>
      <w:r>
        <w:rPr>
          <w:b/>
          <w:i w:val="0"/>
          <w:smallCaps w:val="0"/>
          <w:strike w:val="0"/>
          <w:sz w:val="22"/>
          <w:u w:val="single"/>
        </w:rPr>
        <w:t>angry</w:t>
      </w:r>
      <w:r>
        <w:rPr>
          <w:b w:val="0"/>
          <w:i w:val="0"/>
          <w:smallCaps w:val="0"/>
          <w:strike w:val="0"/>
          <w:sz w:val="16"/>
          <w:u w:val="none"/>
        </w:rPr>
        <w:t>.” Another European official compared a second Trump to the Terminator of the second film in the franchise, which featured a cyborg assassin even more lethal and sophisticated than the original played by Arnold Schwarzenegger.</w:t>
      </w:r>
    </w:p>
    <w:p>
      <w:pPr>
        <w:spacing w:after="60"/>
      </w:pPr>
      <w:r>
        <w:rPr>
          <w:b w:val="0"/>
          <w:i w:val="0"/>
          <w:smallCaps w:val="0"/>
          <w:strike w:val="0"/>
          <w:sz w:val="22"/>
          <w:u w:val="single"/>
        </w:rPr>
        <w:t xml:space="preserve">Throughout his first term, Trump frequently held U.S. foreign policy </w:t>
      </w:r>
      <w:r>
        <w:rPr>
          <w:b/>
          <w:i w:val="0"/>
          <w:smallCaps w:val="0"/>
          <w:strike w:val="0"/>
          <w:sz w:val="22"/>
          <w:u w:val="single"/>
        </w:rPr>
        <w:t>hostage</w:t>
      </w:r>
      <w:r>
        <w:rPr>
          <w:b w:val="0"/>
          <w:i w:val="0"/>
          <w:smallCaps w:val="0"/>
          <w:strike w:val="0"/>
          <w:sz w:val="22"/>
          <w:u w:val="single"/>
        </w:rPr>
        <w:t xml:space="preserve"> to his own </w:t>
      </w:r>
      <w:r>
        <w:rPr>
          <w:b/>
          <w:i w:val="0"/>
          <w:smallCaps w:val="0"/>
          <w:strike w:val="0"/>
          <w:sz w:val="22"/>
          <w:u w:val="single"/>
        </w:rPr>
        <w:t>political whims</w:t>
      </w:r>
      <w:r>
        <w:rPr>
          <w:b w:val="0"/>
          <w:i w:val="0"/>
          <w:smallCaps w:val="0"/>
          <w:strike w:val="0"/>
          <w:sz w:val="16"/>
          <w:u w:val="none"/>
        </w:rPr>
        <w:t xml:space="preserve">. He has faced some consequences; his demands that Zelensky relay damaging information about Biden (regardless of whether it was true) in return for sending Kyiv arms resulted in one of his two impeachments. </w:t>
      </w:r>
      <w:r>
        <w:rPr>
          <w:b w:val="0"/>
          <w:i w:val="0"/>
          <w:smallCaps w:val="0"/>
          <w:strike w:val="0"/>
          <w:sz w:val="22"/>
          <w:u w:val="single"/>
        </w:rPr>
        <w:t xml:space="preserve">If Trump is </w:t>
      </w:r>
      <w:r>
        <w:rPr>
          <w:b/>
          <w:i w:val="0"/>
          <w:smallCaps w:val="0"/>
          <w:strike w:val="0"/>
          <w:sz w:val="22"/>
          <w:u w:val="single"/>
        </w:rPr>
        <w:t>reelected</w:t>
      </w:r>
      <w:r>
        <w:rPr>
          <w:b w:val="0"/>
          <w:i w:val="0"/>
          <w:smallCaps w:val="0"/>
          <w:strike w:val="0"/>
          <w:sz w:val="22"/>
          <w:u w:val="single"/>
        </w:rPr>
        <w:t xml:space="preserve"> despite these two impeachments</w:t>
      </w:r>
      <w:r>
        <w:rPr>
          <w:b w:val="0"/>
          <w:i w:val="0"/>
          <w:smallCaps w:val="0"/>
          <w:strike w:val="0"/>
          <w:sz w:val="16"/>
          <w:u w:val="none"/>
        </w:rPr>
        <w:t>—and four fresh criminal indictments—</w:t>
      </w:r>
      <w:r>
        <w:rPr>
          <w:b w:val="0"/>
          <w:i w:val="0"/>
          <w:smallCaps w:val="0"/>
          <w:strike w:val="0"/>
          <w:sz w:val="22"/>
          <w:u w:val="single"/>
        </w:rPr>
        <w:t xml:space="preserve">he will feel truly </w:t>
      </w:r>
      <w:r>
        <w:rPr>
          <w:b/>
          <w:i w:val="0"/>
          <w:smallCaps w:val="0"/>
          <w:strike w:val="0"/>
          <w:sz w:val="22"/>
          <w:u w:val="single"/>
        </w:rPr>
        <w:t>unconstrained</w:t>
      </w:r>
      <w:r>
        <w:rPr>
          <w:b w:val="0"/>
          <w:i w:val="0"/>
          <w:smallCaps w:val="0"/>
          <w:strike w:val="0"/>
          <w:sz w:val="22"/>
          <w:u w:val="single"/>
        </w:rPr>
        <w:t xml:space="preserve"> and </w:t>
      </w:r>
      <w:r>
        <w:rPr>
          <w:b/>
          <w:i w:val="0"/>
          <w:smallCaps w:val="0"/>
          <w:strike w:val="0"/>
          <w:sz w:val="22"/>
          <w:u w:val="single"/>
        </w:rPr>
        <w:t>unrepentant</w:t>
      </w:r>
      <w:r>
        <w:rPr>
          <w:b w:val="0"/>
          <w:i w:val="0"/>
          <w:smallCaps w:val="0"/>
          <w:strike w:val="0"/>
          <w:sz w:val="22"/>
          <w:u w:val="single"/>
        </w:rPr>
        <w:t xml:space="preserve">. A </w:t>
      </w:r>
      <w:r>
        <w:rPr>
          <w:b/>
          <w:i w:val="0"/>
          <w:smallCaps w:val="0"/>
          <w:strike w:val="0"/>
          <w:sz w:val="22"/>
          <w:u w:val="single"/>
        </w:rPr>
        <w:t>second Trump term</w:t>
      </w:r>
      <w:r>
        <w:rPr>
          <w:b w:val="0"/>
          <w:i w:val="0"/>
          <w:smallCaps w:val="0"/>
          <w:strike w:val="0"/>
          <w:sz w:val="22"/>
          <w:u w:val="single"/>
        </w:rPr>
        <w:t xml:space="preserve"> would make the </w:t>
      </w:r>
      <w:r>
        <w:rPr>
          <w:b/>
          <w:i w:val="0"/>
          <w:smallCaps w:val="0"/>
          <w:strike w:val="0"/>
          <w:sz w:val="22"/>
          <w:u w:val="single"/>
        </w:rPr>
        <w:t>first one</w:t>
      </w:r>
      <w:r>
        <w:rPr>
          <w:b w:val="0"/>
          <w:i w:val="0"/>
          <w:smallCaps w:val="0"/>
          <w:strike w:val="0"/>
          <w:sz w:val="22"/>
          <w:u w:val="single"/>
        </w:rPr>
        <w:t xml:space="preserve"> look like a </w:t>
      </w:r>
      <w:r>
        <w:rPr>
          <w:b/>
          <w:i w:val="0"/>
          <w:smallCaps w:val="0"/>
          <w:strike w:val="0"/>
          <w:sz w:val="22"/>
          <w:u w:val="single"/>
        </w:rPr>
        <w:t>garden party</w:t>
      </w:r>
      <w:r>
        <w:rPr>
          <w:b w:val="0"/>
          <w:i w:val="0"/>
          <w:smallCaps w:val="0"/>
          <w:strike w:val="0"/>
          <w:sz w:val="22"/>
          <w:u w:val="single"/>
        </w:rPr>
        <w:t>.</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