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If polls are accurate, Trump wins now.</w:t>
      </w:r>
    </w:p>
    <w:p>
      <w:pPr>
        <w:spacing w:after="80"/>
      </w:pPr>
      <w:r>
        <w:rPr>
          <w:b/>
          <w:i w:val="0"/>
          <w:smallCaps w:val="0"/>
          <w:strike w:val="0"/>
          <w:sz w:val="26"/>
          <w:u w:val="none"/>
        </w:rPr>
        <w:t>Nagle 3/24</w:t>
      </w:r>
      <w:r>
        <w:rPr>
          <w:b w:val="0"/>
          <w:i w:val="0"/>
          <w:smallCaps w:val="0"/>
          <w:strike w:val="0"/>
          <w:u w:val="none"/>
        </w:rPr>
        <w:t xml:space="preserve"> – former Iowa Democratic Party state chairman and three-term U.S. congressman from Iowa.</w:t>
      </w:r>
    </w:p>
    <w:p>
      <w:pPr>
        <w:spacing w:after="60"/>
      </w:pPr>
      <w:r>
        <w:rPr>
          <w:b w:val="0"/>
          <w:i w:val="0"/>
          <w:smallCaps w:val="0"/>
          <w:strike w:val="0"/>
          <w:u w:val="none"/>
        </w:rPr>
        <w:t>Dave Nagle, March 24 2024, “If Biden loses, it will be because Democrats defeated him,” Iowa Capital Dispatch, https://iowacapitaldispatch.com/2024/03/24/if-biden-loses-it-will-be-because-democrats-defeated-him/</w:t>
      </w:r>
    </w:p>
    <w:p>
      <w:pPr>
        <w:spacing w:after="60"/>
      </w:pPr>
      <w:r>
        <w:rPr>
          <w:b w:val="0"/>
          <w:i w:val="0"/>
          <w:smallCaps w:val="0"/>
          <w:strike w:val="0"/>
          <w:sz w:val="12"/>
          <w:u w:val="none"/>
        </w:rPr>
        <w:t xml:space="preserve">A second limitation on the president’s chances is the realistic observation that </w:t>
      </w:r>
      <w:r>
        <w:rPr>
          <w:b w:val="0"/>
          <w:i w:val="0"/>
          <w:smallCaps w:val="0"/>
          <w:strike w:val="0"/>
          <w:sz w:val="22"/>
          <w:u w:val="single"/>
        </w:rPr>
        <w:t>many on the far left</w:t>
      </w:r>
      <w:r>
        <w:rPr>
          <w:b w:val="0"/>
          <w:i w:val="0"/>
          <w:smallCaps w:val="0"/>
          <w:strike w:val="0"/>
          <w:sz w:val="12"/>
          <w:u w:val="none"/>
        </w:rPr>
        <w:t xml:space="preserve"> </w:t>
      </w:r>
      <w:r>
        <w:rPr>
          <w:b/>
          <w:i w:val="0"/>
          <w:smallCaps w:val="0"/>
          <w:strike w:val="0"/>
          <w:sz w:val="22"/>
          <w:u w:val="single"/>
        </w:rPr>
        <w:t>are reluctant to support him.</w:t>
      </w:r>
      <w:r>
        <w:rPr>
          <w:b w:val="0"/>
          <w:i w:val="0"/>
          <w:smallCaps w:val="0"/>
          <w:strike w:val="0"/>
          <w:sz w:val="12"/>
          <w:u w:val="none"/>
        </w:rPr>
        <w:t xml:space="preserve"> Ironically, Trump faces the same erosion of support from his moderate GOP base. It almost seems the election will be decided by attrition. </w:t>
      </w:r>
      <w:r>
        <w:rPr>
          <w:b w:val="0"/>
          <w:i w:val="0"/>
          <w:smallCaps w:val="0"/>
          <w:strike w:val="0"/>
          <w:sz w:val="22"/>
          <w:u w:val="single"/>
        </w:rPr>
        <w:t>Our commander</w:t>
      </w:r>
      <w:r>
        <w:rPr>
          <w:b w:val="0"/>
          <w:i w:val="0"/>
          <w:smallCaps w:val="0"/>
          <w:strike w:val="0"/>
          <w:sz w:val="12"/>
          <w:u w:val="none"/>
        </w:rPr>
        <w:t xml:space="preserve">-in-chief </w:t>
      </w:r>
      <w:r>
        <w:rPr>
          <w:b w:val="0"/>
          <w:i w:val="0"/>
          <w:smallCaps w:val="0"/>
          <w:strike w:val="0"/>
          <w:sz w:val="22"/>
          <w:u w:val="single"/>
        </w:rPr>
        <w:t>may</w:t>
      </w:r>
      <w:r>
        <w:rPr>
          <w:b w:val="0"/>
          <w:i w:val="0"/>
          <w:smallCaps w:val="0"/>
          <w:strike w:val="0"/>
          <w:sz w:val="12"/>
          <w:u w:val="none"/>
        </w:rPr>
        <w:t xml:space="preserve"> well </w:t>
      </w:r>
      <w:r>
        <w:rPr>
          <w:b w:val="0"/>
          <w:i w:val="0"/>
          <w:smallCaps w:val="0"/>
          <w:strike w:val="0"/>
          <w:sz w:val="22"/>
          <w:u w:val="single"/>
        </w:rPr>
        <w:t>gain former Trump voters</w:t>
      </w:r>
      <w:r>
        <w:rPr>
          <w:b w:val="0"/>
          <w:i w:val="0"/>
          <w:smallCaps w:val="0"/>
          <w:strike w:val="0"/>
          <w:sz w:val="12"/>
          <w:u w:val="none"/>
        </w:rPr>
        <w:t xml:space="preserve">, </w:t>
      </w:r>
      <w:r>
        <w:rPr>
          <w:b/>
          <w:i w:val="0"/>
          <w:smallCaps w:val="0"/>
          <w:strike w:val="0"/>
          <w:sz w:val="22"/>
          <w:u w:val="single"/>
        </w:rPr>
        <w:t>but</w:t>
      </w:r>
      <w:r>
        <w:rPr>
          <w:b w:val="0"/>
          <w:i w:val="0"/>
          <w:smallCaps w:val="0"/>
          <w:strike w:val="0"/>
          <w:sz w:val="12"/>
          <w:u w:val="none"/>
        </w:rPr>
        <w:t xml:space="preserve"> at the same time </w:t>
      </w:r>
      <w:r>
        <w:rPr>
          <w:b w:val="0"/>
          <w:i w:val="0"/>
          <w:smallCaps w:val="0"/>
          <w:strike w:val="0"/>
          <w:sz w:val="22"/>
          <w:u w:val="single"/>
        </w:rPr>
        <w:t>lose</w:t>
      </w:r>
      <w:r>
        <w:rPr>
          <w:b w:val="0"/>
          <w:i w:val="0"/>
          <w:smallCaps w:val="0"/>
          <w:strike w:val="0"/>
          <w:sz w:val="12"/>
          <w:u w:val="none"/>
        </w:rPr>
        <w:t xml:space="preserve"> </w:t>
      </w:r>
      <w:r>
        <w:rPr>
          <w:b w:val="0"/>
          <w:i w:val="0"/>
          <w:smallCaps w:val="0"/>
          <w:strike w:val="0"/>
          <w:sz w:val="22"/>
          <w:u w:val="single"/>
        </w:rPr>
        <w:t>leftist Dems at</w:t>
      </w:r>
      <w:r>
        <w:rPr>
          <w:b w:val="0"/>
          <w:i w:val="0"/>
          <w:smallCaps w:val="0"/>
          <w:strike w:val="0"/>
          <w:sz w:val="12"/>
          <w:u w:val="none"/>
        </w:rPr>
        <w:t xml:space="preserve"> the same or </w:t>
      </w:r>
      <w:r>
        <w:rPr>
          <w:b/>
          <w:i w:val="0"/>
          <w:smallCaps w:val="0"/>
          <w:strike w:val="0"/>
          <w:sz w:val="22"/>
          <w:u w:val="single"/>
        </w:rPr>
        <w:t>higher rate</w:t>
      </w:r>
      <w:r>
        <w:rPr>
          <w:b w:val="0"/>
          <w:i w:val="0"/>
          <w:smallCaps w:val="0"/>
          <w:strike w:val="0"/>
          <w:sz w:val="12"/>
          <w:u w:val="none"/>
        </w:rPr>
        <w:t xml:space="preserve">. I am inclined to believe that more Republican moderates will vote for Biden, if only as the lesser of two evils. </w:t>
      </w:r>
      <w:r>
        <w:rPr>
          <w:b/>
          <w:i w:val="0"/>
          <w:smallCaps w:val="0"/>
          <w:strike w:val="0"/>
          <w:sz w:val="22"/>
          <w:u w:val="single"/>
        </w:rPr>
        <w:t>Purist Democrats</w:t>
      </w:r>
      <w:r>
        <w:rPr>
          <w:b w:val="0"/>
          <w:i w:val="0"/>
          <w:smallCaps w:val="0"/>
          <w:strike w:val="0"/>
          <w:sz w:val="12"/>
          <w:u w:val="none"/>
        </w:rPr>
        <w:t xml:space="preserve">, who expect perfection from their elected leaders, </w:t>
      </w:r>
      <w:r>
        <w:rPr>
          <w:b w:val="0"/>
          <w:i w:val="0"/>
          <w:smallCaps w:val="0"/>
          <w:strike w:val="0"/>
          <w:sz w:val="22"/>
          <w:u w:val="single"/>
        </w:rPr>
        <w:t>could</w:t>
      </w:r>
      <w:r>
        <w:rPr>
          <w:b w:val="0"/>
          <w:i w:val="0"/>
          <w:smallCaps w:val="0"/>
          <w:strike w:val="0"/>
          <w:sz w:val="12"/>
          <w:u w:val="none"/>
        </w:rPr>
        <w:t xml:space="preserve"> well </w:t>
      </w:r>
      <w:r>
        <w:rPr>
          <w:b/>
          <w:i w:val="0"/>
          <w:smallCaps w:val="0"/>
          <w:strike w:val="0"/>
          <w:sz w:val="22"/>
          <w:u w:val="single"/>
        </w:rPr>
        <w:t>vote simply “none of the above.”</w:t>
      </w:r>
    </w:p>
    <w:p>
      <w:pPr>
        <w:spacing w:after="60"/>
      </w:pPr>
      <w:r>
        <w:rPr>
          <w:b w:val="0"/>
          <w:i w:val="0"/>
          <w:smallCaps w:val="0"/>
          <w:strike w:val="0"/>
          <w:sz w:val="12"/>
          <w:u w:val="none"/>
        </w:rPr>
        <w:t xml:space="preserve">Recent </w:t>
      </w:r>
      <w:r>
        <w:rPr>
          <w:b w:val="0"/>
          <w:i w:val="0"/>
          <w:smallCaps w:val="0"/>
          <w:strike w:val="0"/>
          <w:sz w:val="22"/>
          <w:u w:val="single"/>
        </w:rPr>
        <w:t>polls</w:t>
      </w:r>
      <w:r>
        <w:rPr>
          <w:b w:val="0"/>
          <w:i w:val="0"/>
          <w:smallCaps w:val="0"/>
          <w:strike w:val="0"/>
          <w:sz w:val="12"/>
          <w:u w:val="none"/>
        </w:rPr>
        <w:t xml:space="preserve"> </w:t>
      </w:r>
      <w:r>
        <w:rPr>
          <w:b/>
          <w:i w:val="0"/>
          <w:smallCaps w:val="0"/>
          <w:strike w:val="0"/>
          <w:sz w:val="22"/>
          <w:u w:val="single"/>
        </w:rPr>
        <w:t>should also temper Democratic optimism</w:t>
      </w:r>
      <w:r>
        <w:rPr>
          <w:b w:val="0"/>
          <w:i w:val="0"/>
          <w:smallCaps w:val="0"/>
          <w:strike w:val="0"/>
          <w:sz w:val="12"/>
          <w:u w:val="none"/>
        </w:rPr>
        <w:t xml:space="preserve">. </w:t>
      </w:r>
      <w:r>
        <w:rPr>
          <w:b w:val="0"/>
          <w:i w:val="0"/>
          <w:smallCaps w:val="0"/>
          <w:strike w:val="0"/>
          <w:sz w:val="22"/>
          <w:u w:val="single"/>
        </w:rPr>
        <w:t>In Michigan</w:t>
      </w:r>
      <w:r>
        <w:rPr>
          <w:b w:val="0"/>
          <w:i w:val="0"/>
          <w:smallCaps w:val="0"/>
          <w:strike w:val="0"/>
          <w:sz w:val="12"/>
          <w:u w:val="none"/>
        </w:rPr>
        <w:t xml:space="preserve">, </w:t>
      </w:r>
      <w:r>
        <w:rPr>
          <w:b w:val="0"/>
          <w:i w:val="0"/>
          <w:smallCaps w:val="0"/>
          <w:strike w:val="0"/>
          <w:sz w:val="22"/>
          <w:u w:val="single"/>
        </w:rPr>
        <w:t>a state</w:t>
      </w:r>
      <w:r>
        <w:rPr>
          <w:b w:val="0"/>
          <w:i w:val="0"/>
          <w:smallCaps w:val="0"/>
          <w:strike w:val="0"/>
          <w:sz w:val="12"/>
          <w:u w:val="none"/>
        </w:rPr>
        <w:t xml:space="preserve"> </w:t>
      </w:r>
      <w:r>
        <w:rPr>
          <w:b/>
          <w:i w:val="0"/>
          <w:smallCaps w:val="0"/>
          <w:strike w:val="0"/>
          <w:sz w:val="22"/>
          <w:u w:val="single"/>
        </w:rPr>
        <w:t>the president must carry</w:t>
      </w:r>
      <w:r>
        <w:rPr>
          <w:b w:val="0"/>
          <w:i w:val="0"/>
          <w:smallCaps w:val="0"/>
          <w:strike w:val="0"/>
          <w:sz w:val="12"/>
          <w:u w:val="none"/>
        </w:rPr>
        <w:t xml:space="preserve">, </w:t>
      </w:r>
      <w:r>
        <w:rPr>
          <w:b/>
          <w:i w:val="0"/>
          <w:smallCaps w:val="0"/>
          <w:strike w:val="0"/>
          <w:sz w:val="22"/>
          <w:u w:val="single"/>
        </w:rPr>
        <w:t>Trump comes in a 40%</w:t>
      </w:r>
      <w:r>
        <w:rPr>
          <w:b w:val="0"/>
          <w:i w:val="0"/>
          <w:smallCaps w:val="0"/>
          <w:strike w:val="0"/>
          <w:sz w:val="12"/>
          <w:u w:val="none"/>
        </w:rPr>
        <w:t xml:space="preserve"> in a CNN poll released March 22, while </w:t>
      </w:r>
      <w:r>
        <w:rPr>
          <w:b w:val="0"/>
          <w:i w:val="0"/>
          <w:smallCaps w:val="0"/>
          <w:strike w:val="0"/>
          <w:sz w:val="22"/>
          <w:u w:val="single"/>
        </w:rPr>
        <w:t>Biden</w:t>
      </w:r>
      <w:r>
        <w:rPr>
          <w:b w:val="0"/>
          <w:i w:val="0"/>
          <w:smallCaps w:val="0"/>
          <w:strike w:val="0"/>
          <w:sz w:val="12"/>
          <w:u w:val="none"/>
        </w:rPr>
        <w:t xml:space="preserve"> was </w:t>
      </w:r>
      <w:r>
        <w:rPr>
          <w:b/>
          <w:i w:val="0"/>
          <w:smallCaps w:val="0"/>
          <w:strike w:val="0"/>
          <w:sz w:val="22"/>
          <w:u w:val="single"/>
        </w:rPr>
        <w:t>at 34%.</w:t>
      </w:r>
      <w:r>
        <w:rPr>
          <w:b w:val="0"/>
          <w:i w:val="0"/>
          <w:smallCaps w:val="0"/>
          <w:strike w:val="0"/>
          <w:sz w:val="12"/>
          <w:u w:val="none"/>
        </w:rPr>
        <w:t xml:space="preserve"> Independent candidate Robert F. Kennedy Jr. at 18% and independent Cornel West had 4%. </w:t>
      </w:r>
      <w:r>
        <w:rPr>
          <w:b w:val="0"/>
          <w:i w:val="0"/>
          <w:smallCaps w:val="0"/>
          <w:strike w:val="0"/>
          <w:sz w:val="22"/>
          <w:u w:val="single"/>
        </w:rPr>
        <w:t>Biden is running</w:t>
      </w:r>
      <w:r>
        <w:rPr>
          <w:b w:val="0"/>
          <w:i w:val="0"/>
          <w:smallCaps w:val="0"/>
          <w:strike w:val="0"/>
          <w:sz w:val="12"/>
          <w:u w:val="none"/>
        </w:rPr>
        <w:t xml:space="preserve"> only 16 points above a fringe </w:t>
      </w:r>
      <w:r>
        <w:rPr>
          <w:b w:val="0"/>
          <w:i w:val="0"/>
          <w:smallCaps w:val="0"/>
          <w:strike w:val="0"/>
          <w:sz w:val="22"/>
          <w:u w:val="single"/>
        </w:rPr>
        <w:t>candidate</w:t>
      </w:r>
      <w:r>
        <w:rPr>
          <w:b w:val="0"/>
          <w:i w:val="0"/>
          <w:smallCaps w:val="0"/>
          <w:strike w:val="0"/>
          <w:sz w:val="12"/>
          <w:u w:val="none"/>
        </w:rPr>
        <w:t>.</w:t>
      </w:r>
    </w:p>
    <w:p>
      <w:pPr>
        <w:spacing w:after="60"/>
      </w:pPr>
      <w:r>
        <w:rPr>
          <w:b w:val="0"/>
          <w:i w:val="0"/>
          <w:smallCaps w:val="0"/>
          <w:strike w:val="0"/>
          <w:sz w:val="22"/>
          <w:u w:val="single"/>
        </w:rPr>
        <w:t>Nationally</w:t>
      </w:r>
      <w:r>
        <w:rPr>
          <w:b w:val="0"/>
          <w:i w:val="0"/>
          <w:smallCaps w:val="0"/>
          <w:strike w:val="0"/>
          <w:sz w:val="12"/>
          <w:u w:val="none"/>
        </w:rPr>
        <w:t xml:space="preserve">, </w:t>
      </w:r>
      <w:r>
        <w:rPr>
          <w:b/>
          <w:i w:val="0"/>
          <w:smallCaps w:val="0"/>
          <w:strike w:val="0"/>
          <w:sz w:val="22"/>
          <w:u w:val="single"/>
        </w:rPr>
        <w:t>the latest</w:t>
      </w:r>
      <w:r>
        <w:rPr>
          <w:b w:val="0"/>
          <w:i w:val="0"/>
          <w:smallCaps w:val="0"/>
          <w:strike w:val="0"/>
          <w:sz w:val="12"/>
          <w:u w:val="none"/>
        </w:rPr>
        <w:t xml:space="preserve"> CBS News </w:t>
      </w:r>
      <w:r>
        <w:rPr>
          <w:b/>
          <w:i w:val="0"/>
          <w:smallCaps w:val="0"/>
          <w:strike w:val="0"/>
          <w:sz w:val="22"/>
          <w:u w:val="single"/>
        </w:rPr>
        <w:t>poll</w:t>
      </w:r>
      <w:r>
        <w:rPr>
          <w:b w:val="0"/>
          <w:i w:val="0"/>
          <w:smallCaps w:val="0"/>
          <w:strike w:val="0"/>
          <w:sz w:val="12"/>
          <w:u w:val="none"/>
        </w:rPr>
        <w:t xml:space="preserve"> </w:t>
      </w:r>
      <w:r>
        <w:rPr>
          <w:b w:val="0"/>
          <w:i w:val="0"/>
          <w:smallCaps w:val="0"/>
          <w:strike w:val="0"/>
          <w:sz w:val="22"/>
          <w:u w:val="single"/>
        </w:rPr>
        <w:t>shows</w:t>
      </w:r>
      <w:r>
        <w:rPr>
          <w:b w:val="0"/>
          <w:i w:val="0"/>
          <w:smallCaps w:val="0"/>
          <w:strike w:val="0"/>
          <w:sz w:val="12"/>
          <w:u w:val="none"/>
        </w:rPr>
        <w:t xml:space="preserve"> </w:t>
      </w:r>
      <w:r>
        <w:rPr>
          <w:b/>
          <w:i w:val="0"/>
          <w:smallCaps w:val="0"/>
          <w:strike w:val="0"/>
          <w:sz w:val="22"/>
          <w:u w:val="single"/>
        </w:rPr>
        <w:t>Trump at 52% and at Biden 48%.</w:t>
      </w:r>
      <w:r>
        <w:rPr>
          <w:b w:val="0"/>
          <w:i w:val="0"/>
          <w:smallCaps w:val="0"/>
          <w:strike w:val="0"/>
          <w:sz w:val="12"/>
          <w:u w:val="none"/>
        </w:rPr>
        <w:t xml:space="preserve"> Firmly illustrating the president’s problem was that, </w:t>
      </w:r>
      <w:r>
        <w:rPr>
          <w:b w:val="0"/>
          <w:i w:val="0"/>
          <w:smallCaps w:val="0"/>
          <w:strike w:val="0"/>
          <w:sz w:val="22"/>
          <w:u w:val="single"/>
        </w:rPr>
        <w:t>within Michigan</w:t>
      </w:r>
      <w:r>
        <w:rPr>
          <w:b w:val="0"/>
          <w:i w:val="0"/>
          <w:smallCaps w:val="0"/>
          <w:strike w:val="0"/>
          <w:sz w:val="12"/>
          <w:u w:val="none"/>
        </w:rPr>
        <w:t xml:space="preserve">, </w:t>
      </w:r>
      <w:r>
        <w:rPr>
          <w:b w:val="0"/>
          <w:i w:val="0"/>
          <w:smallCaps w:val="0"/>
          <w:strike w:val="0"/>
          <w:sz w:val="22"/>
          <w:u w:val="single"/>
        </w:rPr>
        <w:t>Biden’s approval rating was</w:t>
      </w:r>
      <w:r>
        <w:rPr>
          <w:b w:val="0"/>
          <w:i w:val="0"/>
          <w:smallCaps w:val="0"/>
          <w:strike w:val="0"/>
          <w:sz w:val="12"/>
          <w:u w:val="none"/>
        </w:rPr>
        <w:t xml:space="preserve"> an astonishing </w:t>
      </w:r>
      <w:r>
        <w:rPr>
          <w:b/>
          <w:i w:val="0"/>
          <w:smallCaps w:val="0"/>
          <w:strike w:val="0"/>
          <w:sz w:val="22"/>
          <w:u w:val="single"/>
        </w:rPr>
        <w:t>low 70%,</w:t>
      </w:r>
      <w:r>
        <w:rPr>
          <w:b w:val="0"/>
          <w:i w:val="0"/>
          <w:smallCaps w:val="0"/>
          <w:strike w:val="0"/>
          <w:sz w:val="12"/>
          <w:u w:val="none"/>
        </w:rPr>
        <w:t xml:space="preserve"> </w:t>
      </w:r>
      <w:r>
        <w:rPr>
          <w:b w:val="0"/>
          <w:i w:val="0"/>
          <w:smallCaps w:val="0"/>
          <w:strike w:val="0"/>
          <w:sz w:val="22"/>
          <w:u w:val="single"/>
        </w:rPr>
        <w:t>while</w:t>
      </w:r>
      <w:r>
        <w:rPr>
          <w:b w:val="0"/>
          <w:i w:val="0"/>
          <w:smallCaps w:val="0"/>
          <w:strike w:val="0"/>
          <w:sz w:val="12"/>
          <w:u w:val="none"/>
        </w:rPr>
        <w:t xml:space="preserve"> </w:t>
      </w:r>
      <w:r>
        <w:rPr>
          <w:b/>
          <w:i w:val="0"/>
          <w:smallCaps w:val="0"/>
          <w:strike w:val="0"/>
          <w:sz w:val="22"/>
          <w:u w:val="single"/>
        </w:rPr>
        <w:t>Trump’s stood at 80%.</w:t>
      </w:r>
    </w:p>
    <w:p>
      <w:pPr>
        <w:spacing w:after="60"/>
      </w:pPr>
      <w:r>
        <w:rPr>
          <w:b w:val="0"/>
          <w:i w:val="0"/>
          <w:smallCaps w:val="0"/>
          <w:strike w:val="0"/>
          <w:sz w:val="12"/>
          <w:u w:val="none"/>
        </w:rPr>
        <w:t>This brings us to the beauty of business, art, and the science of political life. Each individual voter has the right to cast their ballot as they deem appropriate. The narrow view holds that they should vote for who they feel is the best candidate irrespective of whether that individual has a realistic chance of prevailing. The late Sen. George McGovern rose in the polls just before the 1984 caucus results were announced by urging caucus attenders to “vote your conscience.”</w:t>
      </w:r>
    </w:p>
    <w:p>
      <w:pPr>
        <w:spacing w:after="60"/>
      </w:pPr>
      <w:r>
        <w:rPr>
          <w:b w:val="0"/>
          <w:i w:val="0"/>
          <w:smallCaps w:val="0"/>
          <w:strike w:val="0"/>
          <w:sz w:val="12"/>
          <w:u w:val="none"/>
        </w:rPr>
        <w:t>But what good is an individual’s belief if their vote results in the election of the person they most want to defeat?  This year, the day after the election, if you are a Democrat and didn’t vote for Biden, when you are asked “Who did you vote for?” tell the truth and say with pride, “I voted to make Donald Trump president.”</w:t>
      </w:r>
    </w:p>
    <w:p>
      <w:pPr>
        <w:spacing w:after="60"/>
      </w:pPr>
      <w:r>
        <w:rPr>
          <w:b/>
          <w:i w:val="0"/>
          <w:smallCaps w:val="0"/>
          <w:strike w:val="0"/>
          <w:sz w:val="22"/>
          <w:u w:val="single"/>
        </w:rPr>
        <w:t>Trump will win</w:t>
      </w:r>
      <w:r>
        <w:rPr>
          <w:b w:val="0"/>
          <w:i w:val="0"/>
          <w:smallCaps w:val="0"/>
          <w:strike w:val="0"/>
          <w:sz w:val="12"/>
          <w:u w:val="none"/>
        </w:rPr>
        <w:t xml:space="preserve">, not because significant numbers of Republicans left him, which they will, but </w:t>
      </w:r>
      <w:r>
        <w:rPr>
          <w:b w:val="0"/>
          <w:i w:val="0"/>
          <w:smallCaps w:val="0"/>
          <w:strike w:val="0"/>
          <w:sz w:val="22"/>
          <w:u w:val="single"/>
        </w:rPr>
        <w:t>because</w:t>
      </w:r>
      <w:r>
        <w:rPr>
          <w:b w:val="0"/>
          <w:i w:val="0"/>
          <w:smallCaps w:val="0"/>
          <w:strike w:val="0"/>
          <w:sz w:val="12"/>
          <w:u w:val="none"/>
        </w:rPr>
        <w:t xml:space="preserve"> more </w:t>
      </w:r>
      <w:r>
        <w:rPr>
          <w:b/>
          <w:i w:val="0"/>
          <w:smallCaps w:val="0"/>
          <w:strike w:val="0"/>
          <w:sz w:val="22"/>
          <w:u w:val="single"/>
        </w:rPr>
        <w:t>Democrats didn’t back their own party’s nominee.</w:t>
      </w:r>
    </w:p>
    <w:p>
      <w:pPr>
        <w:pStyle w:val="Caption"/>
      </w:pPr>
      <w:r>
        <w:t>Source: Elections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