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North Korea and Russia are planning an October Surprise – that upends the election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Kube</w:t>
      </w:r>
      <w:r>
        <w:rPr>
          <w:b/>
          <w:i w:val="0"/>
          <w:smallCaps w:val="0"/>
          <w:strike w:val="0"/>
          <w:sz w:val="26"/>
          <w:u w:val="none"/>
        </w:rPr>
        <w:t xml:space="preserve"> and Lee, NBC News, 5/24/24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[Courtney, Carol E., “</w:t>
      </w:r>
      <w:r>
        <w:rPr>
          <w:b w:val="0"/>
          <w:i w:val="0"/>
          <w:smallCaps w:val="0"/>
          <w:strike w:val="0"/>
          <w:u w:val="none"/>
        </w:rPr>
        <w:t>Are Russia and North Korea planning an 'October surprise' that aids Trump?</w:t>
      </w:r>
      <w:r>
        <w:rPr>
          <w:b w:val="0"/>
          <w:i w:val="0"/>
          <w:smallCaps w:val="0"/>
          <w:strike w:val="0"/>
          <w:u w:val="none"/>
        </w:rPr>
        <w:t xml:space="preserve">”, </w:t>
      </w:r>
      <w:r>
        <w:rPr>
          <w:b w:val="0"/>
          <w:i w:val="0"/>
          <w:smallCaps w:val="0"/>
          <w:strike w:val="0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WASHINGTON —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Biden administration is increasingly concerned that the intensifying military alliance between Russian President Vladimir Putin and North Korean leader Kim Jong Un could vastly expand Pyongyang’s nuclear capabilities and </w:t>
      </w:r>
      <w:r>
        <w:rPr>
          <w:b/>
          <w:i w:val="0"/>
          <w:smallCaps w:val="0"/>
          <w:strike w:val="0"/>
          <w:sz w:val="22"/>
          <w:u w:val="single"/>
        </w:rPr>
        <w:t>increase tensions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Asia-Pacific region, six senior U.S. officials told NBC News.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U.S. officials are also bracing for </w:t>
      </w:r>
      <w:r>
        <w:rPr>
          <w:b/>
          <w:i w:val="0"/>
          <w:smallCaps w:val="0"/>
          <w:strike w:val="0"/>
          <w:sz w:val="22"/>
          <w:u w:val="single"/>
        </w:rPr>
        <w:t>North Korea to potentially take its most provocative military actions in a decade close to the U.S. presidential election, possibly at Putin’s urging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the officials said.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 timing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they said, could be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designed to create turmoil in yet another part of the world as Americans </w:t>
      </w:r>
      <w:r>
        <w:rPr>
          <w:b w:val="0"/>
          <w:i w:val="0"/>
          <w:smallCaps w:val="0"/>
          <w:strike w:val="0"/>
          <w:sz w:val="22"/>
          <w:u w:val="single"/>
        </w:rPr>
        <w:t>decide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whether to send President Joe Biden or former President Donald Trump back to the White House.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 xml:space="preserve">“We have no doubt that North Korea will be provocative this year. </w:t>
      </w:r>
      <w:r>
        <w:rPr>
          <w:b w:val="0"/>
          <w:i w:val="0"/>
          <w:smallCaps w:val="0"/>
          <w:strike w:val="0"/>
          <w:sz w:val="16"/>
          <w:u w:val="none"/>
        </w:rPr>
        <w:t>It’s just a matter of how escalatory it is,” a U.S. intelligence official said.</w:t>
      </w:r>
    </w:p>
    <w:p>
      <w:pPr>
        <w:pStyle w:val="Caption"/>
      </w:pPr>
      <w:r>
        <w:t>Source: Elections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