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Link turn – voters support stronger IP protections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Bayh Dole Coalition, 1/17/24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[</w:t>
      </w:r>
      <w:r>
        <w:rPr>
          <w:b w:val="0"/>
          <w:i w:val="0"/>
          <w:smallCaps w:val="0"/>
          <w:strike w:val="0"/>
          <w:u w:val="none"/>
        </w:rPr>
        <w:t>The Bayh-Dole Coalition is a diverse group of innovation-oriented organizations and individuals committed to celebrating and protecting the Bayh-Dole Act, as well as informing policymakers and the public of its many benefits</w:t>
      </w:r>
      <w:r>
        <w:rPr>
          <w:b w:val="0"/>
          <w:i w:val="0"/>
          <w:smallCaps w:val="0"/>
          <w:strike w:val="0"/>
          <w:u w:val="none"/>
        </w:rPr>
        <w:t>, “</w:t>
      </w:r>
      <w:r>
        <w:rPr>
          <w:b w:val="0"/>
          <w:i w:val="0"/>
          <w:smallCaps w:val="0"/>
          <w:strike w:val="0"/>
          <w:u w:val="none"/>
        </w:rPr>
        <w:t>Voters Strongly Oppose Weakening Patents, New Poll Shows</w:t>
      </w:r>
      <w:r>
        <w:rPr>
          <w:b w:val="0"/>
          <w:i w:val="0"/>
          <w:smallCaps w:val="0"/>
          <w:strike w:val="0"/>
          <w:u w:val="none"/>
        </w:rPr>
        <w:t xml:space="preserve">”, </w:t>
      </w:r>
      <w:r>
        <w:rPr>
          <w:b w:val="0"/>
          <w:i w:val="0"/>
          <w:smallCaps w:val="0"/>
          <w:strike w:val="0"/>
          <w:u w:val="none"/>
        </w:rPr>
        <w:t>https://bayhdolecoalition.org/voters-strongly-oppose-weakening-patents-new-poll-shows/</w:t>
      </w:r>
      <w:r>
        <w:rPr>
          <w:b w:val="0"/>
          <w:i w:val="0"/>
          <w:smallCaps w:val="0"/>
          <w:strike w:val="0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WASHINGTON, D.C. (January 17, 2024) —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Biden administration may soon endorse a proposal before the World Trade Organization (WTO) that would suspend patent protections on Covid-19 treatments and tests and, in doing so, thwart existing WTO standards. </w:t>
      </w:r>
      <w:r>
        <w:rPr>
          <w:b/>
          <w:i w:val="0"/>
          <w:smallCaps w:val="0"/>
          <w:strike w:val="0"/>
          <w:sz w:val="22"/>
          <w:u w:val="single"/>
        </w:rPr>
        <w:t>This move would be enormously unpopular with American voters,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according to a new poll released today by the Bayh-Dole Coalition.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Seven in ten voters believe that it is important for the Biden administration to preserve WTO standards for protecting IP. And 77% are at least slightly concerned that the pending proposal would stifle medical research and kill American manufacturing jobs.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“This poll clearly demonstrates that voters value intellectual property protections and oppose giving away U.S. intellectual property, especially to competitors like China,”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said Joseph P. Allen, Executive Director of the Bayh-Dole Coalition.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Opposition to this waiver is bipartisan, with supermajorities of both Republicans and Democrats preferring political candidates who prioritize protecting American inventors’ IP rights.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“Voters expect U.S. officials to resist this misguided proposal which would undermine the American economy,” said Allen.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The poll, conducted by Morning Consult, surveyed 2,202 registered voters between December 22 and December 24. Results have a margin of error of plus or minus two percentage points.</w:t>
      </w:r>
    </w:p>
    <w:p>
      <w:pPr>
        <w:pStyle w:val="Caption"/>
      </w:pPr>
      <w:r>
        <w:t>Source: Elections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