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Trump won’t blow up the world.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Ganesh 23</w:t>
      </w:r>
      <w:r>
        <w:rPr>
          <w:b w:val="0"/>
          <w:i w:val="0"/>
          <w:smallCaps w:val="0"/>
          <w:strike w:val="0"/>
          <w:u w:val="none"/>
        </w:rPr>
        <w:t xml:space="preserve"> – Biweekly columnist and associate editor for the FT. He writes on international politics for the FT and culture for FT Weekend. Previously political correspondent for The Economist for five years.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Janan</w:t>
      </w:r>
      <w:r>
        <w:rPr>
          <w:b w:val="0"/>
          <w:i w:val="0"/>
          <w:smallCaps w:val="0"/>
          <w:strike w:val="0"/>
          <w:u w:val="none"/>
        </w:rPr>
        <w:t xml:space="preserve"> Ganesh, February 7 2023, “A Republican-led US would not shrink from the world,” Financial Times, https://www.ft.com/content/adc59ddd-2793-476b-b5dc-3ae8eac21d90</w:t>
      </w:r>
    </w:p>
    <w:p>
      <w:pPr>
        <w:spacing w:after="60"/>
      </w:pPr>
      <w:r>
        <w:rPr>
          <w:b w:val="0"/>
          <w:i w:val="0"/>
          <w:smallCaps w:val="0"/>
          <w:strike w:val="0"/>
          <w:sz w:val="12"/>
          <w:u w:val="none"/>
        </w:rPr>
        <w:t xml:space="preserve">With Lord Halifax rather than Winston Churchill in charge, does Britain fight on in 1940? Had Richard Nixon not “opened” it, would China be a superpower? What if Pilate had spared Jesus? And so on. </w:t>
      </w:r>
      <w:r>
        <w:rPr>
          <w:b w:val="0"/>
          <w:i w:val="0"/>
          <w:smallCaps w:val="0"/>
          <w:strike w:val="0"/>
          <w:sz w:val="22"/>
          <w:u w:val="single"/>
        </w:rPr>
        <w:t>There is a repertoire of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historical </w:t>
      </w:r>
      <w:r>
        <w:rPr>
          <w:b w:val="0"/>
          <w:i w:val="0"/>
          <w:smallCaps w:val="0"/>
          <w:strike w:val="0"/>
          <w:sz w:val="22"/>
          <w:u w:val="single"/>
        </w:rPr>
        <w:t>counterfactuals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it was getting stale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until a year ago. </w:t>
      </w:r>
      <w:r>
        <w:rPr>
          <w:b w:val="0"/>
          <w:i w:val="0"/>
          <w:smallCaps w:val="0"/>
          <w:strike w:val="0"/>
          <w:sz w:val="22"/>
          <w:u w:val="single"/>
        </w:rPr>
        <w:t>Then a new question was added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to the </w:t>
      </w:r>
      <w:r>
        <w:rPr>
          <w:b w:val="0"/>
          <w:i w:val="0"/>
          <w:smallCaps w:val="0"/>
          <w:strike w:val="0"/>
          <w:sz w:val="12"/>
          <w:u w:val="none"/>
        </w:rPr>
        <w:t>parlour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game. </w:t>
      </w:r>
      <w:r>
        <w:rPr>
          <w:b w:val="0"/>
          <w:i w:val="0"/>
          <w:smallCaps w:val="0"/>
          <w:strike w:val="0"/>
          <w:sz w:val="22"/>
          <w:u w:val="single"/>
        </w:rPr>
        <w:t>What if Russia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had </w:t>
      </w:r>
      <w:r>
        <w:rPr>
          <w:b w:val="0"/>
          <w:i w:val="0"/>
          <w:smallCaps w:val="0"/>
          <w:strike w:val="0"/>
          <w:sz w:val="22"/>
          <w:u w:val="single"/>
        </w:rPr>
        <w:t>attacked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Ukraine </w:t>
      </w:r>
      <w:r>
        <w:rPr>
          <w:b w:val="0"/>
          <w:i w:val="0"/>
          <w:smallCaps w:val="0"/>
          <w:strike w:val="0"/>
          <w:sz w:val="22"/>
          <w:u w:val="single"/>
        </w:rPr>
        <w:t>while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Donald </w:t>
      </w:r>
      <w:r>
        <w:rPr>
          <w:b w:val="0"/>
          <w:i w:val="0"/>
          <w:smallCaps w:val="0"/>
          <w:strike w:val="0"/>
          <w:sz w:val="22"/>
          <w:u w:val="single"/>
        </w:rPr>
        <w:t>Trump was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US </w:t>
      </w:r>
      <w:r>
        <w:rPr>
          <w:b w:val="0"/>
          <w:i w:val="0"/>
          <w:smallCaps w:val="0"/>
          <w:strike w:val="0"/>
          <w:sz w:val="22"/>
          <w:u w:val="single"/>
        </w:rPr>
        <w:t>president</w:t>
      </w:r>
      <w:r>
        <w:rPr>
          <w:b w:val="0"/>
          <w:i w:val="0"/>
          <w:smallCaps w:val="0"/>
          <w:strike w:val="0"/>
          <w:sz w:val="12"/>
          <w:u w:val="none"/>
        </w:rPr>
        <w:t xml:space="preserve">? </w:t>
      </w:r>
      <w:r>
        <w:rPr>
          <w:b w:val="0"/>
          <w:i w:val="0"/>
          <w:smallCaps w:val="0"/>
          <w:strike w:val="0"/>
          <w:sz w:val="22"/>
          <w:u w:val="single"/>
        </w:rPr>
        <w:t>Imagine</w:t>
      </w:r>
      <w:r>
        <w:rPr>
          <w:b w:val="0"/>
          <w:i w:val="0"/>
          <w:smallCaps w:val="0"/>
          <w:strike w:val="0"/>
          <w:sz w:val="12"/>
          <w:u w:val="none"/>
        </w:rPr>
        <w:t xml:space="preserve">: </w:t>
      </w:r>
      <w:r>
        <w:rPr>
          <w:b w:val="0"/>
          <w:i w:val="0"/>
          <w:smallCaps w:val="0"/>
          <w:strike w:val="0"/>
          <w:sz w:val="22"/>
          <w:u w:val="single"/>
        </w:rPr>
        <w:t>the America Firster looks away</w:t>
      </w:r>
      <w:r>
        <w:rPr>
          <w:b w:val="0"/>
          <w:i w:val="0"/>
          <w:smallCaps w:val="0"/>
          <w:strike w:val="0"/>
          <w:sz w:val="12"/>
          <w:u w:val="none"/>
        </w:rPr>
        <w:t xml:space="preserve">, a weapons-starved Kyiv falls, autocrats the world over strike other targets as the west stands exposed as a paper tiger. </w:t>
      </w:r>
      <w:r>
        <w:rPr>
          <w:b w:val="0"/>
          <w:i w:val="0"/>
          <w:smallCaps w:val="0"/>
          <w:strike w:val="0"/>
          <w:sz w:val="22"/>
          <w:u w:val="single"/>
        </w:rPr>
        <w:t>This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low view of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US </w:t>
      </w:r>
      <w:r>
        <w:rPr>
          <w:b w:val="0"/>
          <w:i w:val="0"/>
          <w:smallCaps w:val="0"/>
          <w:strike w:val="0"/>
          <w:sz w:val="22"/>
          <w:u w:val="single"/>
        </w:rPr>
        <w:t>Republicans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is a good thing</w:t>
      </w:r>
      <w:r>
        <w:rPr>
          <w:b w:val="0"/>
          <w:i w:val="0"/>
          <w:smallCaps w:val="0"/>
          <w:strike w:val="0"/>
          <w:sz w:val="12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It spurs countries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to make provisions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for their own security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in case Trump</w:t>
      </w:r>
      <w:r>
        <w:rPr>
          <w:b w:val="0"/>
          <w:i w:val="0"/>
          <w:smallCaps w:val="0"/>
          <w:strike w:val="0"/>
          <w:sz w:val="12"/>
          <w:u w:val="none"/>
        </w:rPr>
        <w:t xml:space="preserve">, or someone in his image, </w:t>
      </w:r>
      <w:r>
        <w:rPr>
          <w:b w:val="0"/>
          <w:i w:val="0"/>
          <w:smallCaps w:val="0"/>
          <w:strike w:val="0"/>
          <w:sz w:val="22"/>
          <w:u w:val="single"/>
        </w:rPr>
        <w:t>runs America again</w:t>
      </w:r>
      <w:r>
        <w:rPr>
          <w:b w:val="0"/>
          <w:i w:val="0"/>
          <w:smallCaps w:val="0"/>
          <w:strike w:val="0"/>
          <w:sz w:val="12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Germany and Japan are cases in point</w:t>
      </w:r>
      <w:r>
        <w:rPr>
          <w:b w:val="0"/>
          <w:i w:val="0"/>
          <w:smallCaps w:val="0"/>
          <w:strike w:val="0"/>
          <w:sz w:val="12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The arsenal of democracy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is set to grow</w:t>
      </w:r>
      <w:r>
        <w:rPr>
          <w:b w:val="0"/>
          <w:i w:val="0"/>
          <w:smallCaps w:val="0"/>
          <w:strike w:val="0"/>
          <w:sz w:val="12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It is just that</w:t>
      </w:r>
      <w:r>
        <w:rPr>
          <w:b w:val="0"/>
          <w:i w:val="0"/>
          <w:smallCaps w:val="0"/>
          <w:strike w:val="0"/>
          <w:sz w:val="12"/>
          <w:u w:val="none"/>
        </w:rPr>
        <w:t xml:space="preserve">, well, </w:t>
      </w:r>
      <w:r>
        <w:rPr>
          <w:b w:val="0"/>
          <w:i w:val="0"/>
          <w:smallCaps w:val="0"/>
          <w:strike w:val="0"/>
          <w:sz w:val="22"/>
          <w:u w:val="single"/>
        </w:rPr>
        <w:t>a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useful misapprehension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is still a misapprehension</w:t>
      </w:r>
      <w:r>
        <w:rPr>
          <w:b w:val="0"/>
          <w:i w:val="0"/>
          <w:smallCaps w:val="0"/>
          <w:strike w:val="0"/>
          <w:sz w:val="12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In foreign affairs</w:t>
      </w:r>
      <w:r>
        <w:rPr>
          <w:b w:val="0"/>
          <w:i w:val="0"/>
          <w:smallCaps w:val="0"/>
          <w:strike w:val="0"/>
          <w:sz w:val="12"/>
          <w:u w:val="none"/>
        </w:rPr>
        <w:t xml:space="preserve">, the </w:t>
      </w:r>
      <w:r>
        <w:rPr>
          <w:b w:val="0"/>
          <w:i w:val="0"/>
          <w:smallCaps w:val="0"/>
          <w:strike w:val="0"/>
          <w:sz w:val="22"/>
          <w:u w:val="single"/>
        </w:rPr>
        <w:t>Republicans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are ever more chauvinist</w:t>
      </w:r>
      <w:r>
        <w:rPr>
          <w:b w:val="0"/>
          <w:i w:val="0"/>
          <w:smallCaps w:val="0"/>
          <w:strike w:val="0"/>
          <w:sz w:val="12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That is not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the same thing as </w:t>
      </w:r>
      <w:r>
        <w:rPr>
          <w:b w:val="0"/>
          <w:i w:val="0"/>
          <w:smallCaps w:val="0"/>
          <w:strike w:val="0"/>
          <w:sz w:val="22"/>
          <w:u w:val="single"/>
        </w:rPr>
        <w:t>isolationist</w:t>
      </w:r>
      <w:r>
        <w:rPr>
          <w:b w:val="0"/>
          <w:i w:val="0"/>
          <w:smallCaps w:val="0"/>
          <w:strike w:val="0"/>
          <w:sz w:val="12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It is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very often </w:t>
      </w:r>
      <w:r>
        <w:rPr>
          <w:b/>
          <w:i w:val="0"/>
          <w:smallCaps w:val="0"/>
          <w:strike w:val="0"/>
          <w:sz w:val="22"/>
          <w:u w:val="single"/>
        </w:rPr>
        <w:t>the opposite</w:t>
      </w:r>
      <w:r>
        <w:rPr>
          <w:b w:val="0"/>
          <w:i w:val="0"/>
          <w:smallCaps w:val="0"/>
          <w:strike w:val="0"/>
          <w:sz w:val="12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During his one term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in office, </w:t>
      </w:r>
      <w:r>
        <w:rPr>
          <w:b w:val="0"/>
          <w:i w:val="0"/>
          <w:smallCaps w:val="0"/>
          <w:strike w:val="0"/>
          <w:sz w:val="22"/>
          <w:u w:val="single"/>
        </w:rPr>
        <w:t>Trump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fired missiles at Syria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as punishment for using chemical weapons</w:t>
      </w:r>
      <w:r>
        <w:rPr>
          <w:b w:val="0"/>
          <w:i w:val="0"/>
          <w:smallCaps w:val="0"/>
          <w:strike w:val="0"/>
          <w:sz w:val="12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assassinated an Iranian general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on the soil of a third country </w:t>
      </w:r>
      <w:r>
        <w:rPr>
          <w:b w:val="0"/>
          <w:i w:val="0"/>
          <w:smallCaps w:val="0"/>
          <w:strike w:val="0"/>
          <w:sz w:val="22"/>
          <w:u w:val="single"/>
        </w:rPr>
        <w:t>and began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(or </w:t>
      </w:r>
      <w:r>
        <w:rPr>
          <w:b w:val="0"/>
          <w:i w:val="0"/>
          <w:smallCaps w:val="0"/>
          <w:strike w:val="0"/>
          <w:sz w:val="12"/>
          <w:u w:val="none"/>
        </w:rPr>
        <w:t>recognised</w:t>
      </w:r>
      <w:r>
        <w:rPr>
          <w:b w:val="0"/>
          <w:i w:val="0"/>
          <w:smallCaps w:val="0"/>
          <w:strike w:val="0"/>
          <w:sz w:val="12"/>
          <w:u w:val="none"/>
        </w:rPr>
        <w:t xml:space="preserve">) a </w:t>
      </w:r>
      <w:r>
        <w:rPr>
          <w:b w:val="0"/>
          <w:i w:val="0"/>
          <w:smallCaps w:val="0"/>
          <w:strike w:val="0"/>
          <w:sz w:val="22"/>
          <w:u w:val="single"/>
        </w:rPr>
        <w:t>struggle with China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for mastery of the century. </w:t>
      </w:r>
      <w:r>
        <w:rPr>
          <w:b w:val="0"/>
          <w:i w:val="0"/>
          <w:smallCaps w:val="0"/>
          <w:strike w:val="0"/>
          <w:sz w:val="22"/>
          <w:u w:val="single"/>
        </w:rPr>
        <w:t>He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also </w:t>
      </w:r>
      <w:r>
        <w:rPr>
          <w:b/>
          <w:i w:val="0"/>
          <w:smallCaps w:val="0"/>
          <w:strike w:val="0"/>
          <w:sz w:val="22"/>
          <w:u w:val="single"/>
        </w:rPr>
        <w:t xml:space="preserve">increased </w:t>
      </w:r>
      <w:r>
        <w:rPr>
          <w:b/>
          <w:i w:val="0"/>
          <w:smallCaps w:val="0"/>
          <w:strike w:val="0"/>
          <w:sz w:val="22"/>
          <w:u w:val="single"/>
        </w:rPr>
        <w:t>defence</w:t>
      </w:r>
      <w:r>
        <w:rPr>
          <w:b/>
          <w:i w:val="0"/>
          <w:smallCaps w:val="0"/>
          <w:strike w:val="0"/>
          <w:sz w:val="22"/>
          <w:u w:val="single"/>
        </w:rPr>
        <w:t xml:space="preserve"> spending</w:t>
      </w:r>
      <w:r>
        <w:rPr>
          <w:b w:val="0"/>
          <w:i w:val="0"/>
          <w:smallCaps w:val="0"/>
          <w:strike w:val="0"/>
          <w:sz w:val="12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He doesn’t believe in the west</w:t>
      </w:r>
      <w:r>
        <w:rPr>
          <w:b w:val="0"/>
          <w:i w:val="0"/>
          <w:smallCaps w:val="0"/>
          <w:strike w:val="0"/>
          <w:sz w:val="12"/>
          <w:u w:val="none"/>
        </w:rPr>
        <w:t xml:space="preserve">, no. </w:t>
      </w:r>
      <w:r>
        <w:rPr>
          <w:b w:val="0"/>
          <w:i w:val="0"/>
          <w:smallCaps w:val="0"/>
          <w:strike w:val="0"/>
          <w:sz w:val="22"/>
          <w:u w:val="single"/>
        </w:rPr>
        <w:t>But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because </w:t>
      </w:r>
      <w:r>
        <w:rPr>
          <w:b w:val="0"/>
          <w:i w:val="0"/>
          <w:smallCaps w:val="0"/>
          <w:strike w:val="0"/>
          <w:sz w:val="22"/>
          <w:u w:val="single"/>
        </w:rPr>
        <w:t>its enemies tend also to be America’s,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and </w:t>
      </w:r>
      <w:r>
        <w:rPr>
          <w:b w:val="0"/>
          <w:i w:val="0"/>
          <w:smallCaps w:val="0"/>
          <w:strike w:val="0"/>
          <w:sz w:val="22"/>
          <w:u w:val="single"/>
        </w:rPr>
        <w:t>nothing is dearer to him than American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amour propre</w:t>
      </w:r>
      <w:r>
        <w:rPr>
          <w:b w:val="0"/>
          <w:i w:val="0"/>
          <w:smallCaps w:val="0"/>
          <w:strike w:val="0"/>
          <w:sz w:val="12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he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often </w:t>
      </w:r>
      <w:r>
        <w:rPr>
          <w:b w:val="0"/>
          <w:i w:val="0"/>
          <w:smallCaps w:val="0"/>
          <w:strike w:val="0"/>
          <w:sz w:val="22"/>
          <w:u w:val="single"/>
        </w:rPr>
        <w:t>ends up acting as a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Harry </w:t>
      </w:r>
      <w:r>
        <w:rPr>
          <w:b w:val="0"/>
          <w:i w:val="0"/>
          <w:smallCaps w:val="0"/>
          <w:strike w:val="0"/>
          <w:sz w:val="22"/>
          <w:u w:val="single"/>
        </w:rPr>
        <w:t>Truman-</w:t>
      </w:r>
      <w:r>
        <w:rPr>
          <w:b w:val="0"/>
          <w:i w:val="0"/>
          <w:smallCaps w:val="0"/>
          <w:strike w:val="0"/>
          <w:sz w:val="22"/>
          <w:u w:val="single"/>
        </w:rPr>
        <w:t>ish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“hard” liberal might</w:t>
      </w:r>
      <w:r>
        <w:rPr>
          <w:b w:val="0"/>
          <w:i w:val="0"/>
          <w:smallCaps w:val="0"/>
          <w:strike w:val="0"/>
          <w:sz w:val="12"/>
          <w:u w:val="none"/>
        </w:rPr>
        <w:t xml:space="preserve">. In other words, </w:t>
      </w:r>
      <w:r>
        <w:rPr>
          <w:b/>
          <w:i w:val="0"/>
          <w:smallCaps w:val="0"/>
          <w:strike w:val="0"/>
          <w:sz w:val="24"/>
          <w:u w:val="single"/>
        </w:rPr>
        <w:t>jingoism has its uses</w:t>
      </w:r>
      <w:r>
        <w:rPr>
          <w:b w:val="0"/>
          <w:i w:val="0"/>
          <w:smallCaps w:val="0"/>
          <w:strike w:val="0"/>
          <w:sz w:val="12"/>
          <w:u w:val="none"/>
        </w:rPr>
        <w:t xml:space="preserve">. Yes, it clashes with the give-and-take of international life: Republicans increasingly dislike trade and multilateral bodies. But it is an asset when things turn raw. </w:t>
      </w:r>
      <w:r>
        <w:rPr>
          <w:b w:val="0"/>
          <w:i w:val="0"/>
          <w:smallCaps w:val="0"/>
          <w:strike w:val="0"/>
          <w:sz w:val="22"/>
          <w:u w:val="single"/>
        </w:rPr>
        <w:t>A conventional US president would support an allied nation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under attack </w:t>
      </w:r>
      <w:r>
        <w:rPr>
          <w:b/>
          <w:i w:val="0"/>
          <w:smallCaps w:val="0"/>
          <w:strike w:val="0"/>
          <w:sz w:val="22"/>
          <w:u w:val="single"/>
        </w:rPr>
        <w:t>because it is the right thing to do.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 populist one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might support it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because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anything else looks weak</w:t>
      </w:r>
      <w:r>
        <w:rPr>
          <w:b w:val="0"/>
          <w:i w:val="0"/>
          <w:smallCaps w:val="0"/>
          <w:strike w:val="0"/>
          <w:sz w:val="12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It is less about principle than face,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but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leads to the same forward posture</w:t>
      </w:r>
      <w:r>
        <w:rPr>
          <w:b w:val="0"/>
          <w:i w:val="0"/>
          <w:smallCaps w:val="0"/>
          <w:strike w:val="0"/>
          <w:sz w:val="12"/>
          <w:u w:val="none"/>
        </w:rPr>
        <w:t xml:space="preserve">. Populism is as complex and self-contradicting as the next political creed. To an almost Freudian extent, it admires strongmen. Had Russia taken Kyiv at speed, a certain kind of rudderless young man in the west would still be “stanning” Vladimir Putin online as a grandmaster. At the same time, </w:t>
      </w:r>
      <w:r>
        <w:rPr>
          <w:b w:val="0"/>
          <w:i w:val="0"/>
          <w:smallCaps w:val="0"/>
          <w:strike w:val="0"/>
          <w:sz w:val="22"/>
          <w:u w:val="single"/>
        </w:rPr>
        <w:t>no one is likelier or better-equipped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to butt heads with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rough </w:t>
      </w:r>
      <w:r>
        <w:rPr>
          <w:b w:val="0"/>
          <w:i w:val="0"/>
          <w:smallCaps w:val="0"/>
          <w:strike w:val="0"/>
          <w:sz w:val="22"/>
          <w:u w:val="single"/>
        </w:rPr>
        <w:t>nationalists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than other rough nationalists</w:t>
      </w:r>
      <w:r>
        <w:rPr>
          <w:b w:val="0"/>
          <w:i w:val="0"/>
          <w:smallCaps w:val="0"/>
          <w:strike w:val="0"/>
          <w:sz w:val="12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Trump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would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both </w:t>
      </w:r>
      <w:r>
        <w:rPr>
          <w:b w:val="0"/>
          <w:i w:val="0"/>
          <w:smallCaps w:val="0"/>
          <w:strike w:val="0"/>
          <w:sz w:val="22"/>
          <w:u w:val="single"/>
        </w:rPr>
        <w:t>flatter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North Korea’s Kim Jong </w:t>
      </w:r>
      <w:r>
        <w:rPr>
          <w:b w:val="0"/>
          <w:i w:val="0"/>
          <w:smallCaps w:val="0"/>
          <w:strike w:val="0"/>
          <w:sz w:val="22"/>
          <w:u w:val="single"/>
        </w:rPr>
        <w:t>Un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and threaten to “totally destroy” him</w:t>
      </w:r>
      <w:r>
        <w:rPr>
          <w:b w:val="0"/>
          <w:i w:val="0"/>
          <w:smallCaps w:val="0"/>
          <w:strike w:val="0"/>
          <w:sz w:val="12"/>
          <w:u w:val="none"/>
        </w:rPr>
        <w:t xml:space="preserve">, remember. </w:t>
      </w:r>
      <w:r>
        <w:rPr>
          <w:b w:val="0"/>
          <w:i w:val="0"/>
          <w:smallCaps w:val="0"/>
          <w:strike w:val="0"/>
          <w:sz w:val="22"/>
          <w:u w:val="single"/>
        </w:rPr>
        <w:t>He had fewer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moral </w:t>
      </w:r>
      <w:r>
        <w:rPr>
          <w:b w:val="0"/>
          <w:i w:val="0"/>
          <w:smallCaps w:val="0"/>
          <w:strike w:val="0"/>
          <w:sz w:val="22"/>
          <w:u w:val="single"/>
        </w:rPr>
        <w:t>qualms with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Bashar al-</w:t>
      </w:r>
      <w:r>
        <w:rPr>
          <w:b w:val="0"/>
          <w:i w:val="0"/>
          <w:smallCaps w:val="0"/>
          <w:strike w:val="0"/>
          <w:sz w:val="22"/>
          <w:u w:val="single"/>
        </w:rPr>
        <w:t>Assad than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Barack </w:t>
      </w:r>
      <w:r>
        <w:rPr>
          <w:b w:val="0"/>
          <w:i w:val="0"/>
          <w:smallCaps w:val="0"/>
          <w:strike w:val="0"/>
          <w:sz w:val="22"/>
          <w:u w:val="single"/>
        </w:rPr>
        <w:t>Obama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did, </w:t>
      </w:r>
      <w:r>
        <w:rPr>
          <w:b w:val="0"/>
          <w:i w:val="0"/>
          <w:smallCaps w:val="0"/>
          <w:strike w:val="0"/>
          <w:sz w:val="22"/>
          <w:u w:val="single"/>
        </w:rPr>
        <w:t>but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only one of those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US leaders </w:t>
      </w:r>
      <w:r>
        <w:rPr>
          <w:b w:val="0"/>
          <w:i w:val="0"/>
          <w:smallCaps w:val="0"/>
          <w:strike w:val="0"/>
          <w:sz w:val="22"/>
          <w:u w:val="single"/>
        </w:rPr>
        <w:t>enforced the red line on chemical weapons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against the Syrian despot. The other merely drew it. </w:t>
      </w:r>
      <w:r>
        <w:rPr>
          <w:b w:val="0"/>
          <w:i w:val="0"/>
          <w:smallCaps w:val="0"/>
          <w:strike w:val="0"/>
          <w:sz w:val="22"/>
          <w:u w:val="single"/>
        </w:rPr>
        <w:t>In the populist id</w:t>
      </w:r>
      <w:r>
        <w:rPr>
          <w:b w:val="0"/>
          <w:i w:val="0"/>
          <w:smallCaps w:val="0"/>
          <w:strike w:val="0"/>
          <w:sz w:val="12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strongman-worship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vies with a hatred of being seen to give any quarter to anyone</w:t>
      </w:r>
      <w:r>
        <w:rPr>
          <w:b w:val="0"/>
          <w:i w:val="0"/>
          <w:smallCaps w:val="0"/>
          <w:strike w:val="0"/>
          <w:sz w:val="12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ever</w:t>
      </w:r>
      <w:r>
        <w:rPr>
          <w:b w:val="0"/>
          <w:i w:val="0"/>
          <w:smallCaps w:val="0"/>
          <w:strike w:val="0"/>
          <w:sz w:val="12"/>
          <w:u w:val="none"/>
        </w:rPr>
        <w:t xml:space="preserve">. Even in theory, then, </w:t>
      </w:r>
      <w:r>
        <w:rPr>
          <w:b w:val="0"/>
          <w:i w:val="0"/>
          <w:smallCaps w:val="0"/>
          <w:strike w:val="0"/>
          <w:sz w:val="22"/>
          <w:u w:val="single"/>
        </w:rPr>
        <w:t>there isn’t an easy equation between populism and appeasement</w:t>
      </w:r>
      <w:r>
        <w:rPr>
          <w:b w:val="0"/>
          <w:i w:val="0"/>
          <w:smallCaps w:val="0"/>
          <w:strike w:val="0"/>
          <w:sz w:val="12"/>
          <w:u w:val="none"/>
        </w:rPr>
        <w:t xml:space="preserve">. True, </w:t>
      </w:r>
      <w:r>
        <w:rPr>
          <w:b w:val="0"/>
          <w:i w:val="0"/>
          <w:smallCaps w:val="0"/>
          <w:strike w:val="0"/>
          <w:sz w:val="22"/>
          <w:u w:val="single"/>
        </w:rPr>
        <w:t>polls suggest a decline of suppor</w:t>
      </w:r>
      <w:r>
        <w:rPr>
          <w:b w:val="0"/>
          <w:i w:val="0"/>
          <w:smallCaps w:val="0"/>
          <w:strike w:val="0"/>
          <w:sz w:val="12"/>
          <w:u w:val="none"/>
        </w:rPr>
        <w:t xml:space="preserve">t among conservative Americans </w:t>
      </w:r>
      <w:r>
        <w:rPr>
          <w:b w:val="0"/>
          <w:i w:val="0"/>
          <w:smallCaps w:val="0"/>
          <w:strike w:val="0"/>
          <w:sz w:val="22"/>
          <w:u w:val="single"/>
        </w:rPr>
        <w:t>for Ukraine</w:t>
      </w:r>
      <w:r>
        <w:rPr>
          <w:b w:val="0"/>
          <w:i w:val="0"/>
          <w:smallCaps w:val="0"/>
          <w:strike w:val="0"/>
          <w:sz w:val="12"/>
          <w:u w:val="none"/>
        </w:rPr>
        <w:t xml:space="preserve">. Republicans in Congress have become ever more difficult about aid. Nations from Europe to east Asia are right to worry about a slackening of American commitment to allies in future. But </w:t>
      </w:r>
      <w:r>
        <w:rPr>
          <w:b/>
          <w:i w:val="0"/>
          <w:smallCaps w:val="0"/>
          <w:strike w:val="0"/>
          <w:sz w:val="22"/>
          <w:u w:val="single"/>
        </w:rPr>
        <w:t>that could happen under anyone</w:t>
      </w:r>
      <w:r>
        <w:rPr>
          <w:b w:val="0"/>
          <w:i w:val="0"/>
          <w:smallCaps w:val="0"/>
          <w:strike w:val="0"/>
          <w:sz w:val="12"/>
          <w:u w:val="none"/>
        </w:rPr>
        <w:t>. T</w:t>
      </w:r>
      <w:r>
        <w:rPr>
          <w:b w:val="0"/>
          <w:i w:val="0"/>
          <w:smallCaps w:val="0"/>
          <w:strike w:val="0"/>
          <w:sz w:val="22"/>
          <w:u w:val="single"/>
        </w:rPr>
        <w:t>he US was “leading from behind” before Trump. There is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a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butter-over-guns caucus on the left. </w:t>
      </w:r>
      <w:r>
        <w:rPr>
          <w:b w:val="0"/>
          <w:i w:val="0"/>
          <w:smallCaps w:val="0"/>
          <w:strike w:val="0"/>
          <w:sz w:val="12"/>
          <w:u w:val="none"/>
        </w:rPr>
        <w:t>A Democrat (</w:t>
      </w:r>
      <w:r>
        <w:rPr>
          <w:b w:val="0"/>
          <w:i w:val="0"/>
          <w:smallCaps w:val="0"/>
          <w:strike w:val="0"/>
          <w:sz w:val="22"/>
          <w:u w:val="single"/>
        </w:rPr>
        <w:t>Obama</w:t>
      </w:r>
      <w:r>
        <w:rPr>
          <w:b w:val="0"/>
          <w:i w:val="0"/>
          <w:smallCaps w:val="0"/>
          <w:strike w:val="0"/>
          <w:sz w:val="12"/>
          <w:u w:val="none"/>
        </w:rPr>
        <w:t xml:space="preserve">)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an establishment Republican (George W </w:t>
      </w:r>
      <w:r>
        <w:rPr>
          <w:b w:val="0"/>
          <w:i w:val="0"/>
          <w:smallCaps w:val="0"/>
          <w:strike w:val="0"/>
          <w:sz w:val="22"/>
          <w:u w:val="single"/>
        </w:rPr>
        <w:t>Bush</w:t>
      </w:r>
      <w:r>
        <w:rPr>
          <w:b w:val="0"/>
          <w:i w:val="0"/>
          <w:smallCaps w:val="0"/>
          <w:strike w:val="0"/>
          <w:sz w:val="12"/>
          <w:u w:val="none"/>
        </w:rPr>
        <w:t xml:space="preserve">) </w:t>
      </w:r>
      <w:r>
        <w:rPr>
          <w:b w:val="0"/>
          <w:i w:val="0"/>
          <w:smallCaps w:val="0"/>
          <w:strike w:val="0"/>
          <w:sz w:val="22"/>
          <w:u w:val="single"/>
        </w:rPr>
        <w:t>let a Russian attack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on a </w:t>
      </w:r>
      <w:r>
        <w:rPr>
          <w:b w:val="0"/>
          <w:i w:val="0"/>
          <w:smallCaps w:val="0"/>
          <w:strike w:val="0"/>
          <w:sz w:val="12"/>
          <w:u w:val="none"/>
        </w:rPr>
        <w:t>neighbour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happen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on their watch without adequate response. One of the most direct calls for a “settlement” with Russia over the past year came from the congressional left. I used to think that US-watchers invoked no </w:t>
      </w:r>
      <w:r>
        <w:rPr>
          <w:b w:val="0"/>
          <w:i w:val="0"/>
          <w:smallCaps w:val="0"/>
          <w:strike w:val="0"/>
          <w:sz w:val="12"/>
          <w:u w:val="none"/>
        </w:rPr>
        <w:t>spectre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more often, more baselessly, than “isolationism”. It dignifies a movement with little purchase on public life since Pearl Harbor. </w:t>
      </w:r>
      <w:r>
        <w:rPr>
          <w:b/>
          <w:i w:val="0"/>
          <w:smallCaps w:val="0"/>
          <w:strike w:val="0"/>
          <w:sz w:val="22"/>
          <w:u w:val="single"/>
        </w:rPr>
        <w:t xml:space="preserve">There will always be a Pat Buchanan </w:t>
      </w:r>
      <w:r>
        <w:rPr>
          <w:b w:val="0"/>
          <w:i w:val="0"/>
          <w:smallCaps w:val="0"/>
          <w:strike w:val="0"/>
          <w:sz w:val="12"/>
          <w:u w:val="none"/>
        </w:rPr>
        <w:t xml:space="preserve">or Gore Vidal (note the right-to-left spread) </w:t>
      </w:r>
      <w:r>
        <w:rPr>
          <w:b w:val="0"/>
          <w:i w:val="0"/>
          <w:smallCaps w:val="0"/>
          <w:strike w:val="0"/>
          <w:sz w:val="22"/>
          <w:u w:val="single"/>
        </w:rPr>
        <w:t>but nothing is achieved by talking them up as though America might revert to Neutrality Acts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and naval retrenchment. </w:t>
      </w:r>
      <w:r>
        <w:rPr>
          <w:b w:val="0"/>
          <w:i w:val="0"/>
          <w:smallCaps w:val="0"/>
          <w:strike w:val="0"/>
          <w:sz w:val="22"/>
          <w:u w:val="single"/>
        </w:rPr>
        <w:t>The stunning thing about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US </w:t>
      </w:r>
      <w:r>
        <w:rPr>
          <w:b w:val="0"/>
          <w:i w:val="0"/>
          <w:smallCaps w:val="0"/>
          <w:strike w:val="0"/>
          <w:sz w:val="22"/>
          <w:u w:val="single"/>
        </w:rPr>
        <w:t>politics is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how few votes for isolation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there are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in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perhaps </w:t>
      </w:r>
      <w:r>
        <w:rPr>
          <w:b/>
          <w:i w:val="0"/>
          <w:smallCaps w:val="0"/>
          <w:strike w:val="0"/>
          <w:sz w:val="22"/>
          <w:u w:val="single"/>
        </w:rPr>
        <w:t>the only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major </w:t>
      </w:r>
      <w:r>
        <w:rPr>
          <w:b/>
          <w:i w:val="0"/>
          <w:smallCaps w:val="0"/>
          <w:strike w:val="0"/>
          <w:sz w:val="22"/>
          <w:u w:val="single"/>
        </w:rPr>
        <w:t>country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that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could safely </w:t>
      </w:r>
      <w:r>
        <w:rPr>
          <w:b/>
          <w:i w:val="0"/>
          <w:smallCaps w:val="0"/>
          <w:strike w:val="0"/>
          <w:sz w:val="22"/>
          <w:u w:val="single"/>
        </w:rPr>
        <w:t>practise</w:t>
      </w:r>
      <w:r>
        <w:rPr>
          <w:b/>
          <w:i w:val="0"/>
          <w:smallCaps w:val="0"/>
          <w:strike w:val="0"/>
          <w:sz w:val="22"/>
          <w:u w:val="single"/>
        </w:rPr>
        <w:t xml:space="preserve"> it</w:t>
      </w:r>
      <w:r>
        <w:rPr>
          <w:b w:val="0"/>
          <w:i w:val="0"/>
          <w:smallCaps w:val="0"/>
          <w:strike w:val="0"/>
          <w:sz w:val="12"/>
          <w:u w:val="none"/>
        </w:rPr>
        <w:t xml:space="preserve">. Now, I think there is something to be said for talking up the risk of a withdrawn US. That fear is driving up the military ambitions of Europe. It is ending the “neutrality” of some democracies. And framing isolation as a </w:t>
      </w:r>
      <w:r>
        <w:rPr>
          <w:b w:val="0"/>
          <w:i w:val="0"/>
          <w:smallCaps w:val="0"/>
          <w:strike w:val="0"/>
          <w:sz w:val="12"/>
          <w:u w:val="none"/>
        </w:rPr>
        <w:t>Trumpist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thing in particular rallies the global left behind a cause — </w:t>
      </w:r>
      <w:r>
        <w:rPr>
          <w:b w:val="0"/>
          <w:i w:val="0"/>
          <w:smallCaps w:val="0"/>
          <w:strike w:val="0"/>
          <w:sz w:val="12"/>
          <w:u w:val="none"/>
        </w:rPr>
        <w:t>defence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spending — that it might otherwise oppose. </w:t>
      </w:r>
      <w:r>
        <w:rPr>
          <w:b/>
          <w:i w:val="0"/>
          <w:smallCaps w:val="0"/>
          <w:strike w:val="0"/>
          <w:sz w:val="22"/>
          <w:u w:val="single"/>
        </w:rPr>
        <w:t>Keep the trope going, then. Just don’t believe it.</w:t>
      </w:r>
    </w:p>
    <w:p>
      <w:pPr>
        <w:pStyle w:val="Caption"/>
      </w:pPr>
      <w:r>
        <w:t>Source: Elections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