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No impact to the liberal order. </w:t>
      </w:r>
    </w:p>
    <w:p>
      <w:pPr>
        <w:spacing w:after="80"/>
      </w:pPr>
      <w:r>
        <w:rPr>
          <w:b w:val="0"/>
          <w:i w:val="0"/>
          <w:smallCaps w:val="0"/>
          <w:strike w:val="0"/>
          <w:u w:val="none"/>
        </w:rPr>
        <w:t xml:space="preserve">Graham </w:t>
      </w:r>
      <w:r>
        <w:rPr>
          <w:b/>
          <w:i w:val="0"/>
          <w:smallCaps w:val="0"/>
          <w:strike w:val="0"/>
          <w:sz w:val="26"/>
          <w:u w:val="none"/>
        </w:rPr>
        <w:t>Allison 18</w:t>
      </w:r>
      <w:r>
        <w:rPr>
          <w:b w:val="0"/>
          <w:i w:val="0"/>
          <w:smallCaps w:val="0"/>
          <w:strike w:val="0"/>
          <w:u w:val="none"/>
        </w:rPr>
        <w:t xml:space="preserve">. Professor of Government at Harvard. “The Myth of the Liberal Order.” </w:t>
      </w:r>
      <w:r>
        <w:rPr>
          <w:b w:val="0"/>
          <w:i/>
          <w:smallCaps w:val="0"/>
          <w:strike w:val="0"/>
          <w:u w:val="none"/>
        </w:rPr>
        <w:t>Foreign Affairs</w:t>
      </w:r>
      <w:r>
        <w:rPr>
          <w:b w:val="0"/>
          <w:i w:val="0"/>
          <w:smallCaps w:val="0"/>
          <w:strike w:val="0"/>
          <w:u w:val="none"/>
        </w:rPr>
        <w:t xml:space="preserve"> 97.4: 124-133</w:t>
      </w:r>
    </w:p>
    <w:p>
      <w:pPr>
        <w:spacing w:after="60"/>
      </w:pPr>
      <w:r>
        <w:rPr>
          <w:b w:val="0"/>
          <w:i w:val="0"/>
          <w:smallCaps w:val="0"/>
          <w:strike w:val="0"/>
          <w:u w:val="none"/>
        </w:rPr>
        <w:t xml:space="preserve">Among the debates that have swept the U.S. foreign policy community since the beginning of the Trump administration, </w:t>
      </w:r>
      <w:r>
        <w:rPr>
          <w:b/>
          <w:i w:val="0"/>
          <w:smallCaps w:val="0"/>
          <w:strike w:val="0"/>
          <w:sz w:val="22"/>
          <w:u w:val="single"/>
        </w:rPr>
        <w:t>alarm</w:t>
      </w:r>
      <w:r>
        <w:rPr>
          <w:b w:val="0"/>
          <w:i w:val="0"/>
          <w:smallCaps w:val="0"/>
          <w:strike w:val="0"/>
          <w:sz w:val="22"/>
          <w:u w:val="single"/>
        </w:rPr>
        <w:t xml:space="preserve"> about the fate of the liberal international rules-based order</w:t>
      </w:r>
      <w:r>
        <w:rPr>
          <w:b w:val="0"/>
          <w:i w:val="0"/>
          <w:smallCaps w:val="0"/>
          <w:strike w:val="0"/>
          <w:u w:val="none"/>
        </w:rPr>
        <w:t xml:space="preserve"> has </w:t>
      </w:r>
      <w:r>
        <w:rPr>
          <w:b w:val="0"/>
          <w:i w:val="0"/>
          <w:smallCaps w:val="0"/>
          <w:strike w:val="0"/>
          <w:sz w:val="22"/>
          <w:u w:val="single"/>
        </w:rPr>
        <w:t>emerged as one of the few fixed</w:t>
      </w:r>
      <w:r>
        <w:rPr>
          <w:b w:val="0"/>
          <w:i w:val="0"/>
          <w:smallCaps w:val="0"/>
          <w:strike w:val="0"/>
          <w:u w:val="none"/>
        </w:rPr>
        <w:t xml:space="preserve"> points. From the international relations scholar G. John </w:t>
      </w:r>
      <w:r>
        <w:rPr>
          <w:b w:val="0"/>
          <w:i w:val="0"/>
          <w:smallCaps w:val="0"/>
          <w:strike w:val="0"/>
          <w:u w:val="none"/>
        </w:rPr>
        <w:t>Ikenberry's</w:t>
      </w:r>
      <w:r>
        <w:rPr>
          <w:b w:val="0"/>
          <w:i w:val="0"/>
          <w:smallCaps w:val="0"/>
          <w:strike w:val="0"/>
          <w:u w:val="none"/>
        </w:rPr>
        <w:t xml:space="preserve"> claim that "for seven decades the world has been dominated by a western liberal order" to U.S. Vice President Joe Biden's call in the final days of the Obama administration to "act urgently to defend the liberal international order," this banner waves atop most discussions of the United States' role in the world. About this order, </w:t>
      </w:r>
      <w:r>
        <w:rPr>
          <w:b w:val="0"/>
          <w:i w:val="0"/>
          <w:smallCaps w:val="0"/>
          <w:strike w:val="0"/>
          <w:sz w:val="22"/>
          <w:u w:val="single"/>
        </w:rPr>
        <w:t>the reigning consensus makes three core claims</w:t>
      </w:r>
      <w:r>
        <w:rPr>
          <w:b w:val="0"/>
          <w:i w:val="0"/>
          <w:smallCaps w:val="0"/>
          <w:strike w:val="0"/>
          <w:u w:val="none"/>
        </w:rPr>
        <w:t xml:space="preserve">. </w:t>
      </w:r>
      <w:r>
        <w:rPr>
          <w:b w:val="0"/>
          <w:i w:val="0"/>
          <w:smallCaps w:val="0"/>
          <w:strike w:val="0"/>
          <w:sz w:val="22"/>
          <w:u w:val="single"/>
        </w:rPr>
        <w:t>First, that the liberal order has been the principal cause of the so-called long peace among great powers for the past seven decades</w:t>
      </w:r>
      <w:r>
        <w:rPr>
          <w:b w:val="0"/>
          <w:i w:val="0"/>
          <w:smallCaps w:val="0"/>
          <w:strike w:val="0"/>
          <w:u w:val="none"/>
        </w:rPr>
        <w:t xml:space="preserve">. </w:t>
      </w:r>
      <w:r>
        <w:rPr>
          <w:b w:val="0"/>
          <w:i w:val="0"/>
          <w:smallCaps w:val="0"/>
          <w:strike w:val="0"/>
          <w:sz w:val="22"/>
          <w:u w:val="single"/>
        </w:rPr>
        <w:t>Second, that constructing this order has been the main driver of U.S. engagement</w:t>
      </w:r>
      <w:r>
        <w:rPr>
          <w:b w:val="0"/>
          <w:i w:val="0"/>
          <w:smallCaps w:val="0"/>
          <w:strike w:val="0"/>
          <w:u w:val="none"/>
        </w:rPr>
        <w:t xml:space="preserve"> in the world over that period. </w:t>
      </w:r>
      <w:r>
        <w:rPr>
          <w:b w:val="0"/>
          <w:i w:val="0"/>
          <w:smallCaps w:val="0"/>
          <w:strike w:val="0"/>
          <w:sz w:val="22"/>
          <w:u w:val="single"/>
        </w:rPr>
        <w:t>And third, that</w:t>
      </w:r>
      <w:r>
        <w:rPr>
          <w:b w:val="0"/>
          <w:i w:val="0"/>
          <w:smallCaps w:val="0"/>
          <w:strike w:val="0"/>
          <w:u w:val="none"/>
        </w:rPr>
        <w:t xml:space="preserve"> U.S. President Donald </w:t>
      </w:r>
      <w:r>
        <w:rPr>
          <w:b w:val="0"/>
          <w:i w:val="0"/>
          <w:smallCaps w:val="0"/>
          <w:strike w:val="0"/>
          <w:sz w:val="22"/>
          <w:u w:val="single"/>
        </w:rPr>
        <w:t>Trump is the primary threat to the liberal order</w:t>
      </w:r>
      <w:r>
        <w:rPr>
          <w:b w:val="0"/>
          <w:i w:val="0"/>
          <w:smallCaps w:val="0"/>
          <w:strike w:val="0"/>
          <w:u w:val="none"/>
        </w:rPr>
        <w:t xml:space="preserve">-and thus to world peace. The political scientist Joseph Nye, for example, has written, "The demonstrable success of the order in helping secure and stabilize the world over the past seven decades has led to a strong consensus that defending, deepening, and extending this system has been and continues to be the central task of U.S. foreign policy." Nye has gone so far as to assert: "I am not worried by the rise of China. I am more worried by the rise of Trump." Although all these propositions contain some truth, </w:t>
      </w:r>
      <w:r>
        <w:rPr>
          <w:b/>
          <w:i w:val="0"/>
          <w:smallCaps w:val="0"/>
          <w:strike w:val="0"/>
          <w:sz w:val="22"/>
          <w:u w:val="single"/>
        </w:rPr>
        <w:t>each</w:t>
      </w:r>
      <w:r>
        <w:rPr>
          <w:b w:val="0"/>
          <w:i w:val="0"/>
          <w:smallCaps w:val="0"/>
          <w:strike w:val="0"/>
          <w:sz w:val="22"/>
          <w:u w:val="single"/>
        </w:rPr>
        <w:t xml:space="preserve"> is more </w:t>
      </w:r>
      <w:r>
        <w:rPr>
          <w:b/>
          <w:i w:val="0"/>
          <w:smallCaps w:val="0"/>
          <w:strike w:val="0"/>
          <w:sz w:val="22"/>
          <w:u w:val="single"/>
        </w:rPr>
        <w:t>wrong</w:t>
      </w:r>
      <w:r>
        <w:rPr>
          <w:b w:val="0"/>
          <w:i w:val="0"/>
          <w:smallCaps w:val="0"/>
          <w:strike w:val="0"/>
          <w:sz w:val="22"/>
          <w:u w:val="single"/>
        </w:rPr>
        <w:t xml:space="preserve"> than right</w:t>
      </w:r>
      <w:r>
        <w:rPr>
          <w:b w:val="0"/>
          <w:i w:val="0"/>
          <w:smallCaps w:val="0"/>
          <w:strike w:val="0"/>
          <w:u w:val="none"/>
        </w:rPr>
        <w:t xml:space="preserve">. </w:t>
      </w:r>
      <w:r>
        <w:rPr>
          <w:b w:val="0"/>
          <w:i w:val="0"/>
          <w:smallCaps w:val="0"/>
          <w:strike w:val="0"/>
          <w:sz w:val="22"/>
          <w:u w:val="single"/>
        </w:rPr>
        <w:t xml:space="preserve">The "long peace" was the </w:t>
      </w:r>
      <w:r>
        <w:rPr>
          <w:b/>
          <w:i w:val="0"/>
          <w:smallCaps w:val="0"/>
          <w:strike w:val="0"/>
          <w:sz w:val="22"/>
          <w:u w:val="single"/>
        </w:rPr>
        <w:t>not</w:t>
      </w:r>
      <w:r>
        <w:rPr>
          <w:b w:val="0"/>
          <w:i w:val="0"/>
          <w:smallCaps w:val="0"/>
          <w:strike w:val="0"/>
          <w:sz w:val="22"/>
          <w:u w:val="single"/>
        </w:rPr>
        <w:t xml:space="preserve"> the result of a liberal order </w:t>
      </w:r>
      <w:r>
        <w:rPr>
          <w:b/>
          <w:i w:val="0"/>
          <w:smallCaps w:val="0"/>
          <w:strike w:val="0"/>
          <w:sz w:val="22"/>
          <w:u w:val="single"/>
        </w:rPr>
        <w:t>but</w:t>
      </w:r>
      <w:r>
        <w:rPr>
          <w:b w:val="0"/>
          <w:i w:val="0"/>
          <w:smallCaps w:val="0"/>
          <w:strike w:val="0"/>
          <w:sz w:val="22"/>
          <w:u w:val="single"/>
        </w:rPr>
        <w:t xml:space="preserve"> the </w:t>
      </w:r>
      <w:r>
        <w:rPr>
          <w:b/>
          <w:i w:val="0"/>
          <w:smallCaps w:val="0"/>
          <w:strike w:val="0"/>
          <w:sz w:val="22"/>
          <w:u w:val="single"/>
        </w:rPr>
        <w:t>byproduct</w:t>
      </w:r>
      <w:r>
        <w:rPr>
          <w:b w:val="0"/>
          <w:i w:val="0"/>
          <w:smallCaps w:val="0"/>
          <w:strike w:val="0"/>
          <w:u w:val="none"/>
        </w:rPr>
        <w:t xml:space="preserve"> </w:t>
      </w:r>
      <w:r>
        <w:rPr>
          <w:b w:val="0"/>
          <w:i w:val="0"/>
          <w:smallCaps w:val="0"/>
          <w:strike w:val="0"/>
          <w:sz w:val="22"/>
          <w:u w:val="single"/>
        </w:rPr>
        <w:t xml:space="preserve">of the dangerous </w:t>
      </w:r>
      <w:r>
        <w:rPr>
          <w:b/>
          <w:i w:val="0"/>
          <w:smallCaps w:val="0"/>
          <w:strike w:val="0"/>
          <w:sz w:val="22"/>
          <w:u w:val="single"/>
        </w:rPr>
        <w:t>b</w:t>
      </w:r>
      <w:r>
        <w:rPr>
          <w:b w:val="0"/>
          <w:i w:val="0"/>
          <w:smallCaps w:val="0"/>
          <w:strike w:val="0"/>
          <w:sz w:val="22"/>
          <w:u w:val="single"/>
        </w:rPr>
        <w:t xml:space="preserve">alance </w:t>
      </w:r>
      <w:r>
        <w:rPr>
          <w:b/>
          <w:i w:val="0"/>
          <w:smallCaps w:val="0"/>
          <w:strike w:val="0"/>
          <w:sz w:val="22"/>
          <w:u w:val="single"/>
        </w:rPr>
        <w:t>o</w:t>
      </w:r>
      <w:r>
        <w:rPr>
          <w:b w:val="0"/>
          <w:i w:val="0"/>
          <w:smallCaps w:val="0"/>
          <w:strike w:val="0"/>
          <w:sz w:val="22"/>
          <w:u w:val="single"/>
        </w:rPr>
        <w:t xml:space="preserve">f </w:t>
      </w:r>
      <w:r>
        <w:rPr>
          <w:b/>
          <w:i w:val="0"/>
          <w:smallCaps w:val="0"/>
          <w:strike w:val="0"/>
          <w:sz w:val="22"/>
          <w:u w:val="single"/>
        </w:rPr>
        <w:t>p</w:t>
      </w:r>
      <w:r>
        <w:rPr>
          <w:b w:val="0"/>
          <w:i w:val="0"/>
          <w:smallCaps w:val="0"/>
          <w:strike w:val="0"/>
          <w:sz w:val="22"/>
          <w:u w:val="single"/>
        </w:rPr>
        <w:t>ower</w:t>
      </w:r>
      <w:r>
        <w:rPr>
          <w:b w:val="0"/>
          <w:i w:val="0"/>
          <w:smallCaps w:val="0"/>
          <w:strike w:val="0"/>
          <w:u w:val="none"/>
        </w:rPr>
        <w:t xml:space="preserve"> </w:t>
      </w:r>
      <w:r>
        <w:rPr>
          <w:b w:val="0"/>
          <w:i w:val="0"/>
          <w:smallCaps w:val="0"/>
          <w:strike w:val="0"/>
          <w:sz w:val="22"/>
          <w:u w:val="single"/>
        </w:rPr>
        <w:t>between the Soviet Union and the</w:t>
      </w:r>
      <w:r>
        <w:rPr>
          <w:b w:val="0"/>
          <w:i w:val="0"/>
          <w:smallCaps w:val="0"/>
          <w:strike w:val="0"/>
          <w:u w:val="none"/>
        </w:rPr>
        <w:t xml:space="preserve"> </w:t>
      </w:r>
      <w:r>
        <w:rPr>
          <w:b/>
          <w:i w:val="0"/>
          <w:smallCaps w:val="0"/>
          <w:strike w:val="0"/>
          <w:sz w:val="22"/>
          <w:u w:val="single"/>
        </w:rPr>
        <w:t>U</w:t>
      </w:r>
      <w:r>
        <w:rPr>
          <w:b w:val="0"/>
          <w:i w:val="0"/>
          <w:smallCaps w:val="0"/>
          <w:strike w:val="0"/>
          <w:u w:val="none"/>
        </w:rPr>
        <w:t xml:space="preserve">nited </w:t>
      </w:r>
      <w:r>
        <w:rPr>
          <w:b/>
          <w:i w:val="0"/>
          <w:smallCaps w:val="0"/>
          <w:strike w:val="0"/>
          <w:sz w:val="22"/>
          <w:u w:val="single"/>
        </w:rPr>
        <w:t>S</w:t>
      </w:r>
      <w:r>
        <w:rPr>
          <w:b w:val="0"/>
          <w:i w:val="0"/>
          <w:smallCaps w:val="0"/>
          <w:strike w:val="0"/>
          <w:u w:val="none"/>
        </w:rPr>
        <w:t>tates during the four and a half decades of the Cold War and then of a brief period of U.S. dominance. U</w:t>
      </w:r>
      <w:r>
        <w:rPr>
          <w:b w:val="0"/>
          <w:i w:val="0"/>
          <w:smallCaps w:val="0"/>
          <w:strike w:val="0"/>
          <w:sz w:val="22"/>
          <w:u w:val="single"/>
        </w:rPr>
        <w:t>.S. engagement in the world has been driven not by the desire to advance liberalism abroad or to build an international order but by the need to do what was necessary to preserve liberal democracy at home</w:t>
      </w:r>
      <w:r>
        <w:rPr>
          <w:b w:val="0"/>
          <w:i w:val="0"/>
          <w:smallCaps w:val="0"/>
          <w:strike w:val="0"/>
          <w:u w:val="none"/>
        </w:rPr>
        <w:t xml:space="preserve">. And although </w:t>
      </w:r>
      <w:r>
        <w:rPr>
          <w:b w:val="0"/>
          <w:i w:val="0"/>
          <w:smallCaps w:val="0"/>
          <w:strike w:val="0"/>
          <w:sz w:val="22"/>
          <w:u w:val="single"/>
        </w:rPr>
        <w:t>Trump</w:t>
      </w:r>
      <w:r>
        <w:rPr>
          <w:b w:val="0"/>
          <w:i w:val="0"/>
          <w:smallCaps w:val="0"/>
          <w:strike w:val="0"/>
          <w:u w:val="none"/>
        </w:rPr>
        <w:t xml:space="preserve"> is undermining key elements of the current order, he </w:t>
      </w:r>
      <w:r>
        <w:rPr>
          <w:b w:val="0"/>
          <w:i w:val="0"/>
          <w:smallCaps w:val="0"/>
          <w:strike w:val="0"/>
          <w:sz w:val="22"/>
          <w:u w:val="single"/>
        </w:rPr>
        <w:t>is</w:t>
      </w:r>
      <w:r>
        <w:rPr>
          <w:b w:val="0"/>
          <w:i w:val="0"/>
          <w:smallCaps w:val="0"/>
          <w:strike w:val="0"/>
          <w:u w:val="none"/>
        </w:rPr>
        <w:t xml:space="preserve"> </w:t>
      </w:r>
      <w:r>
        <w:rPr>
          <w:b/>
          <w:i w:val="0"/>
          <w:smallCaps w:val="0"/>
          <w:strike w:val="0"/>
          <w:sz w:val="22"/>
          <w:u w:val="single"/>
        </w:rPr>
        <w:t>far from the biggest threat to global stability</w:t>
      </w:r>
      <w:r>
        <w:rPr>
          <w:b w:val="0"/>
          <w:i w:val="0"/>
          <w:smallCaps w:val="0"/>
          <w:strike w:val="0"/>
          <w:u w:val="none"/>
        </w:rPr>
        <w:t xml:space="preserve">. These </w:t>
      </w:r>
      <w:r>
        <w:rPr>
          <w:b/>
          <w:i w:val="0"/>
          <w:smallCaps w:val="0"/>
          <w:strike w:val="0"/>
          <w:sz w:val="22"/>
          <w:u w:val="single"/>
        </w:rPr>
        <w:t>misconceptions</w:t>
      </w:r>
      <w:r>
        <w:rPr>
          <w:b w:val="0"/>
          <w:i w:val="0"/>
          <w:smallCaps w:val="0"/>
          <w:strike w:val="0"/>
          <w:sz w:val="22"/>
          <w:u w:val="single"/>
        </w:rPr>
        <w:t xml:space="preserve"> about the liberal order's causes and consequences lead its advocates to call for the</w:t>
      </w:r>
      <w:r>
        <w:rPr>
          <w:b w:val="0"/>
          <w:i w:val="0"/>
          <w:smallCaps w:val="0"/>
          <w:strike w:val="0"/>
          <w:u w:val="none"/>
        </w:rPr>
        <w:t xml:space="preserve"> </w:t>
      </w:r>
      <w:r>
        <w:rPr>
          <w:b/>
          <w:i w:val="0"/>
          <w:smallCaps w:val="0"/>
          <w:strike w:val="0"/>
          <w:sz w:val="22"/>
          <w:u w:val="single"/>
        </w:rPr>
        <w:t>U</w:t>
      </w:r>
      <w:r>
        <w:rPr>
          <w:b w:val="0"/>
          <w:i w:val="0"/>
          <w:smallCaps w:val="0"/>
          <w:strike w:val="0"/>
          <w:u w:val="none"/>
        </w:rPr>
        <w:t xml:space="preserve">nited </w:t>
      </w:r>
      <w:r>
        <w:rPr>
          <w:b/>
          <w:i w:val="0"/>
          <w:smallCaps w:val="0"/>
          <w:strike w:val="0"/>
          <w:sz w:val="22"/>
          <w:u w:val="single"/>
        </w:rPr>
        <w:t>S</w:t>
      </w:r>
      <w:r>
        <w:rPr>
          <w:b w:val="0"/>
          <w:i w:val="0"/>
          <w:smallCaps w:val="0"/>
          <w:strike w:val="0"/>
          <w:u w:val="none"/>
        </w:rPr>
        <w:t xml:space="preserve">tates </w:t>
      </w:r>
      <w:r>
        <w:rPr>
          <w:b w:val="0"/>
          <w:i w:val="0"/>
          <w:smallCaps w:val="0"/>
          <w:strike w:val="0"/>
          <w:sz w:val="22"/>
          <w:u w:val="single"/>
        </w:rPr>
        <w:t xml:space="preserve">to strengthen the order by clinging to pillars from the past and </w:t>
      </w:r>
      <w:r>
        <w:rPr>
          <w:b/>
          <w:i w:val="0"/>
          <w:smallCaps w:val="0"/>
          <w:strike w:val="0"/>
          <w:sz w:val="22"/>
          <w:u w:val="single"/>
        </w:rPr>
        <w:t>rolling back authoritarianism around the globe</w:t>
      </w:r>
      <w:r>
        <w:rPr>
          <w:b w:val="0"/>
          <w:i w:val="0"/>
          <w:smallCaps w:val="0"/>
          <w:strike w:val="0"/>
          <w:u w:val="none"/>
        </w:rPr>
        <w:t xml:space="preserve">. Yet rather than seek to return to an imagined past in which the United States molded the world in its image, Washington should limit its efforts to ensuring sufficient order abroad to allow it to concentrate on reconstructing a viable liberal democracy at home. CONCEPTUAL JELL-O </w:t>
      </w:r>
      <w:r>
        <w:rPr>
          <w:b w:val="0"/>
          <w:i w:val="0"/>
          <w:smallCaps w:val="0"/>
          <w:strike w:val="0"/>
          <w:sz w:val="22"/>
          <w:u w:val="single"/>
        </w:rPr>
        <w:t xml:space="preserve">The </w:t>
      </w:r>
      <w:r>
        <w:rPr>
          <w:b/>
          <w:i w:val="0"/>
          <w:smallCaps w:val="0"/>
          <w:strike w:val="0"/>
          <w:sz w:val="22"/>
          <w:u w:val="single"/>
        </w:rPr>
        <w:t>ambiguity</w:t>
      </w:r>
      <w:r>
        <w:rPr>
          <w:b w:val="0"/>
          <w:i w:val="0"/>
          <w:smallCaps w:val="0"/>
          <w:strike w:val="0"/>
          <w:sz w:val="22"/>
          <w:u w:val="single"/>
        </w:rPr>
        <w:t xml:space="preserve"> of each of the terms in the phrase "liberal international rules-based order" creates a </w:t>
      </w:r>
      <w:r>
        <w:rPr>
          <w:b/>
          <w:i w:val="0"/>
          <w:smallCaps w:val="0"/>
          <w:strike w:val="0"/>
          <w:sz w:val="22"/>
          <w:u w:val="single"/>
        </w:rPr>
        <w:t>slipperiness</w:t>
      </w:r>
      <w:r>
        <w:rPr>
          <w:b w:val="0"/>
          <w:i w:val="0"/>
          <w:smallCaps w:val="0"/>
          <w:strike w:val="0"/>
          <w:u w:val="none"/>
        </w:rPr>
        <w:t xml:space="preserve"> </w:t>
      </w:r>
      <w:r>
        <w:rPr>
          <w:b w:val="0"/>
          <w:i w:val="0"/>
          <w:smallCaps w:val="0"/>
          <w:strike w:val="0"/>
          <w:sz w:val="22"/>
          <w:u w:val="single"/>
        </w:rPr>
        <w:t>that allows the concept to be applied to almost any situation</w:t>
      </w:r>
      <w:r>
        <w:rPr>
          <w:b w:val="0"/>
          <w:i w:val="0"/>
          <w:smallCaps w:val="0"/>
          <w:strike w:val="0"/>
          <w:u w:val="none"/>
        </w:rPr>
        <w:t xml:space="preserve">. When, in 2017, members of the World Economic Forum in Davos crowned Chinese President Xi Jinping the leader of the liberal economic order-even though he heads the most protectionist, mercantilist, and predatory major economy in the world-they revealed that, at least in this context, </w:t>
      </w:r>
      <w:r>
        <w:rPr>
          <w:b w:val="0"/>
          <w:i w:val="0"/>
          <w:smallCaps w:val="0"/>
          <w:strike w:val="0"/>
          <w:sz w:val="22"/>
          <w:u w:val="single"/>
        </w:rPr>
        <w:t xml:space="preserve">the word "liberal" has come </w:t>
      </w:r>
      <w:r>
        <w:rPr>
          <w:b/>
          <w:i w:val="0"/>
          <w:smallCaps w:val="0"/>
          <w:strike w:val="0"/>
          <w:sz w:val="22"/>
          <w:u w:val="single"/>
        </w:rPr>
        <w:t>unhinged</w:t>
      </w:r>
      <w:r>
        <w:rPr>
          <w:b w:val="0"/>
          <w:i w:val="0"/>
          <w:smallCaps w:val="0"/>
          <w:strike w:val="0"/>
          <w:u w:val="none"/>
        </w:rPr>
        <w:t>.</w:t>
      </w:r>
    </w:p>
    <w:p>
      <w:pPr>
        <w:pStyle w:val="Caption"/>
      </w:pPr>
      <w:r>
        <w:t>Source: Elections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