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 disease impact</w:t>
      </w:r>
      <w:r>
        <w:rPr>
          <w:b/>
          <w:i w:val="0"/>
          <w:smallCaps w:val="0"/>
          <w:strike w:val="0"/>
          <w:sz w:val="26"/>
          <w:u w:val="none"/>
        </w:rPr>
        <w:t>—pandemics don’t cause extinction</w:t>
      </w:r>
      <w:r>
        <w:rPr>
          <w:b/>
          <w:i w:val="0"/>
          <w:smallCaps w:val="0"/>
          <w:strike w:val="0"/>
          <w:sz w:val="26"/>
          <w:u w:val="none"/>
        </w:rPr>
        <w:t>.</w:t>
      </w:r>
    </w:p>
    <w:p>
      <w:pPr>
        <w:spacing w:after="80"/>
      </w:pPr>
      <w:r>
        <w:rPr>
          <w:b w:val="0"/>
          <w:i w:val="0"/>
          <w:smallCaps w:val="0"/>
          <w:strike w:val="0"/>
          <w:u w:val="none"/>
        </w:rPr>
        <w:t>James</w:t>
      </w:r>
      <w:r>
        <w:rPr>
          <w:b w:val="0"/>
          <w:i w:val="0"/>
          <w:smallCaps w:val="0"/>
          <w:strike w:val="0"/>
          <w:u w:val="none"/>
        </w:rPr>
        <w:t xml:space="preserve"> </w:t>
      </w:r>
      <w:r>
        <w:rPr>
          <w:b/>
          <w:i w:val="0"/>
          <w:smallCaps w:val="0"/>
          <w:strike w:val="0"/>
          <w:sz w:val="28"/>
          <w:u w:val="none"/>
        </w:rPr>
        <w:t>Fodor 20</w:t>
      </w:r>
      <w:r>
        <w:rPr>
          <w:b w:val="0"/>
          <w:i w:val="0"/>
          <w:smallCaps w:val="0"/>
          <w:strike w:val="0"/>
          <w:u w:val="none"/>
        </w:rPr>
        <w:t>, PhD student at the University of Melbourne, completed masters in neuroscience at the Australian National University, research assistant in structural biology at Monash University, 5/11/2020, “Critical Review of 'The Precipice': A Reassessment of the Risks of AI and Pandemics,” cc</w:t>
      </w:r>
    </w:p>
    <w:p>
      <w:pPr>
        <w:spacing w:after="60"/>
      </w:pPr>
      <w:r>
        <w:rPr>
          <w:b w:val="0"/>
          <w:i w:val="0"/>
          <w:smallCaps w:val="0"/>
          <w:strike w:val="0"/>
          <w:u w:val="none"/>
        </w:rPr>
        <w:t xml:space="preserve">As such, I believe it is important to carefully consider the probability of various proposed existential risk scenarios. In the subsequent two sections </w:t>
      </w:r>
      <w:r>
        <w:rPr>
          <w:b w:val="0"/>
          <w:i w:val="0"/>
          <w:smallCaps w:val="0"/>
          <w:strike w:val="0"/>
          <w:sz w:val="22"/>
          <w:u w:val="single"/>
        </w:rPr>
        <w:t xml:space="preserve">I will consider </w:t>
      </w:r>
      <w:r>
        <w:rPr>
          <w:b/>
          <w:i w:val="0"/>
          <w:smallCaps w:val="0"/>
          <w:strike w:val="0"/>
          <w:sz w:val="22"/>
          <w:u w:val="single"/>
        </w:rPr>
        <w:t>risks</w:t>
      </w:r>
      <w:r>
        <w:rPr>
          <w:b w:val="0"/>
          <w:i w:val="0"/>
          <w:smallCaps w:val="0"/>
          <w:strike w:val="0"/>
          <w:sz w:val="22"/>
          <w:u w:val="single"/>
        </w:rPr>
        <w:t xml:space="preserve"> of </w:t>
      </w:r>
      <w:r>
        <w:rPr>
          <w:b/>
          <w:i w:val="0"/>
          <w:smallCaps w:val="0"/>
          <w:strike w:val="0"/>
          <w:sz w:val="22"/>
          <w:u w:val="single"/>
        </w:rPr>
        <w:t>engineered pandemics</w:t>
      </w:r>
      <w:r>
        <w:rPr>
          <w:b w:val="0"/>
          <w:i w:val="0"/>
          <w:smallCaps w:val="0"/>
          <w:strike w:val="0"/>
          <w:u w:val="none"/>
        </w:rPr>
        <w:t xml:space="preserve"> and unaligned artificial intelligence.</w:t>
      </w:r>
    </w:p>
    <w:p>
      <w:pPr>
        <w:spacing w:after="60"/>
      </w:pPr>
      <w:r>
        <w:rPr>
          <w:b w:val="0"/>
          <w:i w:val="0"/>
          <w:smallCaps w:val="0"/>
          <w:strike w:val="0"/>
          <w:u w:val="none"/>
        </w:rPr>
        <w:t>Engineered Pandemics</w:t>
      </w:r>
    </w:p>
    <w:p>
      <w:pPr>
        <w:spacing w:after="60"/>
      </w:pPr>
      <w:r>
        <w:rPr>
          <w:b w:val="0"/>
          <w:i w:val="0"/>
          <w:smallCaps w:val="0"/>
          <w:strike w:val="0"/>
          <w:u w:val="none"/>
        </w:rPr>
        <w:t>Extinction level agent exists</w:t>
      </w:r>
    </w:p>
    <w:p>
      <w:pPr>
        <w:spacing w:after="60"/>
      </w:pPr>
      <w:r>
        <w:rPr>
          <w:b w:val="0"/>
          <w:i w:val="0"/>
          <w:smallCaps w:val="0"/>
          <w:strike w:val="0"/>
          <w:u w:val="none"/>
        </w:rPr>
        <w:t xml:space="preserve">One initial consideration that must be addressed is </w:t>
      </w:r>
      <w:r>
        <w:rPr>
          <w:b w:val="0"/>
          <w:i w:val="0"/>
          <w:smallCaps w:val="0"/>
          <w:strike w:val="0"/>
          <w:sz w:val="22"/>
          <w:highlight w:val="cyan"/>
          <w:u w:val="single"/>
        </w:rPr>
        <w:t>how likely</w:t>
      </w:r>
      <w:r>
        <w:rPr>
          <w:b w:val="0"/>
          <w:i w:val="0"/>
          <w:smallCaps w:val="0"/>
          <w:strike w:val="0"/>
          <w:sz w:val="22"/>
          <w:u w:val="single"/>
        </w:rPr>
        <w:t xml:space="preserve"> it is that any </w:t>
      </w:r>
      <w:r>
        <w:rPr>
          <w:b/>
          <w:i w:val="0"/>
          <w:smallCaps w:val="0"/>
          <w:strike w:val="0"/>
          <w:sz w:val="22"/>
          <w:u w:val="single"/>
        </w:rPr>
        <w:t xml:space="preserve">biological </w:t>
      </w:r>
      <w:r>
        <w:rPr>
          <w:b/>
          <w:i w:val="0"/>
          <w:smallCaps w:val="0"/>
          <w:strike w:val="0"/>
          <w:sz w:val="22"/>
          <w:highlight w:val="cyan"/>
          <w:u w:val="single"/>
        </w:rPr>
        <w:t>pathogen</w:t>
      </w:r>
      <w:r>
        <w:rPr>
          <w:b w:val="0"/>
          <w:i w:val="0"/>
          <w:smallCaps w:val="0"/>
          <w:strike w:val="0"/>
          <w:sz w:val="22"/>
          <w:u w:val="single"/>
        </w:rPr>
        <w:t xml:space="preserve"> can even kill enough people to </w:t>
      </w:r>
      <w:r>
        <w:rPr>
          <w:b w:val="0"/>
          <w:i w:val="0"/>
          <w:smallCaps w:val="0"/>
          <w:strike w:val="0"/>
          <w:sz w:val="22"/>
          <w:highlight w:val="cyan"/>
          <w:u w:val="single"/>
        </w:rPr>
        <w:t xml:space="preserve">drive humanity to </w:t>
      </w:r>
      <w:r>
        <w:rPr>
          <w:b/>
          <w:i w:val="0"/>
          <w:smallCaps w:val="0"/>
          <w:strike w:val="0"/>
          <w:sz w:val="22"/>
          <w:highlight w:val="cyan"/>
          <w:u w:val="single"/>
        </w:rPr>
        <w:t>extinction</w:t>
      </w:r>
      <w:r>
        <w:rPr>
          <w:b w:val="0"/>
          <w:i w:val="0"/>
          <w:smallCaps w:val="0"/>
          <w:strike w:val="0"/>
          <w:u w:val="none"/>
        </w:rPr>
        <w:t xml:space="preserve">. This places an upper limit on what any biotechnology could achieve, regardless of how advanced. Note that here I am referring to an agent such as a virus or bacterium that is clearly biological in nature, even if it is engineered to be more deadly than any </w:t>
      </w:r>
      <w:r>
        <w:rPr>
          <w:b w:val="0"/>
          <w:i w:val="0"/>
          <w:smallCaps w:val="0"/>
          <w:strike w:val="0"/>
          <w:u w:val="none"/>
        </w:rPr>
        <w:t>naturally-occurring</w:t>
      </w:r>
      <w:r>
        <w:rPr>
          <w:b w:val="0"/>
          <w:i w:val="0"/>
          <w:smallCaps w:val="0"/>
          <w:strike w:val="0"/>
          <w:u w:val="none"/>
        </w:rPr>
        <w:t xml:space="preserve"> pathogen. I am not including entities that are non-biological in nature, such as artificial nanotechnology or other chemical agents. Whilst it is impossible to determine the ultimate limits of biology, one relevant point of comparison is the most deadly </w:t>
      </w:r>
      <w:r>
        <w:rPr>
          <w:b w:val="0"/>
          <w:i w:val="0"/>
          <w:smallCaps w:val="0"/>
          <w:strike w:val="0"/>
          <w:u w:val="none"/>
        </w:rPr>
        <w:t>naturally-occurring</w:t>
      </w:r>
      <w:r>
        <w:rPr>
          <w:b w:val="0"/>
          <w:i w:val="0"/>
          <w:smallCaps w:val="0"/>
          <w:strike w:val="0"/>
          <w:u w:val="none"/>
        </w:rPr>
        <w:t xml:space="preserve"> infectious disease. To my knowledge, </w:t>
      </w:r>
      <w:r>
        <w:rPr>
          <w:b w:val="0"/>
          <w:i w:val="0"/>
          <w:smallCaps w:val="0"/>
          <w:strike w:val="0"/>
          <w:sz w:val="22"/>
          <w:u w:val="single"/>
        </w:rPr>
        <w:t xml:space="preserve">the </w:t>
      </w:r>
      <w:r>
        <w:rPr>
          <w:b/>
          <w:i w:val="0"/>
          <w:smallCaps w:val="0"/>
          <w:strike w:val="0"/>
          <w:sz w:val="22"/>
          <w:highlight w:val="cyan"/>
          <w:u w:val="single"/>
        </w:rPr>
        <w:t>highest fatality</w:t>
      </w:r>
      <w:r>
        <w:rPr>
          <w:b/>
          <w:i w:val="0"/>
          <w:smallCaps w:val="0"/>
          <w:strike w:val="0"/>
          <w:sz w:val="22"/>
          <w:u w:val="single"/>
        </w:rPr>
        <w:t xml:space="preserve"> rate</w:t>
      </w:r>
      <w:r>
        <w:rPr>
          <w:b w:val="0"/>
          <w:i w:val="0"/>
          <w:smallCaps w:val="0"/>
          <w:strike w:val="0"/>
          <w:sz w:val="22"/>
          <w:u w:val="single"/>
        </w:rPr>
        <w:t xml:space="preserve"> for any </w:t>
      </w:r>
      <w:r>
        <w:rPr>
          <w:b/>
          <w:i w:val="0"/>
          <w:smallCaps w:val="0"/>
          <w:strike w:val="0"/>
          <w:sz w:val="22"/>
          <w:u w:val="single"/>
        </w:rPr>
        <w:t>infectious biological agent</w:t>
      </w:r>
      <w:r>
        <w:rPr>
          <w:b w:val="0"/>
          <w:i w:val="0"/>
          <w:smallCaps w:val="0"/>
          <w:strike w:val="0"/>
          <w:u w:val="none"/>
        </w:rPr>
        <w:t xml:space="preserve"> that is readily </w:t>
      </w:r>
      <w:r>
        <w:rPr>
          <w:b w:val="0"/>
          <w:i w:val="0"/>
          <w:smallCaps w:val="0"/>
          <w:strike w:val="0"/>
          <w:sz w:val="22"/>
          <w:u w:val="single"/>
        </w:rPr>
        <w:t xml:space="preserve">transmissible between living humans </w:t>
      </w:r>
      <w:r>
        <w:rPr>
          <w:b w:val="0"/>
          <w:i w:val="0"/>
          <w:smallCaps w:val="0"/>
          <w:strike w:val="0"/>
          <w:sz w:val="22"/>
          <w:highlight w:val="cyan"/>
          <w:u w:val="single"/>
        </w:rPr>
        <w:t>is</w:t>
      </w:r>
      <w:r>
        <w:rPr>
          <w:b w:val="0"/>
          <w:i w:val="0"/>
          <w:smallCaps w:val="0"/>
          <w:strike w:val="0"/>
          <w:sz w:val="22"/>
          <w:u w:val="single"/>
        </w:rPr>
        <w:t xml:space="preserve"> the </w:t>
      </w:r>
      <w:r>
        <w:rPr>
          <w:b/>
          <w:i w:val="0"/>
          <w:smallCaps w:val="0"/>
          <w:strike w:val="0"/>
          <w:sz w:val="22"/>
          <w:u w:val="single"/>
        </w:rPr>
        <w:t xml:space="preserve">Zaire </w:t>
      </w:r>
      <w:r>
        <w:rPr>
          <w:b/>
          <w:i w:val="0"/>
          <w:smallCaps w:val="0"/>
          <w:strike w:val="0"/>
          <w:sz w:val="22"/>
          <w:highlight w:val="cyan"/>
          <w:u w:val="single"/>
        </w:rPr>
        <w:t>ebola</w:t>
      </w:r>
      <w:r>
        <w:rPr>
          <w:b/>
          <w:i w:val="0"/>
          <w:smallCaps w:val="0"/>
          <w:strike w:val="0"/>
          <w:sz w:val="22"/>
          <w:u w:val="single"/>
        </w:rPr>
        <w:t>virus</w:t>
      </w:r>
      <w:r>
        <w:rPr>
          <w:b w:val="0"/>
          <w:i w:val="0"/>
          <w:smallCaps w:val="0"/>
          <w:strike w:val="0"/>
          <w:u w:val="none"/>
        </w:rPr>
        <w:t xml:space="preserve">, with a fatality rate of around 90%. </w:t>
      </w:r>
      <w:r>
        <w:rPr>
          <w:b w:val="0"/>
          <w:i w:val="0"/>
          <w:smallCaps w:val="0"/>
          <w:strike w:val="0"/>
          <w:sz w:val="22"/>
          <w:u w:val="single"/>
        </w:rPr>
        <w:t xml:space="preserve">It is </w:t>
      </w:r>
      <w:r>
        <w:rPr>
          <w:b w:val="0"/>
          <w:i w:val="0"/>
          <w:smallCaps w:val="0"/>
          <w:strike w:val="0"/>
          <w:sz w:val="22"/>
          <w:highlight w:val="cyan"/>
          <w:u w:val="single"/>
        </w:rPr>
        <w:t>unclear whether</w:t>
      </w:r>
      <w:r>
        <w:rPr>
          <w:b w:val="0"/>
          <w:i w:val="0"/>
          <w:smallCaps w:val="0"/>
          <w:strike w:val="0"/>
          <w:sz w:val="22"/>
          <w:u w:val="single"/>
        </w:rPr>
        <w:t xml:space="preserve"> such a high </w:t>
      </w:r>
      <w:r>
        <w:rPr>
          <w:b w:val="0"/>
          <w:i w:val="0"/>
          <w:smallCaps w:val="0"/>
          <w:strike w:val="0"/>
          <w:sz w:val="22"/>
          <w:highlight w:val="cyan"/>
          <w:u w:val="single"/>
        </w:rPr>
        <w:t>fatality</w:t>
      </w:r>
      <w:r>
        <w:rPr>
          <w:b w:val="0"/>
          <w:i w:val="0"/>
          <w:smallCaps w:val="0"/>
          <w:strike w:val="0"/>
          <w:u w:val="none"/>
        </w:rPr>
        <w:t xml:space="preserve"> rate </w:t>
      </w:r>
      <w:r>
        <w:rPr>
          <w:b w:val="0"/>
          <w:i w:val="0"/>
          <w:smallCaps w:val="0"/>
          <w:strike w:val="0"/>
          <w:sz w:val="22"/>
          <w:highlight w:val="cyan"/>
          <w:u w:val="single"/>
        </w:rPr>
        <w:t>would</w:t>
      </w:r>
      <w:r>
        <w:rPr>
          <w:b w:val="0"/>
          <w:i w:val="0"/>
          <w:smallCaps w:val="0"/>
          <w:strike w:val="0"/>
          <w:sz w:val="22"/>
          <w:u w:val="single"/>
        </w:rPr>
        <w:t xml:space="preserve"> be </w:t>
      </w:r>
      <w:r>
        <w:rPr>
          <w:b/>
          <w:i w:val="0"/>
          <w:smallCaps w:val="0"/>
          <w:strike w:val="0"/>
          <w:sz w:val="22"/>
          <w:highlight w:val="cyan"/>
          <w:u w:val="single"/>
        </w:rPr>
        <w:t>sustain</w:t>
      </w:r>
      <w:r>
        <w:rPr>
          <w:b/>
          <w:i w:val="0"/>
          <w:smallCaps w:val="0"/>
          <w:strike w:val="0"/>
          <w:sz w:val="22"/>
          <w:u w:val="single"/>
        </w:rPr>
        <w:t>ed</w:t>
      </w:r>
      <w:r>
        <w:rPr>
          <w:b w:val="0"/>
          <w:i w:val="0"/>
          <w:smallCaps w:val="0"/>
          <w:strike w:val="0"/>
          <w:sz w:val="22"/>
          <w:u w:val="single"/>
        </w:rPr>
        <w:t xml:space="preserve"> </w:t>
      </w:r>
      <w:r>
        <w:rPr>
          <w:b w:val="0"/>
          <w:i w:val="0"/>
          <w:smallCaps w:val="0"/>
          <w:strike w:val="0"/>
          <w:sz w:val="22"/>
          <w:highlight w:val="cyan"/>
          <w:u w:val="single"/>
        </w:rPr>
        <w:t>outside</w:t>
      </w:r>
      <w:r>
        <w:rPr>
          <w:b w:val="0"/>
          <w:i w:val="0"/>
          <w:smallCaps w:val="0"/>
          <w:strike w:val="0"/>
          <w:u w:val="none"/>
        </w:rPr>
        <w:t xml:space="preserve"> of </w:t>
      </w:r>
      <w:r>
        <w:rPr>
          <w:b w:val="0"/>
          <w:i w:val="0"/>
          <w:smallCaps w:val="0"/>
          <w:strike w:val="0"/>
          <w:sz w:val="22"/>
          <w:u w:val="single"/>
        </w:rPr>
        <w:t xml:space="preserve">the </w:t>
      </w:r>
      <w:r>
        <w:rPr>
          <w:b/>
          <w:i w:val="0"/>
          <w:smallCaps w:val="0"/>
          <w:strike w:val="0"/>
          <w:sz w:val="22"/>
          <w:u w:val="single"/>
        </w:rPr>
        <w:t>social and climactic environment</w:t>
      </w:r>
      <w:r>
        <w:rPr>
          <w:b w:val="0"/>
          <w:i w:val="0"/>
          <w:smallCaps w:val="0"/>
          <w:strike w:val="0"/>
          <w:sz w:val="22"/>
          <w:u w:val="single"/>
        </w:rPr>
        <w:t xml:space="preserve"> of</w:t>
      </w:r>
      <w:r>
        <w:rPr>
          <w:b w:val="0"/>
          <w:i w:val="0"/>
          <w:smallCaps w:val="0"/>
          <w:strike w:val="0"/>
          <w:sz w:val="22"/>
          <w:u w:val="single"/>
        </w:rPr>
        <w:t xml:space="preserve"> </w:t>
      </w:r>
      <w:r>
        <w:rPr>
          <w:b/>
          <w:i w:val="0"/>
          <w:smallCaps w:val="0"/>
          <w:strike w:val="0"/>
          <w:sz w:val="22"/>
          <w:highlight w:val="cyan"/>
          <w:u w:val="single"/>
        </w:rPr>
        <w:t>West Africa</w:t>
      </w:r>
      <w:r>
        <w:rPr>
          <w:b w:val="0"/>
          <w:i w:val="0"/>
          <w:smallCaps w:val="0"/>
          <w:strike w:val="0"/>
          <w:u w:val="none"/>
        </w:rPr>
        <w:t xml:space="preserve"> whence the disease originated, but nevertheless we can consider this to be a plausible baseline for the </w:t>
      </w:r>
      <w:r>
        <w:rPr>
          <w:b w:val="0"/>
          <w:i w:val="0"/>
          <w:smallCaps w:val="0"/>
          <w:strike w:val="0"/>
          <w:u w:val="none"/>
        </w:rPr>
        <w:t>most deadly</w:t>
      </w:r>
      <w:r>
        <w:rPr>
          <w:b w:val="0"/>
          <w:i w:val="0"/>
          <w:smallCaps w:val="0"/>
          <w:strike w:val="0"/>
          <w:u w:val="none"/>
        </w:rPr>
        <w:t xml:space="preserve"> known human infectious pathogen. Critically, </w:t>
      </w:r>
      <w:r>
        <w:rPr>
          <w:b w:val="0"/>
          <w:i w:val="0"/>
          <w:smallCaps w:val="0"/>
          <w:strike w:val="0"/>
          <w:sz w:val="22"/>
          <w:u w:val="single"/>
        </w:rPr>
        <w:t xml:space="preserve">it appears </w:t>
      </w:r>
      <w:r>
        <w:rPr>
          <w:b/>
          <w:i w:val="0"/>
          <w:smallCaps w:val="0"/>
          <w:strike w:val="0"/>
          <w:sz w:val="22"/>
          <w:highlight w:val="cyan"/>
          <w:u w:val="single"/>
        </w:rPr>
        <w:t>unlikely</w:t>
      </w:r>
      <w:r>
        <w:rPr>
          <w:b w:val="0"/>
          <w:i w:val="0"/>
          <w:smallCaps w:val="0"/>
          <w:strike w:val="0"/>
          <w:sz w:val="22"/>
          <w:u w:val="single"/>
        </w:rPr>
        <w:t xml:space="preserve"> that the </w:t>
      </w:r>
      <w:r>
        <w:rPr>
          <w:b w:val="0"/>
          <w:i w:val="0"/>
          <w:smallCaps w:val="0"/>
          <w:strike w:val="0"/>
          <w:sz w:val="22"/>
          <w:highlight w:val="cyan"/>
          <w:u w:val="single"/>
        </w:rPr>
        <w:t>death of</w:t>
      </w:r>
      <w:r>
        <w:rPr>
          <w:b w:val="0"/>
          <w:i w:val="0"/>
          <w:smallCaps w:val="0"/>
          <w:strike w:val="0"/>
          <w:sz w:val="22"/>
          <w:u w:val="single"/>
        </w:rPr>
        <w:t xml:space="preserve"> even </w:t>
      </w:r>
      <w:r>
        <w:rPr>
          <w:b/>
          <w:i w:val="0"/>
          <w:smallCaps w:val="0"/>
          <w:strike w:val="0"/>
          <w:sz w:val="22"/>
          <w:highlight w:val="cyan"/>
          <w:u w:val="single"/>
        </w:rPr>
        <w:t>90%</w:t>
      </w:r>
      <w:r>
        <w:rPr>
          <w:b w:val="0"/>
          <w:i w:val="0"/>
          <w:smallCaps w:val="0"/>
          <w:strike w:val="0"/>
          <w:sz w:val="22"/>
          <w:u w:val="single"/>
        </w:rPr>
        <w:t xml:space="preserve"> of the </w:t>
      </w:r>
      <w:r>
        <w:rPr>
          <w:b/>
          <w:i w:val="0"/>
          <w:smallCaps w:val="0"/>
          <w:strike w:val="0"/>
          <w:sz w:val="22"/>
          <w:u w:val="single"/>
        </w:rPr>
        <w:t>world population</w:t>
      </w:r>
      <w:r>
        <w:rPr>
          <w:b w:val="0"/>
          <w:i w:val="0"/>
          <w:smallCaps w:val="0"/>
          <w:strike w:val="0"/>
          <w:sz w:val="22"/>
          <w:u w:val="single"/>
        </w:rPr>
        <w:t xml:space="preserve"> would </w:t>
      </w:r>
      <w:r>
        <w:rPr>
          <w:b w:val="0"/>
          <w:i w:val="0"/>
          <w:smallCaps w:val="0"/>
          <w:strike w:val="0"/>
          <w:sz w:val="22"/>
          <w:highlight w:val="cyan"/>
          <w:u w:val="single"/>
        </w:rPr>
        <w:t>result in</w:t>
      </w:r>
      <w:r>
        <w:rPr>
          <w:b w:val="0"/>
          <w:i w:val="0"/>
          <w:smallCaps w:val="0"/>
          <w:strike w:val="0"/>
          <w:u w:val="none"/>
        </w:rPr>
        <w:t xml:space="preserve"> the </w:t>
      </w:r>
      <w:r>
        <w:rPr>
          <w:b/>
          <w:i w:val="0"/>
          <w:smallCaps w:val="0"/>
          <w:strike w:val="0"/>
          <w:sz w:val="22"/>
          <w:highlight w:val="cyan"/>
          <w:u w:val="single"/>
        </w:rPr>
        <w:t>extinction</w:t>
      </w:r>
      <w:r>
        <w:rPr>
          <w:b/>
          <w:i w:val="0"/>
          <w:smallCaps w:val="0"/>
          <w:strike w:val="0"/>
          <w:sz w:val="22"/>
          <w:u w:val="single"/>
        </w:rPr>
        <w:t xml:space="preserve"> of humanity</w:t>
      </w:r>
      <w:r>
        <w:rPr>
          <w:b w:val="0"/>
          <w:i w:val="0"/>
          <w:smallCaps w:val="0"/>
          <w:strike w:val="0"/>
          <w:u w:val="none"/>
        </w:rPr>
        <w:t xml:space="preserve">. </w:t>
      </w:r>
      <w:r>
        <w:rPr>
          <w:b w:val="0"/>
          <w:i w:val="0"/>
          <w:smallCaps w:val="0"/>
          <w:strike w:val="0"/>
          <w:sz w:val="22"/>
          <w:u w:val="single"/>
        </w:rPr>
        <w:t>Death rates of</w:t>
      </w:r>
      <w:r>
        <w:rPr>
          <w:b w:val="0"/>
          <w:i w:val="0"/>
          <w:smallCaps w:val="0"/>
          <w:strike w:val="0"/>
          <w:u w:val="none"/>
        </w:rPr>
        <w:t xml:space="preserve"> up to </w:t>
      </w:r>
      <w:r>
        <w:rPr>
          <w:b/>
          <w:i w:val="0"/>
          <w:smallCaps w:val="0"/>
          <w:strike w:val="0"/>
          <w:sz w:val="22"/>
          <w:u w:val="single"/>
        </w:rPr>
        <w:t>50%</w:t>
      </w:r>
      <w:r>
        <w:rPr>
          <w:b w:val="0"/>
          <w:i w:val="0"/>
          <w:smallCaps w:val="0"/>
          <w:strike w:val="0"/>
          <w:u w:val="none"/>
        </w:rPr>
        <w:t xml:space="preserve"> </w:t>
      </w:r>
      <w:r>
        <w:rPr>
          <w:b w:val="0"/>
          <w:i w:val="0"/>
          <w:smallCaps w:val="0"/>
          <w:strike w:val="0"/>
          <w:sz w:val="22"/>
          <w:u w:val="single"/>
        </w:rPr>
        <w:t>during the Black Death</w:t>
      </w:r>
      <w:r>
        <w:rPr>
          <w:b w:val="0"/>
          <w:i w:val="0"/>
          <w:smallCaps w:val="0"/>
          <w:strike w:val="0"/>
          <w:u w:val="none"/>
        </w:rPr>
        <w:t xml:space="preserve"> in Europe </w:t>
      </w:r>
      <w:r>
        <w:rPr>
          <w:b w:val="0"/>
          <w:i w:val="0"/>
          <w:smallCaps w:val="0"/>
          <w:strike w:val="0"/>
          <w:sz w:val="22"/>
          <w:u w:val="single"/>
        </w:rPr>
        <w:t>do not</w:t>
      </w:r>
      <w:r>
        <w:rPr>
          <w:b w:val="0"/>
          <w:i w:val="0"/>
          <w:smallCaps w:val="0"/>
          <w:strike w:val="0"/>
          <w:u w:val="none"/>
        </w:rPr>
        <w:t xml:space="preserve"> appear to have </w:t>
      </w:r>
      <w:r>
        <w:rPr>
          <w:b w:val="0"/>
          <w:i w:val="0"/>
          <w:smallCaps w:val="0"/>
          <w:strike w:val="0"/>
          <w:sz w:val="22"/>
          <w:u w:val="single"/>
        </w:rPr>
        <w:t xml:space="preserve">even come close to causing </w:t>
      </w:r>
      <w:r>
        <w:rPr>
          <w:b/>
          <w:i w:val="0"/>
          <w:smallCaps w:val="0"/>
          <w:strike w:val="0"/>
          <w:sz w:val="22"/>
          <w:u w:val="single"/>
        </w:rPr>
        <w:t>civilisational</w:t>
      </w:r>
      <w:r>
        <w:rPr>
          <w:b/>
          <w:i w:val="0"/>
          <w:smallCaps w:val="0"/>
          <w:strike w:val="0"/>
          <w:sz w:val="22"/>
          <w:u w:val="single"/>
        </w:rPr>
        <w:t xml:space="preserve"> collapse</w:t>
      </w:r>
      <w:r>
        <w:rPr>
          <w:b w:val="0"/>
          <w:i w:val="0"/>
          <w:smallCaps w:val="0"/>
          <w:strike w:val="0"/>
          <w:u w:val="none"/>
        </w:rPr>
        <w:t xml:space="preserve"> in that region, </w:t>
      </w:r>
      <w:r>
        <w:rPr>
          <w:b w:val="0"/>
          <w:i w:val="0"/>
          <w:smallCaps w:val="0"/>
          <w:strike w:val="0"/>
          <w:sz w:val="22"/>
          <w:u w:val="single"/>
        </w:rPr>
        <w:t>while</w:t>
      </w:r>
      <w:r>
        <w:rPr>
          <w:b w:val="0"/>
          <w:i w:val="0"/>
          <w:smallCaps w:val="0"/>
          <w:strike w:val="0"/>
          <w:u w:val="none"/>
        </w:rPr>
        <w:t xml:space="preserve"> population losses of up to </w:t>
      </w:r>
      <w:r>
        <w:rPr>
          <w:b/>
          <w:i w:val="0"/>
          <w:smallCaps w:val="0"/>
          <w:strike w:val="0"/>
          <w:sz w:val="22"/>
          <w:highlight w:val="cyan"/>
          <w:u w:val="single"/>
        </w:rPr>
        <w:t>90%</w:t>
      </w:r>
      <w:r>
        <w:rPr>
          <w:b w:val="0"/>
          <w:i w:val="0"/>
          <w:smallCaps w:val="0"/>
          <w:strike w:val="0"/>
          <w:sz w:val="22"/>
          <w:highlight w:val="cyan"/>
          <w:u w:val="single"/>
        </w:rPr>
        <w:t xml:space="preserve"> </w:t>
      </w:r>
      <w:r>
        <w:rPr>
          <w:b w:val="0"/>
          <w:i w:val="0"/>
          <w:smallCaps w:val="0"/>
          <w:strike w:val="0"/>
          <w:sz w:val="22"/>
          <w:u w:val="single"/>
        </w:rPr>
        <w:t>in Mesoamerica</w:t>
      </w:r>
      <w:r>
        <w:rPr>
          <w:b w:val="0"/>
          <w:i w:val="0"/>
          <w:smallCaps w:val="0"/>
          <w:strike w:val="0"/>
          <w:u w:val="none"/>
        </w:rPr>
        <w:t xml:space="preserve"> over the course of the invasion and plagues of the 16th century </w:t>
      </w:r>
      <w:r>
        <w:rPr>
          <w:b w:val="0"/>
          <w:i w:val="0"/>
          <w:smallCaps w:val="0"/>
          <w:strike w:val="0"/>
          <w:sz w:val="22"/>
          <w:highlight w:val="cyan"/>
          <w:u w:val="single"/>
        </w:rPr>
        <w:t>did not</w:t>
      </w:r>
      <w:r>
        <w:rPr>
          <w:b w:val="0"/>
          <w:i w:val="0"/>
          <w:smallCaps w:val="0"/>
          <w:strike w:val="0"/>
          <w:sz w:val="22"/>
          <w:u w:val="single"/>
        </w:rPr>
        <w:t xml:space="preserve"> </w:t>
      </w:r>
      <w:r>
        <w:rPr>
          <w:b w:val="0"/>
          <w:i w:val="0"/>
          <w:smallCaps w:val="0"/>
          <w:strike w:val="0"/>
          <w:sz w:val="22"/>
          <w:u w:val="single"/>
        </w:rPr>
        <w:t xml:space="preserve">lead to the </w:t>
      </w:r>
      <w:r>
        <w:rPr>
          <w:b/>
          <w:i w:val="0"/>
          <w:smallCaps w:val="0"/>
          <w:strike w:val="0"/>
          <w:sz w:val="22"/>
          <w:highlight w:val="cyan"/>
          <w:u w:val="single"/>
        </w:rPr>
        <w:t xml:space="preserve">end </w:t>
      </w:r>
      <w:r>
        <w:rPr>
          <w:b/>
          <w:i w:val="0"/>
          <w:smallCaps w:val="0"/>
          <w:strike w:val="0"/>
          <w:sz w:val="22"/>
          <w:u w:val="single"/>
        </w:rPr>
        <w:t xml:space="preserve">of </w:t>
      </w:r>
      <w:r>
        <w:rPr>
          <w:b/>
          <w:i w:val="0"/>
          <w:smallCaps w:val="0"/>
          <w:strike w:val="0"/>
          <w:sz w:val="22"/>
          <w:highlight w:val="cyan"/>
          <w:u w:val="single"/>
        </w:rPr>
        <w:t>civilization</w:t>
      </w:r>
      <w:r>
        <w:rPr>
          <w:b w:val="0"/>
          <w:i w:val="0"/>
          <w:smallCaps w:val="0"/>
          <w:strike w:val="0"/>
          <w:sz w:val="22"/>
          <w:u w:val="single"/>
        </w:rPr>
        <w:t xml:space="preserve"> in those regions</w:t>
      </w:r>
      <w:r>
        <w:rPr>
          <w:b w:val="0"/>
          <w:i w:val="0"/>
          <w:smallCaps w:val="0"/>
          <w:strike w:val="0"/>
          <w:u w:val="none"/>
        </w:rPr>
        <w:t xml:space="preserve"> (though social and political disruption during these events were massive).</w:t>
      </w:r>
    </w:p>
    <w:p>
      <w:pPr>
        <w:spacing w:after="60"/>
      </w:pPr>
      <w:r>
        <w:rPr>
          <w:b w:val="0"/>
          <w:i w:val="0"/>
          <w:smallCaps w:val="0"/>
          <w:strike w:val="0"/>
          <w:u w:val="none"/>
        </w:rPr>
        <w:t xml:space="preserve">If we think the minimal viable human population is roughly 7,000 (which is near the upper end of the figures cited by Ord (p. 41), though rounded for simplicity), then </w:t>
      </w:r>
      <w:r>
        <w:rPr>
          <w:b w:val="0"/>
          <w:i w:val="0"/>
          <w:smallCaps w:val="0"/>
          <w:strike w:val="0"/>
          <w:sz w:val="22"/>
          <w:u w:val="single"/>
        </w:rPr>
        <w:t>a pathogen would need to</w:t>
      </w:r>
      <w:r>
        <w:rPr>
          <w:b w:val="0"/>
          <w:i w:val="0"/>
          <w:smallCaps w:val="0"/>
          <w:strike w:val="0"/>
          <w:u w:val="none"/>
        </w:rPr>
        <w:t xml:space="preserve"> directly or indirectly </w:t>
      </w:r>
      <w:r>
        <w:rPr>
          <w:b w:val="0"/>
          <w:i w:val="0"/>
          <w:smallCaps w:val="0"/>
          <w:strike w:val="0"/>
          <w:sz w:val="22"/>
          <w:u w:val="single"/>
        </w:rPr>
        <w:t xml:space="preserve">lead to the deaths of more than </w:t>
      </w:r>
      <w:r>
        <w:rPr>
          <w:b/>
          <w:i w:val="0"/>
          <w:smallCaps w:val="0"/>
          <w:strike w:val="0"/>
          <w:sz w:val="22"/>
          <w:u w:val="single"/>
        </w:rPr>
        <w:t>99.9999%</w:t>
      </w:r>
      <w:r>
        <w:rPr>
          <w:b w:val="0"/>
          <w:i w:val="0"/>
          <w:smallCaps w:val="0"/>
          <w:strike w:val="0"/>
          <w:sz w:val="22"/>
          <w:u w:val="single"/>
        </w:rPr>
        <w:t xml:space="preserve"> of the</w:t>
      </w:r>
      <w:r>
        <w:rPr>
          <w:b w:val="0"/>
          <w:i w:val="0"/>
          <w:smallCaps w:val="0"/>
          <w:strike w:val="0"/>
          <w:u w:val="none"/>
        </w:rPr>
        <w:t xml:space="preserve"> </w:t>
      </w:r>
      <w:r>
        <w:rPr>
          <w:b/>
          <w:i w:val="0"/>
          <w:smallCaps w:val="0"/>
          <w:strike w:val="0"/>
          <w:sz w:val="22"/>
          <w:u w:val="single"/>
        </w:rPr>
        <w:t>current world population</w:t>
      </w:r>
      <w:r>
        <w:rPr>
          <w:b w:val="0"/>
          <w:i w:val="0"/>
          <w:smallCaps w:val="0"/>
          <w:strike w:val="0"/>
          <w:u w:val="none"/>
        </w:rPr>
        <w:t xml:space="preserve"> </w:t>
      </w:r>
      <w:r>
        <w:rPr>
          <w:b w:val="0"/>
          <w:i w:val="0"/>
          <w:smallCaps w:val="0"/>
          <w:strike w:val="0"/>
          <w:u w:val="none"/>
        </w:rPr>
        <w:t xml:space="preserve">in order </w:t>
      </w:r>
      <w:r>
        <w:rPr>
          <w:b w:val="0"/>
          <w:i w:val="0"/>
          <w:smallCaps w:val="0"/>
          <w:strike w:val="0"/>
          <w:sz w:val="22"/>
          <w:u w:val="single"/>
        </w:rPr>
        <w:t>to</w:t>
      </w:r>
      <w:r>
        <w:rPr>
          <w:b w:val="0"/>
          <w:i w:val="0"/>
          <w:smallCaps w:val="0"/>
          <w:strike w:val="0"/>
          <w:sz w:val="22"/>
          <w:u w:val="single"/>
        </w:rPr>
        <w:t xml:space="preserve"> lead to </w:t>
      </w:r>
      <w:r>
        <w:rPr>
          <w:b/>
          <w:i w:val="0"/>
          <w:smallCaps w:val="0"/>
          <w:strike w:val="0"/>
          <w:sz w:val="22"/>
          <w:u w:val="single"/>
        </w:rPr>
        <w:t>human extinction</w:t>
      </w:r>
      <w:r>
        <w:rPr>
          <w:b w:val="0"/>
          <w:i w:val="0"/>
          <w:smallCaps w:val="0"/>
          <w:strike w:val="0"/>
          <w:u w:val="none"/>
        </w:rPr>
        <w:t xml:space="preserve">. One could argue that the pathogen would only need to directly cause a much smaller number of deaths, with the remaining deaths caused by secondary disruptions such as </w:t>
      </w:r>
      <w:r>
        <w:rPr>
          <w:b/>
          <w:i w:val="0"/>
          <w:smallCaps w:val="0"/>
          <w:strike w:val="0"/>
          <w:sz w:val="22"/>
          <w:highlight w:val="cyan"/>
          <w:u w:val="single"/>
        </w:rPr>
        <w:t>war</w:t>
      </w:r>
      <w:r>
        <w:rPr>
          <w:b w:val="0"/>
          <w:i w:val="0"/>
          <w:smallCaps w:val="0"/>
          <w:strike w:val="0"/>
          <w:sz w:val="22"/>
          <w:u w:val="single"/>
        </w:rPr>
        <w:t xml:space="preserve"> or </w:t>
      </w:r>
      <w:r>
        <w:rPr>
          <w:b/>
          <w:i w:val="0"/>
          <w:smallCaps w:val="0"/>
          <w:strike w:val="0"/>
          <w:sz w:val="22"/>
          <w:u w:val="single"/>
        </w:rPr>
        <w:t>famine</w:t>
      </w:r>
      <w:r>
        <w:rPr>
          <w:b w:val="0"/>
          <w:i w:val="0"/>
          <w:smallCaps w:val="0"/>
          <w:strike w:val="0"/>
          <w:u w:val="none"/>
        </w:rPr>
        <w:t xml:space="preserve">. </w:t>
      </w:r>
      <w:r>
        <w:rPr>
          <w:b w:val="0"/>
          <w:i w:val="0"/>
          <w:smallCaps w:val="0"/>
          <w:strike w:val="0"/>
          <w:u w:val="none"/>
        </w:rPr>
        <w:t>However</w:t>
      </w:r>
      <w:r>
        <w:rPr>
          <w:b w:val="0"/>
          <w:i w:val="0"/>
          <w:smallCaps w:val="0"/>
          <w:strike w:val="0"/>
          <w:u w:val="none"/>
        </w:rPr>
        <w:t xml:space="preserve"> to me this </w:t>
      </w:r>
      <w:r>
        <w:rPr>
          <w:b w:val="0"/>
          <w:i w:val="0"/>
          <w:smallCaps w:val="0"/>
          <w:strike w:val="0"/>
          <w:sz w:val="22"/>
          <w:highlight w:val="cyan"/>
          <w:u w:val="single"/>
        </w:rPr>
        <w:t>seems</w:t>
      </w:r>
      <w:r>
        <w:rPr>
          <w:b w:val="0"/>
          <w:i w:val="0"/>
          <w:smallCaps w:val="0"/>
          <w:strike w:val="0"/>
          <w:sz w:val="22"/>
          <w:u w:val="single"/>
        </w:rPr>
        <w:t xml:space="preserve"> </w:t>
      </w:r>
      <w:r>
        <w:rPr>
          <w:b/>
          <w:i w:val="0"/>
          <w:smallCaps w:val="0"/>
          <w:strike w:val="0"/>
          <w:sz w:val="22"/>
          <w:u w:val="single"/>
        </w:rPr>
        <w:t xml:space="preserve">very </w:t>
      </w:r>
      <w:r>
        <w:rPr>
          <w:b/>
          <w:i w:val="0"/>
          <w:smallCaps w:val="0"/>
          <w:strike w:val="0"/>
          <w:sz w:val="22"/>
          <w:highlight w:val="cyan"/>
          <w:u w:val="single"/>
        </w:rPr>
        <w:t>unlikely</w:t>
      </w:r>
      <w:r>
        <w:rPr>
          <w:b w:val="0"/>
          <w:i w:val="0"/>
          <w:smallCaps w:val="0"/>
          <w:strike w:val="0"/>
          <w:highlight w:val="cyan"/>
          <w:u w:val="none"/>
        </w:rPr>
        <w:t xml:space="preserve">, </w:t>
      </w:r>
      <w:r>
        <w:rPr>
          <w:b w:val="0"/>
          <w:i w:val="0"/>
          <w:smallCaps w:val="0"/>
          <w:strike w:val="0"/>
          <w:sz w:val="22"/>
          <w:highlight w:val="cyan"/>
          <w:u w:val="single"/>
        </w:rPr>
        <w:t>considering</w:t>
      </w:r>
      <w:r>
        <w:rPr>
          <w:b w:val="0"/>
          <w:i w:val="0"/>
          <w:smallCaps w:val="0"/>
          <w:strike w:val="0"/>
          <w:u w:val="none"/>
        </w:rPr>
        <w:t xml:space="preserve"> that such </w:t>
      </w:r>
      <w:r>
        <w:rPr>
          <w:b w:val="0"/>
          <w:i w:val="0"/>
          <w:smallCaps w:val="0"/>
          <w:strike w:val="0"/>
          <w:sz w:val="22"/>
          <w:u w:val="single"/>
        </w:rPr>
        <w:t xml:space="preserve">a </w:t>
      </w:r>
      <w:r>
        <w:rPr>
          <w:b/>
          <w:i w:val="0"/>
          <w:smallCaps w:val="0"/>
          <w:strike w:val="0"/>
          <w:sz w:val="22"/>
          <w:u w:val="single"/>
        </w:rPr>
        <w:t xml:space="preserve">devastating </w:t>
      </w:r>
      <w:r>
        <w:rPr>
          <w:b/>
          <w:i w:val="0"/>
          <w:smallCaps w:val="0"/>
          <w:strike w:val="0"/>
          <w:sz w:val="22"/>
          <w:highlight w:val="cyan"/>
          <w:u w:val="single"/>
        </w:rPr>
        <w:t>pathogen</w:t>
      </w:r>
      <w:r>
        <w:rPr>
          <w:b w:val="0"/>
          <w:i w:val="0"/>
          <w:smallCaps w:val="0"/>
          <w:strike w:val="0"/>
          <w:u w:val="none"/>
        </w:rPr>
        <w:t xml:space="preserve"> would significantly </w:t>
      </w:r>
      <w:r>
        <w:rPr>
          <w:b w:val="0"/>
          <w:i w:val="0"/>
          <w:smallCaps w:val="0"/>
          <w:strike w:val="0"/>
          <w:sz w:val="22"/>
          <w:highlight w:val="cyan"/>
          <w:u w:val="single"/>
        </w:rPr>
        <w:t>impair</w:t>
      </w:r>
      <w:r>
        <w:rPr>
          <w:b w:val="0"/>
          <w:i w:val="0"/>
          <w:smallCaps w:val="0"/>
          <w:strike w:val="0"/>
          <w:sz w:val="22"/>
          <w:u w:val="single"/>
        </w:rPr>
        <w:t xml:space="preserve"> the ability of nations to wage </w:t>
      </w:r>
      <w:r>
        <w:rPr>
          <w:b w:val="0"/>
          <w:i w:val="0"/>
          <w:smallCaps w:val="0"/>
          <w:strike w:val="0"/>
          <w:sz w:val="22"/>
          <w:highlight w:val="cyan"/>
          <w:u w:val="single"/>
        </w:rPr>
        <w:t>war</w:t>
      </w:r>
      <w:r>
        <w:rPr>
          <w:b w:val="0"/>
          <w:i w:val="0"/>
          <w:smallCaps w:val="0"/>
          <w:strike w:val="0"/>
          <w:u w:val="none"/>
        </w:rPr>
        <w:t xml:space="preserve">, and it is hard to see how warfare would affect all areas of the globe sufficiently to bring about such significant population loss. </w:t>
      </w:r>
      <w:r>
        <w:rPr>
          <w:b w:val="0"/>
          <w:i w:val="0"/>
          <w:smallCaps w:val="0"/>
          <w:strike w:val="0"/>
          <w:sz w:val="22"/>
          <w:u w:val="single"/>
        </w:rPr>
        <w:t>Global famine also seems unlikely, given</w:t>
      </w:r>
      <w:r>
        <w:rPr>
          <w:b w:val="0"/>
          <w:i w:val="0"/>
          <w:smallCaps w:val="0"/>
          <w:strike w:val="0"/>
          <w:u w:val="none"/>
        </w:rPr>
        <w:t xml:space="preserve"> that </w:t>
      </w:r>
      <w:r>
        <w:rPr>
          <w:b w:val="0"/>
          <w:i w:val="0"/>
          <w:smallCaps w:val="0"/>
          <w:strike w:val="0"/>
          <w:sz w:val="22"/>
          <w:u w:val="single"/>
        </w:rPr>
        <w:t>the greater the</w:t>
      </w:r>
      <w:r>
        <w:rPr>
          <w:b w:val="0"/>
          <w:i w:val="0"/>
          <w:smallCaps w:val="0"/>
          <w:strike w:val="0"/>
          <w:u w:val="none"/>
        </w:rPr>
        <w:t xml:space="preserve"> number of </w:t>
      </w:r>
      <w:r>
        <w:rPr>
          <w:b w:val="0"/>
          <w:i w:val="0"/>
          <w:smallCaps w:val="0"/>
          <w:strike w:val="0"/>
          <w:sz w:val="22"/>
          <w:u w:val="single"/>
        </w:rPr>
        <w:t>pandemic deaths, the more food</w:t>
      </w:r>
      <w:r>
        <w:rPr>
          <w:b w:val="0"/>
          <w:i w:val="0"/>
          <w:smallCaps w:val="0"/>
          <w:strike w:val="0"/>
          <w:u w:val="none"/>
        </w:rPr>
        <w:t xml:space="preserve"> stores would be </w:t>
      </w:r>
      <w:r>
        <w:rPr>
          <w:b w:val="0"/>
          <w:i w:val="0"/>
          <w:smallCaps w:val="0"/>
          <w:strike w:val="0"/>
          <w:sz w:val="22"/>
          <w:u w:val="single"/>
        </w:rPr>
        <w:t>available to survivors</w:t>
      </w:r>
      <w:r>
        <w:rPr>
          <w:b w:val="0"/>
          <w:i w:val="0"/>
          <w:smallCaps w:val="0"/>
          <w:strike w:val="0"/>
          <w:u w:val="none"/>
        </w:rPr>
        <w:t xml:space="preserve">. Perhaps the most devastating scenario would be a massive global pandemic followed by a full-scale nuclear war, though </w:t>
      </w:r>
      <w:r>
        <w:rPr>
          <w:b w:val="0"/>
          <w:i w:val="0"/>
          <w:smallCaps w:val="0"/>
          <w:strike w:val="0"/>
          <w:sz w:val="22"/>
          <w:u w:val="single"/>
        </w:rPr>
        <w:t xml:space="preserve">it is </w:t>
      </w:r>
      <w:r>
        <w:rPr>
          <w:b/>
          <w:i w:val="0"/>
          <w:smallCaps w:val="0"/>
          <w:strike w:val="0"/>
          <w:sz w:val="22"/>
          <w:u w:val="single"/>
        </w:rPr>
        <w:t>unclear</w:t>
      </w:r>
      <w:r>
        <w:rPr>
          <w:b w:val="0"/>
          <w:i w:val="0"/>
          <w:smallCaps w:val="0"/>
          <w:strike w:val="0"/>
          <w:sz w:val="22"/>
          <w:u w:val="single"/>
        </w:rPr>
        <w:t xml:space="preserve"> why</w:t>
      </w:r>
      <w:r>
        <w:rPr>
          <w:b w:val="0"/>
          <w:i w:val="0"/>
          <w:smallCaps w:val="0"/>
          <w:strike w:val="0"/>
          <w:u w:val="none"/>
        </w:rPr>
        <w:t xml:space="preserve"> </w:t>
      </w:r>
      <w:r>
        <w:rPr>
          <w:b w:val="0"/>
          <w:i w:val="0"/>
          <w:smallCaps w:val="0"/>
          <w:strike w:val="0"/>
          <w:u w:val="none"/>
        </w:rPr>
        <w:t xml:space="preserve">should </w:t>
      </w:r>
      <w:r>
        <w:rPr>
          <w:b w:val="0"/>
          <w:i w:val="0"/>
          <w:smallCaps w:val="0"/>
          <w:strike w:val="0"/>
          <w:sz w:val="22"/>
          <w:u w:val="single"/>
        </w:rPr>
        <w:t xml:space="preserve">a </w:t>
      </w:r>
      <w:r>
        <w:rPr>
          <w:b/>
          <w:i w:val="0"/>
          <w:smallCaps w:val="0"/>
          <w:strike w:val="0"/>
          <w:sz w:val="22"/>
          <w:u w:val="single"/>
        </w:rPr>
        <w:t>nuclear exchange</w:t>
      </w:r>
      <w:r>
        <w:rPr>
          <w:b w:val="0"/>
          <w:i w:val="0"/>
          <w:smallCaps w:val="0"/>
          <w:strike w:val="0"/>
          <w:sz w:val="22"/>
          <w:u w:val="single"/>
        </w:rPr>
        <w:t xml:space="preserve"> would</w:t>
      </w:r>
      <w:r>
        <w:rPr>
          <w:b w:val="0"/>
          <w:i w:val="0"/>
          <w:smallCaps w:val="0"/>
          <w:strike w:val="0"/>
          <w:sz w:val="22"/>
          <w:u w:val="single"/>
        </w:rPr>
        <w:t xml:space="preserve"> </w:t>
      </w:r>
      <w:r>
        <w:rPr>
          <w:b/>
          <w:i w:val="0"/>
          <w:smallCaps w:val="0"/>
          <w:strike w:val="0"/>
          <w:sz w:val="22"/>
          <w:u w:val="single"/>
        </w:rPr>
        <w:t>follow</w:t>
      </w:r>
      <w:r>
        <w:rPr>
          <w:b w:val="0"/>
          <w:i w:val="0"/>
          <w:smallCaps w:val="0"/>
          <w:strike w:val="0"/>
          <w:sz w:val="22"/>
          <w:u w:val="single"/>
        </w:rPr>
        <w:t xml:space="preserve"> a pandemic</w:t>
      </w:r>
      <w:r>
        <w:rPr>
          <w:b w:val="0"/>
          <w:i w:val="0"/>
          <w:smallCaps w:val="0"/>
          <w:strike w:val="0"/>
          <w:u w:val="none"/>
        </w:rPr>
        <w:t xml:space="preserve">. One can of course devise various hypothetical scenarios, but </w:t>
      </w:r>
      <w:r>
        <w:rPr>
          <w:b w:val="0"/>
          <w:i w:val="0"/>
          <w:smallCaps w:val="0"/>
          <w:strike w:val="0"/>
          <w:u w:val="none"/>
        </w:rPr>
        <w:t>overall</w:t>
      </w:r>
      <w:r>
        <w:rPr>
          <w:b w:val="0"/>
          <w:i w:val="0"/>
          <w:smallCaps w:val="0"/>
          <w:strike w:val="0"/>
          <w:u w:val="none"/>
        </w:rPr>
        <w:t xml:space="preserve"> it appears to me that a pathogen would have to have an extremely high fatality rate in order to have the potential to cause human extinction.</w:t>
      </w:r>
    </w:p>
    <w:p>
      <w:pPr>
        <w:spacing w:after="60"/>
      </w:pPr>
      <w:r>
        <w:rPr>
          <w:b w:val="0"/>
          <w:i w:val="0"/>
          <w:smallCaps w:val="0"/>
          <w:strike w:val="0"/>
          <w:u w:val="none"/>
        </w:rPr>
        <w:t xml:space="preserve">In addition to a high fatality rate, </w:t>
      </w:r>
      <w:r>
        <w:rPr>
          <w:b w:val="0"/>
          <w:i w:val="0"/>
          <w:smallCaps w:val="0"/>
          <w:strike w:val="0"/>
          <w:sz w:val="22"/>
          <w:u w:val="single"/>
        </w:rPr>
        <w:t xml:space="preserve">an extinction-level </w:t>
      </w:r>
      <w:r>
        <w:rPr>
          <w:b w:val="0"/>
          <w:i w:val="0"/>
          <w:smallCaps w:val="0"/>
          <w:strike w:val="0"/>
          <w:sz w:val="22"/>
          <w:highlight w:val="cyan"/>
          <w:u w:val="single"/>
        </w:rPr>
        <w:t>pathogen would</w:t>
      </w:r>
      <w:r>
        <w:rPr>
          <w:b w:val="0"/>
          <w:i w:val="0"/>
          <w:smallCaps w:val="0"/>
          <w:strike w:val="0"/>
          <w:sz w:val="22"/>
          <w:u w:val="single"/>
        </w:rPr>
        <w:t xml:space="preserve"> also </w:t>
      </w:r>
      <w:r>
        <w:rPr>
          <w:b w:val="0"/>
          <w:i w:val="0"/>
          <w:smallCaps w:val="0"/>
          <w:strike w:val="0"/>
          <w:sz w:val="22"/>
          <w:highlight w:val="cyan"/>
          <w:u w:val="single"/>
        </w:rPr>
        <w:t xml:space="preserve">have to be </w:t>
      </w:r>
      <w:r>
        <w:rPr>
          <w:b/>
          <w:i w:val="0"/>
          <w:smallCaps w:val="0"/>
          <w:strike w:val="0"/>
          <w:sz w:val="22"/>
          <w:u w:val="single"/>
        </w:rPr>
        <w:t xml:space="preserve">sufficiently </w:t>
      </w:r>
      <w:r>
        <w:rPr>
          <w:b/>
          <w:i w:val="0"/>
          <w:smallCaps w:val="0"/>
          <w:strike w:val="0"/>
          <w:sz w:val="22"/>
          <w:highlight w:val="cyan"/>
          <w:u w:val="single"/>
        </w:rPr>
        <w:t>infectious</w:t>
      </w:r>
      <w:r>
        <w:rPr>
          <w:b w:val="0"/>
          <w:i w:val="0"/>
          <w:smallCaps w:val="0"/>
          <w:strike w:val="0"/>
          <w:u w:val="none"/>
        </w:rPr>
        <w:t xml:space="preserve"> such that it would be able to spread rapidly through human populations. It would need </w:t>
      </w:r>
      <w:r>
        <w:rPr>
          <w:b w:val="0"/>
          <w:i w:val="0"/>
          <w:smallCaps w:val="0"/>
          <w:strike w:val="0"/>
          <w:sz w:val="22"/>
          <w:u w:val="single"/>
        </w:rPr>
        <w:t xml:space="preserve">to </w:t>
      </w:r>
      <w:r>
        <w:rPr>
          <w:b w:val="0"/>
          <w:i w:val="0"/>
          <w:smallCaps w:val="0"/>
          <w:strike w:val="0"/>
          <w:sz w:val="22"/>
          <w:highlight w:val="cyan"/>
          <w:u w:val="single"/>
        </w:rPr>
        <w:t xml:space="preserve">have a </w:t>
      </w:r>
      <w:r>
        <w:rPr>
          <w:b/>
          <w:i w:val="0"/>
          <w:smallCaps w:val="0"/>
          <w:strike w:val="0"/>
          <w:sz w:val="22"/>
          <w:highlight w:val="cyan"/>
          <w:u w:val="single"/>
        </w:rPr>
        <w:t>long</w:t>
      </w:r>
      <w:r>
        <w:rPr>
          <w:b/>
          <w:i w:val="0"/>
          <w:smallCaps w:val="0"/>
          <w:strike w:val="0"/>
          <w:sz w:val="22"/>
          <w:u w:val="single"/>
        </w:rPr>
        <w:t xml:space="preserve"> enough </w:t>
      </w:r>
      <w:r>
        <w:rPr>
          <w:b/>
          <w:i w:val="0"/>
          <w:smallCaps w:val="0"/>
          <w:strike w:val="0"/>
          <w:sz w:val="22"/>
          <w:highlight w:val="cyan"/>
          <w:u w:val="single"/>
        </w:rPr>
        <w:t>incubation time</w:t>
      </w:r>
      <w:r>
        <w:rPr>
          <w:b w:val="0"/>
          <w:i w:val="0"/>
          <w:smallCaps w:val="0"/>
          <w:strike w:val="0"/>
          <w:sz w:val="22"/>
          <w:highlight w:val="cyan"/>
          <w:u w:val="single"/>
        </w:rPr>
        <w:t xml:space="preserve"> such</w:t>
      </w:r>
      <w:r>
        <w:rPr>
          <w:b w:val="0"/>
          <w:i w:val="0"/>
          <w:smallCaps w:val="0"/>
          <w:strike w:val="0"/>
          <w:sz w:val="22"/>
          <w:u w:val="single"/>
        </w:rPr>
        <w:t xml:space="preserve"> that </w:t>
      </w:r>
      <w:r>
        <w:rPr>
          <w:b/>
          <w:i w:val="0"/>
          <w:smallCaps w:val="0"/>
          <w:strike w:val="0"/>
          <w:sz w:val="22"/>
          <w:u w:val="single"/>
        </w:rPr>
        <w:t xml:space="preserve">infected </w:t>
      </w:r>
      <w:r>
        <w:rPr>
          <w:b/>
          <w:i w:val="0"/>
          <w:smallCaps w:val="0"/>
          <w:strike w:val="0"/>
          <w:sz w:val="22"/>
          <w:highlight w:val="cyan"/>
          <w:u w:val="single"/>
        </w:rPr>
        <w:t>persons</w:t>
      </w:r>
      <w:r>
        <w:rPr>
          <w:b w:val="0"/>
          <w:i w:val="0"/>
          <w:smallCaps w:val="0"/>
          <w:strike w:val="0"/>
          <w:sz w:val="22"/>
          <w:highlight w:val="cyan"/>
          <w:u w:val="single"/>
        </w:rPr>
        <w:t xml:space="preserve"> can</w:t>
      </w:r>
      <w:r>
        <w:rPr>
          <w:b w:val="0"/>
          <w:i w:val="0"/>
          <w:smallCaps w:val="0"/>
          <w:strike w:val="0"/>
          <w:sz w:val="22"/>
          <w:u w:val="single"/>
        </w:rPr>
        <w:t xml:space="preserve"> travel and </w:t>
      </w:r>
      <w:r>
        <w:rPr>
          <w:b/>
          <w:i w:val="0"/>
          <w:smallCaps w:val="0"/>
          <w:strike w:val="0"/>
          <w:sz w:val="22"/>
          <w:highlight w:val="cyan"/>
          <w:u w:val="single"/>
        </w:rPr>
        <w:t>infect</w:t>
      </w:r>
      <w:r>
        <w:rPr>
          <w:b/>
          <w:i w:val="0"/>
          <w:smallCaps w:val="0"/>
          <w:strike w:val="0"/>
          <w:sz w:val="22"/>
          <w:u w:val="single"/>
        </w:rPr>
        <w:t xml:space="preserve"> more people</w:t>
      </w:r>
      <w:r>
        <w:rPr>
          <w:b w:val="0"/>
          <w:i w:val="0"/>
          <w:smallCaps w:val="0"/>
          <w:strike w:val="0"/>
          <w:u w:val="none"/>
        </w:rPr>
        <w:t xml:space="preserve"> before they can be identified and quarantined. It would also need to be able </w:t>
      </w:r>
      <w:r>
        <w:rPr>
          <w:b w:val="0"/>
          <w:i w:val="0"/>
          <w:smallCaps w:val="0"/>
          <w:strike w:val="0"/>
          <w:sz w:val="22"/>
          <w:u w:val="single"/>
        </w:rPr>
        <w:t xml:space="preserve">to </w:t>
      </w:r>
      <w:r>
        <w:rPr>
          <w:b w:val="0"/>
          <w:i w:val="0"/>
          <w:smallCaps w:val="0"/>
          <w:strike w:val="0"/>
          <w:sz w:val="22"/>
          <w:highlight w:val="cyan"/>
          <w:u w:val="single"/>
        </w:rPr>
        <w:t>survive</w:t>
      </w:r>
      <w:r>
        <w:rPr>
          <w:b w:val="0"/>
          <w:i w:val="0"/>
          <w:smallCaps w:val="0"/>
          <w:strike w:val="0"/>
          <w:u w:val="none"/>
        </w:rPr>
        <w:t xml:space="preserve"> and propagate </w:t>
      </w:r>
      <w:r>
        <w:rPr>
          <w:b w:val="0"/>
          <w:i w:val="0"/>
          <w:smallCaps w:val="0"/>
          <w:strike w:val="0"/>
          <w:sz w:val="22"/>
          <w:highlight w:val="cyan"/>
          <w:u w:val="single"/>
        </w:rPr>
        <w:t>in</w:t>
      </w:r>
      <w:r>
        <w:rPr>
          <w:b w:val="0"/>
          <w:i w:val="0"/>
          <w:smallCaps w:val="0"/>
          <w:strike w:val="0"/>
          <w:sz w:val="22"/>
          <w:u w:val="single"/>
        </w:rPr>
        <w:t xml:space="preserve"> a </w:t>
      </w:r>
      <w:r>
        <w:rPr>
          <w:b/>
          <w:i w:val="0"/>
          <w:smallCaps w:val="0"/>
          <w:strike w:val="0"/>
          <w:sz w:val="22"/>
          <w:highlight w:val="cyan"/>
          <w:u w:val="single"/>
        </w:rPr>
        <w:t>wide</w:t>
      </w:r>
      <w:r>
        <w:rPr>
          <w:b/>
          <w:i w:val="0"/>
          <w:smallCaps w:val="0"/>
          <w:strike w:val="0"/>
          <w:sz w:val="22"/>
          <w:u w:val="single"/>
        </w:rPr>
        <w:t xml:space="preserve"> range of </w:t>
      </w:r>
      <w:r>
        <w:rPr>
          <w:b/>
          <w:i w:val="0"/>
          <w:smallCaps w:val="0"/>
          <w:strike w:val="0"/>
          <w:sz w:val="22"/>
          <w:highlight w:val="cyan"/>
          <w:u w:val="single"/>
        </w:rPr>
        <w:t>temperatures</w:t>
      </w:r>
      <w:r>
        <w:rPr>
          <w:b w:val="0"/>
          <w:i w:val="0"/>
          <w:smallCaps w:val="0"/>
          <w:strike w:val="0"/>
          <w:u w:val="none"/>
        </w:rPr>
        <w:t xml:space="preserve"> and climactic conditions. Finally, it would also need </w:t>
      </w:r>
      <w:r>
        <w:rPr>
          <w:b w:val="0"/>
          <w:i w:val="0"/>
          <w:smallCaps w:val="0"/>
          <w:strike w:val="0"/>
          <w:sz w:val="22"/>
          <w:u w:val="single"/>
        </w:rPr>
        <w:t xml:space="preserve">to </w:t>
      </w:r>
      <w:r>
        <w:rPr>
          <w:b w:val="0"/>
          <w:i w:val="0"/>
          <w:smallCaps w:val="0"/>
          <w:strike w:val="0"/>
          <w:sz w:val="22"/>
          <w:highlight w:val="cyan"/>
          <w:u w:val="single"/>
        </w:rPr>
        <w:t>be</w:t>
      </w:r>
      <w:r>
        <w:rPr>
          <w:b w:val="0"/>
          <w:i w:val="0"/>
          <w:smallCaps w:val="0"/>
          <w:strike w:val="0"/>
          <w:sz w:val="22"/>
          <w:u w:val="single"/>
        </w:rPr>
        <w:t xml:space="preserve"> </w:t>
      </w:r>
      <w:r>
        <w:rPr>
          <w:b/>
          <w:i w:val="0"/>
          <w:smallCaps w:val="0"/>
          <w:strike w:val="0"/>
          <w:sz w:val="22"/>
          <w:u w:val="single"/>
        </w:rPr>
        <w:t xml:space="preserve">sufficiently </w:t>
      </w:r>
      <w:r>
        <w:rPr>
          <w:b/>
          <w:i w:val="0"/>
          <w:smallCaps w:val="0"/>
          <w:strike w:val="0"/>
          <w:sz w:val="22"/>
          <w:highlight w:val="cyan"/>
          <w:u w:val="single"/>
        </w:rPr>
        <w:t>dangerous</w:t>
      </w:r>
      <w:r>
        <w:rPr>
          <w:b w:val="0"/>
          <w:i w:val="0"/>
          <w:smallCaps w:val="0"/>
          <w:strike w:val="0"/>
          <w:sz w:val="22"/>
          <w:highlight w:val="cyan"/>
          <w:u w:val="single"/>
        </w:rPr>
        <w:t xml:space="preserve"> to</w:t>
      </w:r>
      <w:r>
        <w:rPr>
          <w:b w:val="0"/>
          <w:i w:val="0"/>
          <w:smallCaps w:val="0"/>
          <w:strike w:val="0"/>
          <w:sz w:val="22"/>
          <w:u w:val="single"/>
        </w:rPr>
        <w:t xml:space="preserve"> a </w:t>
      </w:r>
      <w:r>
        <w:rPr>
          <w:b/>
          <w:i w:val="0"/>
          <w:smallCaps w:val="0"/>
          <w:strike w:val="0"/>
          <w:sz w:val="22"/>
          <w:u w:val="single"/>
        </w:rPr>
        <w:t xml:space="preserve">wide </w:t>
      </w:r>
      <w:r>
        <w:rPr>
          <w:b/>
          <w:i w:val="0"/>
          <w:smallCaps w:val="0"/>
          <w:strike w:val="0"/>
          <w:sz w:val="22"/>
          <w:highlight w:val="cyan"/>
          <w:u w:val="single"/>
        </w:rPr>
        <w:t>range of ages</w:t>
      </w:r>
      <w:r>
        <w:rPr>
          <w:b w:val="0"/>
          <w:i w:val="0"/>
          <w:smallCaps w:val="0"/>
          <w:strike w:val="0"/>
          <w:sz w:val="22"/>
          <w:highlight w:val="cyan"/>
          <w:u w:val="single"/>
        </w:rPr>
        <w:t xml:space="preserve"> and </w:t>
      </w:r>
      <w:r>
        <w:rPr>
          <w:b/>
          <w:i w:val="0"/>
          <w:smallCaps w:val="0"/>
          <w:strike w:val="0"/>
          <w:sz w:val="22"/>
          <w:highlight w:val="cyan"/>
          <w:u w:val="single"/>
        </w:rPr>
        <w:t>gene</w:t>
      </w:r>
      <w:r>
        <w:rPr>
          <w:b/>
          <w:i w:val="0"/>
          <w:smallCaps w:val="0"/>
          <w:strike w:val="0"/>
          <w:sz w:val="22"/>
          <w:u w:val="single"/>
        </w:rPr>
        <w:t>tic population</w:t>
      </w:r>
      <w:r>
        <w:rPr>
          <w:b/>
          <w:i w:val="0"/>
          <w:smallCaps w:val="0"/>
          <w:strike w:val="0"/>
          <w:sz w:val="22"/>
          <w:highlight w:val="cyan"/>
          <w:u w:val="single"/>
        </w:rPr>
        <w:t>s</w:t>
      </w:r>
      <w:r>
        <w:rPr>
          <w:b w:val="0"/>
          <w:i w:val="0"/>
          <w:smallCaps w:val="0"/>
          <w:strike w:val="0"/>
          <w:u w:val="none"/>
        </w:rPr>
        <w:t xml:space="preserve">, since any pockets of immunity would render extinction considerably less likely. Overall, it is highly unclear whether any biological agent with all these properties is even possible. </w:t>
      </w:r>
      <w:r>
        <w:rPr>
          <w:b w:val="0"/>
          <w:i w:val="0"/>
          <w:smallCaps w:val="0"/>
          <w:strike w:val="0"/>
          <w:u w:val="none"/>
        </w:rPr>
        <w:t xml:space="preserve">In particular, </w:t>
      </w:r>
      <w:r>
        <w:rPr>
          <w:b w:val="0"/>
          <w:i w:val="0"/>
          <w:smallCaps w:val="0"/>
          <w:strike w:val="0"/>
          <w:sz w:val="22"/>
          <w:highlight w:val="cyan"/>
          <w:u w:val="single"/>
        </w:rPr>
        <w:t>pathogens</w:t>
      </w:r>
      <w:r>
        <w:rPr>
          <w:b w:val="0"/>
          <w:i w:val="0"/>
          <w:smallCaps w:val="0"/>
          <w:strike w:val="0"/>
          <w:sz w:val="22"/>
          <w:highlight w:val="cyan"/>
          <w:u w:val="single"/>
        </w:rPr>
        <w:t xml:space="preserve"> which</w:t>
      </w:r>
      <w:r>
        <w:rPr>
          <w:b w:val="0"/>
          <w:i w:val="0"/>
          <w:smallCaps w:val="0"/>
          <w:strike w:val="0"/>
          <w:u w:val="none"/>
        </w:rPr>
        <w:t xml:space="preserve"> are sufficiently virulent to </w:t>
      </w:r>
      <w:r>
        <w:rPr>
          <w:b w:val="0"/>
          <w:i w:val="0"/>
          <w:smallCaps w:val="0"/>
          <w:strike w:val="0"/>
          <w:sz w:val="22"/>
          <w:highlight w:val="cyan"/>
          <w:u w:val="single"/>
        </w:rPr>
        <w:t>cause 99%</w:t>
      </w:r>
      <w:r>
        <w:rPr>
          <w:b w:val="0"/>
          <w:i w:val="0"/>
          <w:smallCaps w:val="0"/>
          <w:strike w:val="0"/>
          <w:sz w:val="22"/>
          <w:u w:val="single"/>
        </w:rPr>
        <w:t xml:space="preserve"> or more </w:t>
      </w:r>
      <w:r>
        <w:rPr>
          <w:b w:val="0"/>
          <w:i w:val="0"/>
          <w:smallCaps w:val="0"/>
          <w:strike w:val="0"/>
          <w:sz w:val="22"/>
          <w:highlight w:val="cyan"/>
          <w:u w:val="single"/>
        </w:rPr>
        <w:t>fatality</w:t>
      </w:r>
      <w:r>
        <w:rPr>
          <w:b w:val="0"/>
          <w:i w:val="0"/>
          <w:smallCaps w:val="0"/>
          <w:strike w:val="0"/>
          <w:sz w:val="22"/>
          <w:u w:val="single"/>
        </w:rPr>
        <w:t xml:space="preserve"> rates</w:t>
      </w:r>
      <w:r>
        <w:rPr>
          <w:b w:val="0"/>
          <w:i w:val="0"/>
          <w:smallCaps w:val="0"/>
          <w:strike w:val="0"/>
          <w:u w:val="none"/>
        </w:rPr>
        <w:t xml:space="preserve"> are likely to place such a burden on human physiology such that they </w:t>
      </w:r>
      <w:r>
        <w:rPr>
          <w:b w:val="0"/>
          <w:i w:val="0"/>
          <w:smallCaps w:val="0"/>
          <w:strike w:val="0"/>
          <w:sz w:val="22"/>
          <w:u w:val="single"/>
        </w:rPr>
        <w:t xml:space="preserve">would </w:t>
      </w:r>
      <w:r>
        <w:rPr>
          <w:b w:val="0"/>
          <w:i w:val="0"/>
          <w:smallCaps w:val="0"/>
          <w:strike w:val="0"/>
          <w:sz w:val="22"/>
          <w:highlight w:val="cyan"/>
          <w:u w:val="single"/>
        </w:rPr>
        <w:t xml:space="preserve">have a </w:t>
      </w:r>
      <w:r>
        <w:rPr>
          <w:b/>
          <w:i w:val="0"/>
          <w:smallCaps w:val="0"/>
          <w:strike w:val="0"/>
          <w:sz w:val="22"/>
          <w:highlight w:val="cyan"/>
          <w:u w:val="single"/>
        </w:rPr>
        <w:t>short incubation</w:t>
      </w:r>
      <w:r>
        <w:rPr>
          <w:b/>
          <w:i w:val="0"/>
          <w:smallCaps w:val="0"/>
          <w:strike w:val="0"/>
          <w:sz w:val="22"/>
          <w:u w:val="single"/>
        </w:rPr>
        <w:t xml:space="preserve"> time</w:t>
      </w:r>
      <w:r>
        <w:rPr>
          <w:b w:val="0"/>
          <w:i w:val="0"/>
          <w:smallCaps w:val="0"/>
          <w:strike w:val="0"/>
          <w:u w:val="none"/>
        </w:rPr>
        <w:t xml:space="preserve">, potentially </w:t>
      </w:r>
      <w:r>
        <w:rPr>
          <w:b w:val="0"/>
          <w:i w:val="0"/>
          <w:smallCaps w:val="0"/>
          <w:strike w:val="0"/>
          <w:sz w:val="22"/>
          <w:highlight w:val="cyan"/>
          <w:u w:val="single"/>
        </w:rPr>
        <w:t>rendering it easi</w:t>
      </w:r>
      <w:r>
        <w:rPr>
          <w:b w:val="0"/>
          <w:i w:val="0"/>
          <w:smallCaps w:val="0"/>
          <w:strike w:val="0"/>
          <w:sz w:val="22"/>
          <w:u w:val="single"/>
        </w:rPr>
        <w:t xml:space="preserve">er </w:t>
      </w:r>
      <w:r>
        <w:rPr>
          <w:b w:val="0"/>
          <w:i w:val="0"/>
          <w:smallCaps w:val="0"/>
          <w:strike w:val="0"/>
          <w:sz w:val="22"/>
          <w:highlight w:val="cyan"/>
          <w:u w:val="single"/>
        </w:rPr>
        <w:t>to</w:t>
      </w:r>
      <w:r>
        <w:rPr>
          <w:b w:val="0"/>
          <w:i w:val="0"/>
          <w:smallCaps w:val="0"/>
          <w:strike w:val="0"/>
          <w:sz w:val="22"/>
          <w:u w:val="single"/>
        </w:rPr>
        <w:t xml:space="preserve"> </w:t>
      </w:r>
      <w:r>
        <w:rPr>
          <w:b/>
          <w:i w:val="0"/>
          <w:smallCaps w:val="0"/>
          <w:strike w:val="0"/>
          <w:sz w:val="22"/>
          <w:highlight w:val="cyan"/>
          <w:u w:val="single"/>
        </w:rPr>
        <w:t>quarantine</w:t>
      </w:r>
      <w:r>
        <w:rPr>
          <w:b w:val="0"/>
          <w:i w:val="0"/>
          <w:smallCaps w:val="0"/>
          <w:strike w:val="0"/>
          <w:sz w:val="22"/>
          <w:u w:val="single"/>
        </w:rPr>
        <w:t xml:space="preserve"> </w:t>
      </w:r>
      <w:r>
        <w:rPr>
          <w:b/>
          <w:i w:val="0"/>
          <w:smallCaps w:val="0"/>
          <w:strike w:val="0"/>
          <w:sz w:val="22"/>
          <w:u w:val="single"/>
        </w:rPr>
        <w:t>infected persons</w:t>
      </w:r>
      <w:r>
        <w:rPr>
          <w:b w:val="0"/>
          <w:i w:val="0"/>
          <w:smallCaps w:val="0"/>
          <w:strike w:val="0"/>
          <w:u w:val="none"/>
        </w:rPr>
        <w:t xml:space="preserve">. </w:t>
      </w:r>
      <w:r>
        <w:rPr>
          <w:b w:val="0"/>
          <w:i w:val="0"/>
          <w:smallCaps w:val="0"/>
          <w:strike w:val="0"/>
          <w:u w:val="none"/>
        </w:rPr>
        <w:t>Of course</w:t>
      </w:r>
      <w:r>
        <w:rPr>
          <w:b w:val="0"/>
          <w:i w:val="0"/>
          <w:smallCaps w:val="0"/>
          <w:strike w:val="0"/>
          <w:u w:val="none"/>
        </w:rPr>
        <w:t xml:space="preserve"> we do not know what is possible at the limits of biology, but given the extreme properties required of such an extinction-level pathogen, in my view </w:t>
      </w:r>
      <w:r>
        <w:rPr>
          <w:b w:val="0"/>
          <w:i w:val="0"/>
          <w:smallCaps w:val="0"/>
          <w:strike w:val="0"/>
          <w:sz w:val="22"/>
          <w:u w:val="single"/>
        </w:rPr>
        <w:t>it is very unlikely that such a pathogen is even possible</w:t>
      </w:r>
      <w:r>
        <w:rPr>
          <w:b w:val="0"/>
          <w:i w:val="0"/>
          <w:smallCaps w:val="0"/>
          <w:strike w:val="0"/>
          <w:u w:val="none"/>
        </w:rPr>
        <w:t>.</w:t>
      </w:r>
    </w:p>
    <w:p>
      <w:pPr>
        <w:pStyle w:val="Caption"/>
      </w:pPr>
      <w:r>
        <w:t>Source: Pharma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