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No spillover---China will not attempt a direct predatory challenge to the US.</w:t>
      </w:r>
    </w:p>
    <w:p>
      <w:pPr>
        <w:spacing w:after="80"/>
      </w:pPr>
      <w:r>
        <w:rPr>
          <w:b/>
          <w:i w:val="0"/>
          <w:smallCaps w:val="0"/>
          <w:strike w:val="0"/>
          <w:color w:val="000000"/>
          <w:sz w:val="26"/>
          <w:u w:val="none"/>
        </w:rPr>
        <w:t>Shifrinson</w:t>
      </w:r>
      <w:r>
        <w:rPr>
          <w:b w:val="0"/>
          <w:i w:val="0"/>
          <w:smallCaps w:val="0"/>
          <w:strike w:val="0"/>
          <w:color w:val="000000"/>
          <w:u w:val="none"/>
        </w:rPr>
        <w:t xml:space="preserve">, PhD, Assistant Professor of International Relations, Fredrick S. Pardee School of Global Studies, BU, </w:t>
      </w:r>
      <w:r>
        <w:rPr>
          <w:b/>
          <w:i w:val="0"/>
          <w:smallCaps w:val="0"/>
          <w:strike w:val="0"/>
          <w:color w:val="000000"/>
          <w:sz w:val="26"/>
          <w:u w:val="none"/>
        </w:rPr>
        <w:t>‘20</w:t>
      </w:r>
    </w:p>
    <w:p>
      <w:pPr>
        <w:spacing w:after="60"/>
      </w:pPr>
      <w:r>
        <w:rPr>
          <w:b w:val="0"/>
          <w:i w:val="0"/>
          <w:smallCaps w:val="0"/>
          <w:strike w:val="0"/>
          <w:color w:val="000000"/>
          <w:u w:val="none"/>
        </w:rPr>
        <w:t xml:space="preserve">(Joshua, “The rise of China, balance of power theory and US national security: Reasons for optimism?” </w:t>
      </w:r>
      <w:r>
        <w:rPr>
          <w:b w:val="0"/>
          <w:i/>
          <w:smallCaps w:val="0"/>
          <w:strike w:val="0"/>
          <w:color w:val="000000"/>
          <w:u w:val="none"/>
        </w:rPr>
        <w:t>Journal of Strategic Studies</w:t>
      </w:r>
      <w:r>
        <w:rPr>
          <w:b w:val="0"/>
          <w:i w:val="0"/>
          <w:smallCaps w:val="0"/>
          <w:strike w:val="0"/>
          <w:color w:val="000000"/>
          <w:u w:val="none"/>
        </w:rPr>
        <w:t xml:space="preserve">, Vol. 43) </w:t>
      </w:r>
    </w:p>
    <w:p>
      <w:pPr>
        <w:spacing w:after="60"/>
      </w:pPr>
      <w:r>
        <w:rPr>
          <w:b w:val="0"/>
          <w:i w:val="0"/>
          <w:smallCaps w:val="0"/>
          <w:strike w:val="0"/>
          <w:color w:val="000000"/>
          <w:u w:val="none"/>
        </w:rPr>
        <w:t xml:space="preserve">This framework carries large implications for scholars and policymakers seeking to understand China’s strategy as its power grows and US relative power declines. As noted, many analysts fear that a rising China will embark on a predatory course designed to push the United States down or from the great power ranks. Although it is difficult in the abstract to describe what the particular elements of Chinese predation may entail, </w:t>
      </w:r>
      <w:r>
        <w:rPr>
          <w:b w:val="0"/>
          <w:i w:val="0"/>
          <w:smallCaps w:val="0"/>
          <w:strike w:val="0"/>
          <w:color w:val="000000"/>
          <w:u w:val="single"/>
        </w:rPr>
        <w:t>the general concern seems to be</w:t>
      </w:r>
      <w:r>
        <w:rPr>
          <w:b w:val="0"/>
          <w:i w:val="0"/>
          <w:smallCaps w:val="0"/>
          <w:strike w:val="0"/>
          <w:color w:val="000000"/>
          <w:u w:val="none"/>
        </w:rPr>
        <w:t xml:space="preserve"> that </w:t>
      </w:r>
      <w:r>
        <w:rPr>
          <w:b w:val="0"/>
          <w:i w:val="0"/>
          <w:smallCaps w:val="0"/>
          <w:strike w:val="0"/>
          <w:color w:val="000000"/>
          <w:u w:val="single"/>
        </w:rPr>
        <w:t xml:space="preserve">China will adopt steps that will </w:t>
      </w:r>
      <w:r>
        <w:rPr>
          <w:b/>
          <w:i w:val="0"/>
          <w:smallCaps w:val="0"/>
          <w:strike w:val="0"/>
          <w:color w:val="000000"/>
          <w:sz w:val="22"/>
          <w:u w:val="single"/>
        </w:rPr>
        <w:t>rapidly shift the distribution of power</w:t>
      </w:r>
      <w:r>
        <w:rPr>
          <w:b w:val="0"/>
          <w:i w:val="0"/>
          <w:smallCaps w:val="0"/>
          <w:strike w:val="0"/>
          <w:color w:val="000000"/>
          <w:u w:val="none"/>
        </w:rPr>
        <w:t xml:space="preserve"> its </w:t>
      </w:r>
      <w:r>
        <w:rPr>
          <w:b w:val="0"/>
          <w:i w:val="0"/>
          <w:smallCaps w:val="0"/>
          <w:strike w:val="0"/>
          <w:color w:val="000000"/>
          <w:u w:val="none"/>
        </w:rPr>
        <w:t>favour</w:t>
      </w:r>
      <w:r>
        <w:rPr>
          <w:b w:val="0"/>
          <w:i w:val="0"/>
          <w:smallCaps w:val="0"/>
          <w:strike w:val="0"/>
          <w:color w:val="000000"/>
          <w:u w:val="none"/>
        </w:rPr>
        <w:t xml:space="preserve"> </w:t>
      </w:r>
      <w:r>
        <w:rPr>
          <w:b w:val="0"/>
          <w:i w:val="0"/>
          <w:smallCaps w:val="0"/>
          <w:strike w:val="0"/>
          <w:color w:val="000000"/>
          <w:u w:val="single"/>
        </w:rPr>
        <w:t>by enacting policies that are increasingly costly</w:t>
      </w:r>
      <w:r>
        <w:rPr>
          <w:b w:val="0"/>
          <w:i w:val="0"/>
          <w:smallCaps w:val="0"/>
          <w:strike w:val="0"/>
          <w:color w:val="000000"/>
          <w:u w:val="none"/>
        </w:rPr>
        <w:t xml:space="preserve"> </w:t>
      </w:r>
      <w:r>
        <w:rPr>
          <w:b w:val="0"/>
          <w:i w:val="0"/>
          <w:smallCaps w:val="0"/>
          <w:strike w:val="0"/>
          <w:color w:val="000000"/>
          <w:u w:val="single"/>
        </w:rPr>
        <w:t>for a</w:t>
      </w:r>
      <w:r>
        <w:rPr>
          <w:b w:val="0"/>
          <w:i w:val="0"/>
          <w:smallCaps w:val="0"/>
          <w:strike w:val="0"/>
          <w:color w:val="000000"/>
          <w:u w:val="none"/>
        </w:rPr>
        <w:t xml:space="preserve"> relatively </w:t>
      </w:r>
      <w:r>
        <w:rPr>
          <w:b w:val="0"/>
          <w:i w:val="0"/>
          <w:smallCaps w:val="0"/>
          <w:strike w:val="0"/>
          <w:color w:val="000000"/>
          <w:u w:val="single"/>
        </w:rPr>
        <w:t>declining United States</w:t>
      </w:r>
      <w:r>
        <w:rPr>
          <w:b w:val="0"/>
          <w:i w:val="0"/>
          <w:smallCaps w:val="0"/>
          <w:strike w:val="0"/>
          <w:color w:val="000000"/>
          <w:u w:val="none"/>
        </w:rPr>
        <w:t xml:space="preserve"> to overcome, </w:t>
      </w:r>
      <w:r>
        <w:rPr>
          <w:b w:val="0"/>
          <w:i w:val="0"/>
          <w:smallCaps w:val="0"/>
          <w:strike w:val="0"/>
          <w:color w:val="000000"/>
          <w:u w:val="single"/>
        </w:rPr>
        <w:t>pushing the United States to exhaust itself</w:t>
      </w:r>
      <w:r>
        <w:rPr>
          <w:b w:val="0"/>
          <w:i w:val="0"/>
          <w:smallCaps w:val="0"/>
          <w:strike w:val="0"/>
          <w:color w:val="000000"/>
          <w:u w:val="none"/>
        </w:rPr>
        <w:t xml:space="preserve"> competing </w:t>
      </w:r>
      <w:r>
        <w:rPr>
          <w:b w:val="0"/>
          <w:i w:val="0"/>
          <w:smallCaps w:val="0"/>
          <w:strike w:val="0"/>
          <w:color w:val="000000"/>
          <w:u w:val="single"/>
        </w:rPr>
        <w:t>or to surrender the issues at stake</w:t>
      </w:r>
      <w:r>
        <w:rPr>
          <w:b w:val="0"/>
          <w:i w:val="0"/>
          <w:smallCaps w:val="0"/>
          <w:strike w:val="0"/>
          <w:color w:val="000000"/>
          <w:u w:val="none"/>
        </w:rPr>
        <w:t xml:space="preserve">, </w:t>
      </w:r>
      <w:r>
        <w:rPr>
          <w:b w:val="0"/>
          <w:i w:val="0"/>
          <w:smallCaps w:val="0"/>
          <w:strike w:val="0"/>
          <w:color w:val="000000"/>
          <w:u w:val="single"/>
        </w:rPr>
        <w:t>and</w:t>
      </w:r>
      <w:r>
        <w:rPr>
          <w:b w:val="0"/>
          <w:i w:val="0"/>
          <w:smallCaps w:val="0"/>
          <w:strike w:val="0"/>
          <w:color w:val="000000"/>
          <w:u w:val="none"/>
        </w:rPr>
        <w:t xml:space="preserve"> thus </w:t>
      </w:r>
      <w:r>
        <w:rPr>
          <w:b/>
          <w:i w:val="0"/>
          <w:smallCaps w:val="0"/>
          <w:strike w:val="0"/>
          <w:color w:val="000000"/>
          <w:sz w:val="22"/>
          <w:u w:val="single"/>
        </w:rPr>
        <w:t>imperil</w:t>
      </w:r>
      <w:r>
        <w:rPr>
          <w:b w:val="0"/>
          <w:i w:val="0"/>
          <w:smallCaps w:val="0"/>
          <w:strike w:val="0"/>
          <w:color w:val="000000"/>
          <w:u w:val="none"/>
        </w:rPr>
        <w:t xml:space="preserve"> </w:t>
      </w:r>
      <w:r>
        <w:rPr>
          <w:b w:val="0"/>
          <w:i w:val="0"/>
          <w:smallCaps w:val="0"/>
          <w:strike w:val="0"/>
          <w:color w:val="000000"/>
          <w:u w:val="single"/>
        </w:rPr>
        <w:t>the U</w:t>
      </w:r>
      <w:r>
        <w:rPr>
          <w:b w:val="0"/>
          <w:i w:val="0"/>
          <w:smallCaps w:val="0"/>
          <w:strike w:val="0"/>
          <w:color w:val="000000"/>
          <w:u w:val="none"/>
        </w:rPr>
        <w:t xml:space="preserve">nited </w:t>
      </w:r>
      <w:r>
        <w:rPr>
          <w:b w:val="0"/>
          <w:i w:val="0"/>
          <w:smallCaps w:val="0"/>
          <w:strike w:val="0"/>
          <w:color w:val="000000"/>
          <w:u w:val="single"/>
        </w:rPr>
        <w:t>S</w:t>
      </w:r>
      <w:r>
        <w:rPr>
          <w:b w:val="0"/>
          <w:i w:val="0"/>
          <w:smallCaps w:val="0"/>
          <w:strike w:val="0"/>
          <w:color w:val="000000"/>
          <w:u w:val="none"/>
        </w:rPr>
        <w:t xml:space="preserve">tates’ </w:t>
      </w:r>
      <w:r>
        <w:rPr>
          <w:b w:val="0"/>
          <w:i w:val="0"/>
          <w:smallCaps w:val="0"/>
          <w:strike w:val="0"/>
          <w:color w:val="000000"/>
          <w:u w:val="single"/>
        </w:rPr>
        <w:t>position as a great power</w:t>
      </w:r>
      <w:r>
        <w:rPr>
          <w:b w:val="0"/>
          <w:i w:val="0"/>
          <w:smallCaps w:val="0"/>
          <w:strike w:val="0"/>
          <w:color w:val="000000"/>
          <w:u w:val="none"/>
        </w:rPr>
        <w:t xml:space="preserve">. Elements of this approach might involve Chinese efforts to engage in economic warfare by hindering US economic competitiveness and limiting American economic opportunities; adumbrate US military advantages; undercut US credibility and prestige; and weaken US alliances in East Asia or beyond.55 Furthermore, recent Chinese actions in and around East Asia seemingly give credence to such concerns. After all, the last decade has witnessed China take an increasingly assertive stance in its maritime disputes in the South and East China Seas56 ; enact an Air Defense Identification Zone (ADIZ) over the East China Sea57 ; make political and economic inroads into Central Asia and Africa58 ; influence the domestic politics of Asia-Pacific states to </w:t>
      </w:r>
      <w:r>
        <w:rPr>
          <w:b w:val="0"/>
          <w:i w:val="0"/>
          <w:smallCaps w:val="0"/>
          <w:strike w:val="0"/>
          <w:color w:val="000000"/>
          <w:u w:val="none"/>
        </w:rPr>
        <w:t>favour</w:t>
      </w:r>
      <w:r>
        <w:rPr>
          <w:b w:val="0"/>
          <w:i w:val="0"/>
          <w:smallCaps w:val="0"/>
          <w:strike w:val="0"/>
          <w:color w:val="000000"/>
          <w:u w:val="none"/>
        </w:rPr>
        <w:t xml:space="preserve"> pro-China policies; and expand its </w:t>
      </w:r>
      <w:r>
        <w:rPr>
          <w:b w:val="0"/>
          <w:i w:val="0"/>
          <w:smallCaps w:val="0"/>
          <w:strike w:val="0"/>
          <w:color w:val="000000"/>
          <w:u w:val="none"/>
        </w:rPr>
        <w:t>defence</w:t>
      </w:r>
      <w:r>
        <w:rPr>
          <w:b w:val="0"/>
          <w:i w:val="0"/>
          <w:smallCaps w:val="0"/>
          <w:strike w:val="0"/>
          <w:color w:val="000000"/>
          <w:u w:val="none"/>
        </w:rPr>
        <w:t xml:space="preserve"> budget.59 Concurrently, trade tensions with the United States are rising, and the Chinese government has tried to buttress its authority by cracking down on domestic opponents.60</w:t>
      </w:r>
    </w:p>
    <w:p>
      <w:pPr>
        <w:spacing w:after="60"/>
      </w:pPr>
      <w:r>
        <w:rPr>
          <w:b w:val="0"/>
          <w:i w:val="0"/>
          <w:smallCaps w:val="0"/>
          <w:strike w:val="0"/>
          <w:color w:val="000000"/>
          <w:u w:val="none"/>
        </w:rPr>
        <w:t>China’s current strategy: Mixed</w:t>
      </w:r>
    </w:p>
    <w:p>
      <w:pPr>
        <w:spacing w:after="60"/>
      </w:pPr>
      <w:r>
        <w:rPr>
          <w:b/>
          <w:i w:val="0"/>
          <w:smallCaps w:val="0"/>
          <w:strike w:val="0"/>
          <w:color w:val="000000"/>
          <w:sz w:val="22"/>
          <w:highlight w:val="cyan"/>
          <w:u w:val="single"/>
        </w:rPr>
        <w:t>It is too early</w:t>
      </w:r>
      <w:r>
        <w:rPr>
          <w:b w:val="0"/>
          <w:i w:val="0"/>
          <w:smallCaps w:val="0"/>
          <w:strike w:val="0"/>
          <w:color w:val="000000"/>
          <w:u w:val="none"/>
        </w:rPr>
        <w:t xml:space="preserve">, however, </w:t>
      </w:r>
      <w:r>
        <w:rPr>
          <w:b/>
          <w:i w:val="0"/>
          <w:smallCaps w:val="0"/>
          <w:strike w:val="0"/>
          <w:color w:val="000000"/>
          <w:sz w:val="22"/>
          <w:highlight w:val="cyan"/>
          <w:u w:val="single"/>
        </w:rPr>
        <w:t>to declare Chinese predation</w:t>
      </w:r>
      <w:r>
        <w:rPr>
          <w:b/>
          <w:i w:val="0"/>
          <w:smallCaps w:val="0"/>
          <w:strike w:val="0"/>
          <w:color w:val="000000"/>
          <w:sz w:val="22"/>
          <w:u w:val="single"/>
        </w:rPr>
        <w:t xml:space="preserve"> a fact</w:t>
      </w:r>
      <w:r>
        <w:rPr>
          <w:b w:val="0"/>
          <w:i w:val="0"/>
          <w:smallCaps w:val="0"/>
          <w:strike w:val="0"/>
          <w:color w:val="000000"/>
          <w:u w:val="none"/>
        </w:rPr>
        <w:t xml:space="preserve">, </w:t>
      </w:r>
      <w:r>
        <w:rPr>
          <w:b w:val="0"/>
          <w:i w:val="0"/>
          <w:smallCaps w:val="0"/>
          <w:strike w:val="0"/>
          <w:color w:val="000000"/>
          <w:u w:val="single"/>
        </w:rPr>
        <w:t>just as there are reasons to question whether Chinese predation is likely in the future</w:t>
      </w:r>
      <w:r>
        <w:rPr>
          <w:b w:val="0"/>
          <w:i w:val="0"/>
          <w:smallCaps w:val="0"/>
          <w:strike w:val="0"/>
          <w:color w:val="000000"/>
          <w:u w:val="none"/>
        </w:rPr>
        <w:t xml:space="preserve">. </w:t>
      </w:r>
      <w:r>
        <w:rPr>
          <w:b w:val="0"/>
          <w:i w:val="0"/>
          <w:smallCaps w:val="0"/>
          <w:strike w:val="0"/>
          <w:color w:val="000000"/>
          <w:u w:val="single"/>
        </w:rPr>
        <w:t>On one level, and consistent with research</w:t>
      </w:r>
      <w:r>
        <w:rPr>
          <w:b w:val="0"/>
          <w:i w:val="0"/>
          <w:smallCaps w:val="0"/>
          <w:strike w:val="0"/>
          <w:color w:val="000000"/>
          <w:u w:val="none"/>
        </w:rPr>
        <w:t xml:space="preserve"> by scholars such as Avery Goldstein, Alastair Iain Johnston and others, </w:t>
      </w:r>
      <w:r>
        <w:rPr>
          <w:b w:val="0"/>
          <w:i w:val="0"/>
          <w:smallCaps w:val="0"/>
          <w:strike w:val="0"/>
          <w:color w:val="000000"/>
          <w:u w:val="single"/>
        </w:rPr>
        <w:t xml:space="preserve">there are </w:t>
      </w:r>
      <w:r>
        <w:rPr>
          <w:b/>
          <w:i w:val="0"/>
          <w:smallCaps w:val="0"/>
          <w:strike w:val="0"/>
          <w:color w:val="000000"/>
          <w:sz w:val="22"/>
          <w:u w:val="single"/>
        </w:rPr>
        <w:t>less-competitive elements</w:t>
      </w:r>
      <w:r>
        <w:rPr>
          <w:b w:val="0"/>
          <w:i w:val="0"/>
          <w:smallCaps w:val="0"/>
          <w:strike w:val="0"/>
          <w:color w:val="000000"/>
          <w:u w:val="single"/>
        </w:rPr>
        <w:t xml:space="preserve"> </w:t>
      </w:r>
      <w:r>
        <w:rPr>
          <w:b/>
          <w:i w:val="0"/>
          <w:smallCaps w:val="0"/>
          <w:strike w:val="0"/>
          <w:color w:val="000000"/>
          <w:sz w:val="22"/>
          <w:u w:val="single"/>
        </w:rPr>
        <w:t>embedded</w:t>
      </w:r>
      <w:r>
        <w:rPr>
          <w:b w:val="0"/>
          <w:i w:val="0"/>
          <w:smallCaps w:val="0"/>
          <w:strike w:val="0"/>
          <w:color w:val="000000"/>
          <w:u w:val="none"/>
        </w:rPr>
        <w:t xml:space="preserve"> </w:t>
      </w:r>
      <w:r>
        <w:rPr>
          <w:b w:val="0"/>
          <w:i w:val="0"/>
          <w:smallCaps w:val="0"/>
          <w:strike w:val="0"/>
          <w:color w:val="000000"/>
          <w:u w:val="single"/>
        </w:rPr>
        <w:t>in current Chinese strategy</w:t>
      </w:r>
      <w:r>
        <w:rPr>
          <w:b w:val="0"/>
          <w:i w:val="0"/>
          <w:smallCaps w:val="0"/>
          <w:strike w:val="0"/>
          <w:color w:val="000000"/>
          <w:u w:val="none"/>
        </w:rPr>
        <w:t xml:space="preserve">.61 </w:t>
      </w:r>
      <w:r>
        <w:rPr>
          <w:b/>
          <w:i w:val="0"/>
          <w:smallCaps w:val="0"/>
          <w:strike w:val="0"/>
          <w:color w:val="000000"/>
          <w:sz w:val="22"/>
          <w:u w:val="single"/>
        </w:rPr>
        <w:t xml:space="preserve">Chinese </w:t>
      </w:r>
      <w:r>
        <w:rPr>
          <w:b/>
          <w:i w:val="0"/>
          <w:smallCaps w:val="0"/>
          <w:strike w:val="0"/>
          <w:color w:val="000000"/>
          <w:sz w:val="22"/>
          <w:highlight w:val="cyan"/>
          <w:u w:val="single"/>
        </w:rPr>
        <w:t>land reclamation</w:t>
      </w:r>
      <w:r>
        <w:rPr>
          <w:b/>
          <w:i w:val="0"/>
          <w:smallCaps w:val="0"/>
          <w:strike w:val="0"/>
          <w:color w:val="000000"/>
          <w:sz w:val="22"/>
          <w:u w:val="single"/>
        </w:rPr>
        <w:t xml:space="preserve"> </w:t>
      </w:r>
      <w:r>
        <w:rPr>
          <w:b w:val="0"/>
          <w:i w:val="0"/>
          <w:smallCaps w:val="0"/>
          <w:strike w:val="0"/>
          <w:color w:val="000000"/>
          <w:u w:val="none"/>
        </w:rPr>
        <w:t xml:space="preserve">and military deployments </w:t>
      </w:r>
      <w:r>
        <w:rPr>
          <w:b/>
          <w:i w:val="0"/>
          <w:smallCaps w:val="0"/>
          <w:strike w:val="0"/>
          <w:color w:val="000000"/>
          <w:sz w:val="22"/>
          <w:u w:val="single"/>
        </w:rPr>
        <w:t xml:space="preserve">in the East </w:t>
      </w:r>
      <w:r>
        <w:rPr>
          <w:b w:val="0"/>
          <w:i w:val="0"/>
          <w:smallCaps w:val="0"/>
          <w:strike w:val="0"/>
          <w:color w:val="000000"/>
          <w:u w:val="none"/>
        </w:rPr>
        <w:t xml:space="preserve">and South </w:t>
      </w:r>
      <w:r>
        <w:rPr>
          <w:b w:val="0"/>
          <w:i w:val="0"/>
          <w:smallCaps w:val="0"/>
          <w:strike w:val="0"/>
          <w:color w:val="000000"/>
          <w:u w:val="single"/>
        </w:rPr>
        <w:t>China Seas</w:t>
      </w:r>
      <w:r>
        <w:rPr>
          <w:b w:val="0"/>
          <w:i w:val="0"/>
          <w:smallCaps w:val="0"/>
          <w:strike w:val="0"/>
          <w:color w:val="000000"/>
          <w:u w:val="none"/>
        </w:rPr>
        <w:t xml:space="preserve">, </w:t>
      </w:r>
      <w:r>
        <w:rPr>
          <w:b w:val="0"/>
          <w:i w:val="0"/>
          <w:smallCaps w:val="0"/>
          <w:strike w:val="0"/>
          <w:color w:val="000000"/>
          <w:u w:val="single"/>
        </w:rPr>
        <w:t xml:space="preserve">for instance, </w:t>
      </w:r>
      <w:r>
        <w:rPr>
          <w:b w:val="0"/>
          <w:i w:val="0"/>
          <w:smallCaps w:val="0"/>
          <w:strike w:val="0"/>
          <w:color w:val="000000"/>
          <w:u w:val="single"/>
        </w:rPr>
        <w:t>have</w:t>
      </w:r>
      <w:r>
        <w:rPr>
          <w:b w:val="0"/>
          <w:i w:val="0"/>
          <w:smallCaps w:val="0"/>
          <w:strike w:val="0"/>
          <w:color w:val="000000"/>
          <w:u w:val="single"/>
        </w:rPr>
        <w:t xml:space="preserve"> mostly </w:t>
      </w:r>
      <w:r>
        <w:rPr>
          <w:b w:val="0"/>
          <w:i w:val="0"/>
          <w:smallCaps w:val="0"/>
          <w:strike w:val="0"/>
          <w:color w:val="000000"/>
          <w:highlight w:val="cyan"/>
          <w:u w:val="single"/>
        </w:rPr>
        <w:t xml:space="preserve">involved territories </w:t>
      </w:r>
      <w:r>
        <w:rPr>
          <w:b/>
          <w:i w:val="0"/>
          <w:smallCaps w:val="0"/>
          <w:strike w:val="0"/>
          <w:color w:val="000000"/>
          <w:sz w:val="22"/>
          <w:highlight w:val="cyan"/>
          <w:u w:val="single"/>
        </w:rPr>
        <w:t>previously claimed</w:t>
      </w:r>
      <w:r>
        <w:rPr>
          <w:b w:val="0"/>
          <w:i w:val="0"/>
          <w:smallCaps w:val="0"/>
          <w:strike w:val="0"/>
          <w:color w:val="000000"/>
          <w:u w:val="single"/>
        </w:rPr>
        <w:t xml:space="preserve"> by the Chinese government</w:t>
      </w:r>
      <w:r>
        <w:rPr>
          <w:b w:val="0"/>
          <w:i w:val="0"/>
          <w:smallCaps w:val="0"/>
          <w:strike w:val="0"/>
          <w:color w:val="000000"/>
          <w:u w:val="none"/>
        </w:rPr>
        <w:t xml:space="preserve"> – </w:t>
      </w:r>
      <w:r>
        <w:rPr>
          <w:b/>
          <w:i w:val="0"/>
          <w:smallCaps w:val="0"/>
          <w:strike w:val="0"/>
          <w:color w:val="000000"/>
          <w:sz w:val="22"/>
          <w:highlight w:val="cyan"/>
          <w:u w:val="single"/>
        </w:rPr>
        <w:t>China has not expanded</w:t>
      </w:r>
      <w:r>
        <w:rPr>
          <w:b/>
          <w:i w:val="0"/>
          <w:smallCaps w:val="0"/>
          <w:strike w:val="0"/>
          <w:color w:val="000000"/>
          <w:sz w:val="22"/>
          <w:u w:val="single"/>
        </w:rPr>
        <w:t xml:space="preserve"> its maritime </w:t>
      </w:r>
      <w:r>
        <w:rPr>
          <w:b/>
          <w:i w:val="0"/>
          <w:smallCaps w:val="0"/>
          <w:strike w:val="0"/>
          <w:color w:val="000000"/>
          <w:sz w:val="22"/>
          <w:highlight w:val="cyan"/>
          <w:u w:val="single"/>
        </w:rPr>
        <w:t>claims</w:t>
      </w:r>
      <w:r>
        <w:rPr>
          <w:b w:val="0"/>
          <w:i w:val="0"/>
          <w:smallCaps w:val="0"/>
          <w:strike w:val="0"/>
          <w:color w:val="000000"/>
          <w:u w:val="none"/>
        </w:rPr>
        <w:t xml:space="preserve"> </w:t>
      </w:r>
      <w:r>
        <w:rPr>
          <w:b w:val="0"/>
          <w:i w:val="0"/>
          <w:smallCaps w:val="0"/>
          <w:strike w:val="0"/>
          <w:color w:val="000000"/>
          <w:u w:val="single"/>
        </w:rPr>
        <w:t xml:space="preserve">so much as </w:t>
      </w:r>
      <w:r>
        <w:rPr>
          <w:b/>
          <w:i w:val="0"/>
          <w:smallCaps w:val="0"/>
          <w:strike w:val="0"/>
          <w:color w:val="000000"/>
          <w:sz w:val="22"/>
          <w:u w:val="single"/>
        </w:rPr>
        <w:t>taken a unilateral approach towards resolving existing disputes</w:t>
      </w:r>
      <w:r>
        <w:rPr>
          <w:b w:val="0"/>
          <w:i w:val="0"/>
          <w:smallCaps w:val="0"/>
          <w:strike w:val="0"/>
          <w:color w:val="000000"/>
          <w:u w:val="single"/>
        </w:rPr>
        <w:t>.</w:t>
      </w:r>
      <w:r>
        <w:rPr>
          <w:b w:val="0"/>
          <w:i w:val="0"/>
          <w:smallCaps w:val="0"/>
          <w:strike w:val="0"/>
          <w:color w:val="000000"/>
          <w:u w:val="none"/>
        </w:rPr>
        <w:t xml:space="preserve">62 </w:t>
      </w:r>
      <w:r>
        <w:rPr>
          <w:b w:val="0"/>
          <w:i w:val="0"/>
          <w:smallCaps w:val="0"/>
          <w:strike w:val="0"/>
          <w:color w:val="000000"/>
          <w:u w:val="single"/>
        </w:rPr>
        <w:t xml:space="preserve">Similarly, </w:t>
      </w:r>
      <w:r>
        <w:rPr>
          <w:b/>
          <w:i w:val="0"/>
          <w:smallCaps w:val="0"/>
          <w:strike w:val="0"/>
          <w:color w:val="000000"/>
          <w:sz w:val="22"/>
          <w:u w:val="single"/>
        </w:rPr>
        <w:t>China’s ADIZ</w:t>
      </w:r>
      <w:r>
        <w:rPr>
          <w:b w:val="0"/>
          <w:i w:val="0"/>
          <w:smallCaps w:val="0"/>
          <w:strike w:val="0"/>
          <w:color w:val="000000"/>
          <w:u w:val="single"/>
        </w:rPr>
        <w:t xml:space="preserve"> move </w:t>
      </w:r>
      <w:r>
        <w:rPr>
          <w:b/>
          <w:i w:val="0"/>
          <w:smallCaps w:val="0"/>
          <w:strike w:val="0"/>
          <w:color w:val="000000"/>
          <w:sz w:val="22"/>
          <w:u w:val="single"/>
        </w:rPr>
        <w:t>came after Japan expanded its own ADIZ</w:t>
      </w:r>
      <w:r>
        <w:rPr>
          <w:b w:val="0"/>
          <w:i w:val="0"/>
          <w:smallCaps w:val="0"/>
          <w:strike w:val="0"/>
          <w:color w:val="000000"/>
          <w:u w:val="single"/>
        </w:rPr>
        <w:t xml:space="preserve"> and began consolidating control over the disputed Senkaku Islands</w:t>
      </w:r>
      <w:r>
        <w:rPr>
          <w:b w:val="0"/>
          <w:i w:val="0"/>
          <w:smallCaps w:val="0"/>
          <w:strike w:val="0"/>
          <w:color w:val="000000"/>
          <w:u w:val="none"/>
        </w:rPr>
        <w:t>.63</w:t>
      </w:r>
    </w:p>
    <w:p>
      <w:pPr>
        <w:spacing w:after="60"/>
      </w:pPr>
      <w:r>
        <w:rPr>
          <w:b w:val="0"/>
          <w:i w:val="0"/>
          <w:smallCaps w:val="0"/>
          <w:strike w:val="0"/>
          <w:color w:val="000000"/>
          <w:u w:val="single"/>
        </w:rPr>
        <w:t xml:space="preserve">It is also important to </w:t>
      </w:r>
      <w:r>
        <w:rPr>
          <w:b w:val="0"/>
          <w:i w:val="0"/>
          <w:smallCaps w:val="0"/>
          <w:strike w:val="0"/>
          <w:color w:val="000000"/>
          <w:u w:val="single"/>
        </w:rPr>
        <w:t>recognise</w:t>
      </w:r>
      <w:r>
        <w:rPr>
          <w:b w:val="0"/>
          <w:i w:val="0"/>
          <w:smallCaps w:val="0"/>
          <w:strike w:val="0"/>
          <w:color w:val="000000"/>
          <w:u w:val="none"/>
        </w:rPr>
        <w:t xml:space="preserve"> </w:t>
      </w:r>
      <w:r>
        <w:rPr>
          <w:b w:val="0"/>
          <w:i w:val="0"/>
          <w:smallCaps w:val="0"/>
          <w:strike w:val="0"/>
          <w:color w:val="000000"/>
          <w:u w:val="none"/>
        </w:rPr>
        <w:t xml:space="preserve">that </w:t>
      </w:r>
      <w:r>
        <w:rPr>
          <w:b w:val="0"/>
          <w:i w:val="0"/>
          <w:smallCaps w:val="0"/>
          <w:strike w:val="0"/>
          <w:color w:val="000000"/>
          <w:u w:val="single"/>
        </w:rPr>
        <w:t xml:space="preserve">there </w:t>
      </w:r>
      <w:r>
        <w:rPr>
          <w:b w:val="0"/>
          <w:i w:val="0"/>
          <w:smallCaps w:val="0"/>
          <w:strike w:val="0"/>
          <w:color w:val="000000"/>
          <w:u w:val="single"/>
        </w:rPr>
        <w:t>are</w:t>
      </w:r>
      <w:r>
        <w:rPr>
          <w:b w:val="0"/>
          <w:i w:val="0"/>
          <w:smallCaps w:val="0"/>
          <w:strike w:val="0"/>
          <w:color w:val="000000"/>
          <w:u w:val="single"/>
        </w:rPr>
        <w:t xml:space="preserve"> steps China </w:t>
      </w:r>
      <w:r>
        <w:rPr>
          <w:b/>
          <w:i w:val="0"/>
          <w:smallCaps w:val="0"/>
          <w:strike w:val="0"/>
          <w:color w:val="000000"/>
          <w:sz w:val="22"/>
          <w:u w:val="single"/>
        </w:rPr>
        <w:t>could</w:t>
      </w:r>
      <w:r>
        <w:rPr>
          <w:b w:val="0"/>
          <w:i w:val="0"/>
          <w:smallCaps w:val="0"/>
          <w:strike w:val="0"/>
          <w:color w:val="000000"/>
          <w:u w:val="single"/>
        </w:rPr>
        <w:t xml:space="preserve"> plausibly </w:t>
      </w:r>
      <w:r>
        <w:rPr>
          <w:b/>
          <w:i w:val="0"/>
          <w:smallCaps w:val="0"/>
          <w:strike w:val="0"/>
          <w:color w:val="000000"/>
          <w:sz w:val="22"/>
          <w:u w:val="single"/>
        </w:rPr>
        <w:t>have undertaken</w:t>
      </w:r>
      <w:r>
        <w:rPr>
          <w:b w:val="0"/>
          <w:i w:val="0"/>
          <w:smallCaps w:val="0"/>
          <w:strike w:val="0"/>
          <w:color w:val="000000"/>
          <w:u w:val="none"/>
        </w:rPr>
        <w:t xml:space="preserve"> in recent years </w:t>
      </w:r>
      <w:r>
        <w:rPr>
          <w:b/>
          <w:i w:val="0"/>
          <w:smallCaps w:val="0"/>
          <w:strike w:val="0"/>
          <w:color w:val="000000"/>
          <w:sz w:val="22"/>
          <w:u w:val="single"/>
        </w:rPr>
        <w:t>yet chose not to</w:t>
      </w:r>
      <w:r>
        <w:rPr>
          <w:b w:val="0"/>
          <w:i w:val="0"/>
          <w:smallCaps w:val="0"/>
          <w:strike w:val="0"/>
          <w:color w:val="000000"/>
          <w:u w:val="none"/>
        </w:rPr>
        <w:t xml:space="preserve">. </w:t>
      </w:r>
      <w:r>
        <w:rPr>
          <w:b w:val="0"/>
          <w:i w:val="0"/>
          <w:smallCaps w:val="0"/>
          <w:strike w:val="0"/>
          <w:color w:val="000000"/>
          <w:u w:val="single"/>
        </w:rPr>
        <w:t>Despite concerns over</w:t>
      </w:r>
      <w:r>
        <w:rPr>
          <w:b w:val="0"/>
          <w:i w:val="0"/>
          <w:smallCaps w:val="0"/>
          <w:strike w:val="0"/>
          <w:color w:val="000000"/>
          <w:u w:val="none"/>
        </w:rPr>
        <w:t xml:space="preserve"> a </w:t>
      </w:r>
      <w:r>
        <w:rPr>
          <w:b w:val="0"/>
          <w:i w:val="0"/>
          <w:smallCaps w:val="0"/>
          <w:strike w:val="0"/>
          <w:color w:val="000000"/>
          <w:u w:val="single"/>
        </w:rPr>
        <w:t>Chinese military</w:t>
      </w:r>
      <w:r>
        <w:rPr>
          <w:b w:val="0"/>
          <w:i w:val="0"/>
          <w:smallCaps w:val="0"/>
          <w:strike w:val="0"/>
          <w:color w:val="000000"/>
          <w:u w:val="single"/>
        </w:rPr>
        <w:t xml:space="preserve"> build-up</w:t>
      </w:r>
      <w:r>
        <w:rPr>
          <w:b w:val="0"/>
          <w:i w:val="0"/>
          <w:smallCaps w:val="0"/>
          <w:strike w:val="0"/>
          <w:color w:val="000000"/>
          <w:u w:val="none"/>
        </w:rPr>
        <w:t xml:space="preserve">, for instance, </w:t>
      </w:r>
      <w:r>
        <w:rPr>
          <w:b w:val="0"/>
          <w:i w:val="0"/>
          <w:smallCaps w:val="0"/>
          <w:strike w:val="0"/>
          <w:color w:val="000000"/>
          <w:highlight w:val="cyan"/>
          <w:u w:val="single"/>
        </w:rPr>
        <w:t>China did not increase</w:t>
      </w:r>
      <w:r>
        <w:rPr>
          <w:b w:val="0"/>
          <w:i w:val="0"/>
          <w:smallCaps w:val="0"/>
          <w:strike w:val="0"/>
          <w:color w:val="000000"/>
          <w:u w:val="none"/>
        </w:rPr>
        <w:t xml:space="preserve"> </w:t>
      </w:r>
      <w:r>
        <w:rPr>
          <w:b w:val="0"/>
          <w:i w:val="0"/>
          <w:smallCaps w:val="0"/>
          <w:strike w:val="0"/>
          <w:color w:val="000000"/>
          <w:u w:val="single"/>
        </w:rPr>
        <w:t xml:space="preserve">the </w:t>
      </w:r>
      <w:r>
        <w:rPr>
          <w:b w:val="0"/>
          <w:i w:val="0"/>
          <w:smallCaps w:val="0"/>
          <w:strike w:val="0"/>
          <w:color w:val="000000"/>
          <w:u w:val="single"/>
        </w:rPr>
        <w:t>share</w:t>
      </w:r>
      <w:r>
        <w:rPr>
          <w:b w:val="0"/>
          <w:i w:val="0"/>
          <w:smallCaps w:val="0"/>
          <w:strike w:val="0"/>
          <w:color w:val="000000"/>
          <w:u w:val="single"/>
        </w:rPr>
        <w:t xml:space="preserve"> of state wealth </w:t>
      </w:r>
      <w:r>
        <w:rPr>
          <w:b w:val="0"/>
          <w:i w:val="0"/>
          <w:smallCaps w:val="0"/>
          <w:strike w:val="0"/>
          <w:color w:val="000000"/>
          <w:u w:val="single"/>
        </w:rPr>
        <w:t xml:space="preserve">allocated to </w:t>
      </w:r>
      <w:r>
        <w:rPr>
          <w:b w:val="0"/>
          <w:i w:val="0"/>
          <w:smallCaps w:val="0"/>
          <w:strike w:val="0"/>
          <w:color w:val="000000"/>
          <w:highlight w:val="cyan"/>
          <w:u w:val="single"/>
        </w:rPr>
        <w:t>military spending</w:t>
      </w:r>
      <w:r>
        <w:rPr>
          <w:b w:val="0"/>
          <w:i w:val="0"/>
          <w:smallCaps w:val="0"/>
          <w:strike w:val="0"/>
          <w:color w:val="000000"/>
          <w:u w:val="none"/>
        </w:rPr>
        <w:t xml:space="preserve">; military expenditures have remained at 1.9 per cent of Chinese gross domestic product (GDP) since 2009.64 Likewise, </w:t>
      </w:r>
      <w:r>
        <w:rPr>
          <w:b w:val="0"/>
          <w:i w:val="0"/>
          <w:smallCaps w:val="0"/>
          <w:strike w:val="0"/>
          <w:color w:val="000000"/>
          <w:highlight w:val="cyan"/>
          <w:u w:val="single"/>
        </w:rPr>
        <w:t>China has</w:t>
      </w:r>
      <w:r>
        <w:rPr>
          <w:b w:val="0"/>
          <w:i w:val="0"/>
          <w:smallCaps w:val="0"/>
          <w:strike w:val="0"/>
          <w:color w:val="000000"/>
          <w:u w:val="single"/>
        </w:rPr>
        <w:t xml:space="preserve"> sustained </w:t>
      </w:r>
      <w:r>
        <w:rPr>
          <w:b w:val="0"/>
          <w:i w:val="0"/>
          <w:smallCaps w:val="0"/>
          <w:strike w:val="0"/>
          <w:color w:val="000000"/>
          <w:highlight w:val="cyan"/>
          <w:u w:val="single"/>
        </w:rPr>
        <w:t xml:space="preserve">a </w:t>
      </w:r>
      <w:r>
        <w:rPr>
          <w:b/>
          <w:i w:val="0"/>
          <w:smallCaps w:val="0"/>
          <w:strike w:val="0"/>
          <w:color w:val="000000"/>
          <w:sz w:val="22"/>
          <w:highlight w:val="cyan"/>
          <w:u w:val="single"/>
        </w:rPr>
        <w:t>minimalist</w:t>
      </w:r>
      <w:r>
        <w:rPr>
          <w:b w:val="0"/>
          <w:i w:val="0"/>
          <w:smallCaps w:val="0"/>
          <w:strike w:val="0"/>
          <w:color w:val="000000"/>
          <w:u w:val="single"/>
        </w:rPr>
        <w:t xml:space="preserve"> </w:t>
      </w:r>
      <w:r>
        <w:rPr>
          <w:b w:val="0"/>
          <w:i w:val="0"/>
          <w:smallCaps w:val="0"/>
          <w:strike w:val="0"/>
          <w:color w:val="000000"/>
          <w:highlight w:val="cyan"/>
          <w:u w:val="single"/>
        </w:rPr>
        <w:t>nuclear</w:t>
      </w:r>
      <w:r>
        <w:rPr>
          <w:b w:val="0"/>
          <w:i w:val="0"/>
          <w:smallCaps w:val="0"/>
          <w:strike w:val="0"/>
          <w:color w:val="000000"/>
          <w:u w:val="single"/>
        </w:rPr>
        <w:t xml:space="preserve"> </w:t>
      </w:r>
      <w:r>
        <w:rPr>
          <w:b w:val="0"/>
          <w:i w:val="0"/>
          <w:smallCaps w:val="0"/>
          <w:strike w:val="0"/>
          <w:color w:val="000000"/>
          <w:highlight w:val="cyan"/>
          <w:u w:val="single"/>
        </w:rPr>
        <w:t>deterrent</w:t>
      </w:r>
      <w:r>
        <w:rPr>
          <w:b w:val="0"/>
          <w:i w:val="0"/>
          <w:smallCaps w:val="0"/>
          <w:strike w:val="0"/>
          <w:color w:val="000000"/>
          <w:u w:val="none"/>
        </w:rPr>
        <w:t xml:space="preserve"> </w:t>
      </w:r>
      <w:r>
        <w:rPr>
          <w:b w:val="0"/>
          <w:i w:val="0"/>
          <w:smallCaps w:val="0"/>
          <w:strike w:val="0"/>
          <w:color w:val="000000"/>
          <w:u w:val="single"/>
        </w:rPr>
        <w:t>even though this force is vulnerable to disruption</w:t>
      </w:r>
      <w:r>
        <w:rPr>
          <w:b w:val="0"/>
          <w:i w:val="0"/>
          <w:smallCaps w:val="0"/>
          <w:strike w:val="0"/>
          <w:color w:val="000000"/>
          <w:u w:val="none"/>
        </w:rPr>
        <w:t xml:space="preserve">.65 </w:t>
      </w:r>
      <w:r>
        <w:rPr>
          <w:b w:val="0"/>
          <w:i w:val="0"/>
          <w:smallCaps w:val="0"/>
          <w:strike w:val="0"/>
          <w:color w:val="000000"/>
          <w:u w:val="single"/>
        </w:rPr>
        <w:t>Above all,</w:t>
      </w:r>
      <w:r>
        <w:rPr>
          <w:b w:val="0"/>
          <w:i w:val="0"/>
          <w:smallCaps w:val="0"/>
          <w:strike w:val="0"/>
          <w:color w:val="000000"/>
          <w:u w:val="none"/>
        </w:rPr>
        <w:t xml:space="preserve"> </w:t>
      </w:r>
      <w:r>
        <w:rPr>
          <w:b/>
          <w:i w:val="0"/>
          <w:smallCaps w:val="0"/>
          <w:strike w:val="0"/>
          <w:color w:val="000000"/>
          <w:sz w:val="22"/>
          <w:highlight w:val="cyan"/>
          <w:u w:val="single"/>
        </w:rPr>
        <w:t>China has not tried to form an anti-US alliance</w:t>
      </w:r>
      <w:r>
        <w:rPr>
          <w:b w:val="0"/>
          <w:i w:val="0"/>
          <w:smallCaps w:val="0"/>
          <w:strike w:val="0"/>
          <w:color w:val="000000"/>
          <w:u w:val="none"/>
        </w:rPr>
        <w:t xml:space="preserve"> in East Asia – </w:t>
      </w:r>
      <w:r>
        <w:rPr>
          <w:b w:val="0"/>
          <w:i w:val="0"/>
          <w:smallCaps w:val="0"/>
          <w:strike w:val="0"/>
          <w:color w:val="000000"/>
          <w:u w:val="single"/>
        </w:rPr>
        <w:t xml:space="preserve">in fact, there is some evidence that </w:t>
      </w:r>
      <w:r>
        <w:rPr>
          <w:b w:val="0"/>
          <w:i w:val="0"/>
          <w:smallCaps w:val="0"/>
          <w:strike w:val="0"/>
          <w:color w:val="000000"/>
          <w:highlight w:val="cyan"/>
          <w:u w:val="single"/>
        </w:rPr>
        <w:t xml:space="preserve">China has </w:t>
      </w:r>
      <w:r>
        <w:rPr>
          <w:b/>
          <w:i w:val="0"/>
          <w:smallCaps w:val="0"/>
          <w:strike w:val="0"/>
          <w:color w:val="000000"/>
          <w:sz w:val="22"/>
          <w:highlight w:val="cyan"/>
          <w:u w:val="single"/>
        </w:rPr>
        <w:t>sought to keep the U</w:t>
      </w:r>
      <w:r>
        <w:rPr>
          <w:b/>
          <w:i w:val="0"/>
          <w:smallCaps w:val="0"/>
          <w:strike w:val="0"/>
          <w:color w:val="000000"/>
          <w:sz w:val="22"/>
          <w:u w:val="single"/>
        </w:rPr>
        <w:t xml:space="preserve">nited </w:t>
      </w:r>
      <w:r>
        <w:rPr>
          <w:b/>
          <w:i w:val="0"/>
          <w:smallCaps w:val="0"/>
          <w:strike w:val="0"/>
          <w:color w:val="000000"/>
          <w:sz w:val="22"/>
          <w:highlight w:val="cyan"/>
          <w:u w:val="single"/>
        </w:rPr>
        <w:t>S</w:t>
      </w:r>
      <w:r>
        <w:rPr>
          <w:b/>
          <w:i w:val="0"/>
          <w:smallCaps w:val="0"/>
          <w:strike w:val="0"/>
          <w:color w:val="000000"/>
          <w:sz w:val="22"/>
          <w:u w:val="single"/>
        </w:rPr>
        <w:t xml:space="preserve">tates </w:t>
      </w:r>
      <w:r>
        <w:rPr>
          <w:b/>
          <w:i w:val="0"/>
          <w:smallCaps w:val="0"/>
          <w:strike w:val="0"/>
          <w:color w:val="000000"/>
          <w:sz w:val="22"/>
          <w:highlight w:val="cyan"/>
          <w:u w:val="single"/>
        </w:rPr>
        <w:t>engaged</w:t>
      </w:r>
      <w:r>
        <w:rPr>
          <w:b w:val="0"/>
          <w:i w:val="0"/>
          <w:smallCaps w:val="0"/>
          <w:strike w:val="0"/>
          <w:color w:val="000000"/>
          <w:u w:val="none"/>
        </w:rPr>
        <w:t xml:space="preserve"> in East Asia </w:t>
      </w:r>
      <w:r>
        <w:rPr>
          <w:b/>
          <w:i w:val="0"/>
          <w:smallCaps w:val="0"/>
          <w:strike w:val="0"/>
          <w:color w:val="000000"/>
          <w:sz w:val="22"/>
          <w:u w:val="single"/>
        </w:rPr>
        <w:t>rather than exclude it</w:t>
      </w:r>
      <w:r>
        <w:rPr>
          <w:b w:val="0"/>
          <w:i w:val="0"/>
          <w:smallCaps w:val="0"/>
          <w:strike w:val="0"/>
          <w:color w:val="000000"/>
          <w:u w:val="none"/>
        </w:rPr>
        <w:t xml:space="preserve">.66 For example, </w:t>
      </w:r>
      <w:r>
        <w:rPr>
          <w:b w:val="0"/>
          <w:i w:val="0"/>
          <w:smallCaps w:val="0"/>
          <w:strike w:val="0"/>
          <w:color w:val="000000"/>
          <w:u w:val="single"/>
        </w:rPr>
        <w:t xml:space="preserve">not only did </w:t>
      </w:r>
      <w:r>
        <w:rPr>
          <w:b w:val="0"/>
          <w:i w:val="0"/>
          <w:smallCaps w:val="0"/>
          <w:strike w:val="0"/>
          <w:color w:val="000000"/>
          <w:u w:val="none"/>
        </w:rPr>
        <w:t xml:space="preserve">Chinese President Xi Jinping tell US President Barack Obama in 2014 that the ‘Pacific Ocean has ample space to accommodate our two great nations,’ but China’s Xinhua news agency greeted Donald Trump’s election – after a campaign marked by calls for a reduced US role in the world – with a warning against US isolationism.67 </w:t>
      </w:r>
      <w:r>
        <w:rPr>
          <w:b/>
          <w:i w:val="0"/>
          <w:smallCaps w:val="0"/>
          <w:strike w:val="0"/>
          <w:color w:val="000000"/>
          <w:sz w:val="22"/>
          <w:u w:val="single"/>
        </w:rPr>
        <w:t xml:space="preserve">These </w:t>
      </w:r>
      <w:r>
        <w:rPr>
          <w:b/>
          <w:i w:val="0"/>
          <w:smallCaps w:val="0"/>
          <w:strike w:val="0"/>
          <w:color w:val="000000"/>
          <w:sz w:val="22"/>
          <w:highlight w:val="cyan"/>
          <w:u w:val="single"/>
        </w:rPr>
        <w:t>moves are</w:t>
      </w:r>
      <w:r>
        <w:rPr>
          <w:b/>
          <w:i w:val="0"/>
          <w:smallCaps w:val="0"/>
          <w:strike w:val="0"/>
          <w:color w:val="000000"/>
          <w:sz w:val="22"/>
          <w:u w:val="single"/>
        </w:rPr>
        <w:t xml:space="preserve"> </w:t>
      </w:r>
      <w:r>
        <w:rPr>
          <w:b/>
          <w:i w:val="0"/>
          <w:smallCaps w:val="0"/>
          <w:strike w:val="0"/>
          <w:color w:val="000000"/>
          <w:sz w:val="22"/>
          <w:highlight w:val="cyan"/>
          <w:u w:val="single"/>
        </w:rPr>
        <w:t>not</w:t>
      </w:r>
      <w:r>
        <w:rPr>
          <w:b/>
          <w:i w:val="0"/>
          <w:smallCaps w:val="0"/>
          <w:strike w:val="0"/>
          <w:color w:val="000000"/>
          <w:sz w:val="22"/>
          <w:u w:val="single"/>
        </w:rPr>
        <w:t xml:space="preserve"> consistent with a </w:t>
      </w:r>
      <w:r>
        <w:rPr>
          <w:b/>
          <w:i w:val="0"/>
          <w:smallCaps w:val="0"/>
          <w:strike w:val="0"/>
          <w:color w:val="000000"/>
          <w:sz w:val="22"/>
          <w:highlight w:val="cyan"/>
          <w:u w:val="single"/>
        </w:rPr>
        <w:t>predatory</w:t>
      </w:r>
      <w:r>
        <w:rPr>
          <w:b/>
          <w:i w:val="0"/>
          <w:smallCaps w:val="0"/>
          <w:strike w:val="0"/>
          <w:color w:val="000000"/>
          <w:sz w:val="22"/>
          <w:u w:val="single"/>
        </w:rPr>
        <w:t xml:space="preserve"> campaign</w:t>
      </w:r>
      <w:r>
        <w:rPr>
          <w:b w:val="0"/>
          <w:i w:val="0"/>
          <w:smallCaps w:val="0"/>
          <w:strike w:val="0"/>
          <w:color w:val="000000"/>
          <w:u w:val="none"/>
        </w:rPr>
        <w:t xml:space="preserve">: </w:t>
      </w:r>
      <w:r>
        <w:rPr>
          <w:b w:val="0"/>
          <w:i w:val="0"/>
          <w:smallCaps w:val="0"/>
          <w:strike w:val="0"/>
          <w:color w:val="000000"/>
          <w:u w:val="single"/>
        </w:rPr>
        <w:t>China is pursuing a mixed strategy</w:t>
      </w:r>
      <w:r>
        <w:rPr>
          <w:b w:val="0"/>
          <w:i w:val="0"/>
          <w:smallCaps w:val="0"/>
          <w:strike w:val="0"/>
          <w:color w:val="000000"/>
          <w:u w:val="none"/>
        </w:rPr>
        <w:t xml:space="preserve"> </w:t>
      </w:r>
      <w:r>
        <w:rPr>
          <w:b w:val="0"/>
          <w:i w:val="0"/>
          <w:smallCaps w:val="0"/>
          <w:strike w:val="0"/>
          <w:color w:val="000000"/>
          <w:u w:val="single"/>
        </w:rPr>
        <w:t>that blends both cooperative and competitive elements</w:t>
      </w:r>
      <w:r>
        <w:rPr>
          <w:b w:val="0"/>
          <w:i w:val="0"/>
          <w:smallCaps w:val="0"/>
          <w:strike w:val="0"/>
          <w:color w:val="000000"/>
          <w:u w:val="none"/>
        </w:rPr>
        <w:t>.</w:t>
      </w:r>
    </w:p>
    <w:p>
      <w:pPr>
        <w:spacing w:after="60"/>
      </w:pPr>
      <w:r>
        <w:rPr>
          <w:b w:val="0"/>
          <w:i w:val="0"/>
          <w:smallCaps w:val="0"/>
          <w:strike w:val="0"/>
          <w:color w:val="000000"/>
          <w:u w:val="none"/>
        </w:rPr>
        <w:t xml:space="preserve">Of course, it is possible that </w:t>
      </w:r>
      <w:r>
        <w:rPr>
          <w:b w:val="0"/>
          <w:i w:val="0"/>
          <w:smallCaps w:val="0"/>
          <w:strike w:val="0"/>
          <w:color w:val="000000"/>
          <w:u w:val="single"/>
        </w:rPr>
        <w:t>Chinese strategy may give way</w:t>
      </w:r>
      <w:r>
        <w:rPr>
          <w:b w:val="0"/>
          <w:i w:val="0"/>
          <w:smallCaps w:val="0"/>
          <w:strike w:val="0"/>
          <w:color w:val="000000"/>
          <w:u w:val="none"/>
        </w:rPr>
        <w:t xml:space="preserve"> to predation in the future. </w:t>
      </w:r>
      <w:r>
        <w:rPr>
          <w:b w:val="0"/>
          <w:i w:val="0"/>
          <w:smallCaps w:val="0"/>
          <w:strike w:val="0"/>
          <w:color w:val="000000"/>
          <w:u w:val="single"/>
        </w:rPr>
        <w:t>Still</w:t>
      </w:r>
      <w:r>
        <w:rPr>
          <w:b w:val="0"/>
          <w:i w:val="0"/>
          <w:smallCaps w:val="0"/>
          <w:strike w:val="0"/>
          <w:color w:val="000000"/>
          <w:u w:val="none"/>
        </w:rPr>
        <w:t xml:space="preserve">, the approach developed above highlights that </w:t>
      </w:r>
      <w:r>
        <w:rPr>
          <w:b w:val="0"/>
          <w:i w:val="0"/>
          <w:smallCaps w:val="0"/>
          <w:strike w:val="0"/>
          <w:color w:val="000000"/>
          <w:u w:val="single"/>
        </w:rPr>
        <w:t>China’s future course will ultimately depend</w:t>
      </w:r>
      <w:r>
        <w:rPr>
          <w:b w:val="0"/>
          <w:i w:val="0"/>
          <w:smallCaps w:val="0"/>
          <w:strike w:val="0"/>
          <w:color w:val="000000"/>
          <w:u w:val="none"/>
        </w:rPr>
        <w:t xml:space="preserve"> </w:t>
      </w:r>
      <w:r>
        <w:rPr>
          <w:b w:val="0"/>
          <w:i w:val="0"/>
          <w:smallCaps w:val="0"/>
          <w:strike w:val="0"/>
          <w:color w:val="000000"/>
          <w:u w:val="single"/>
        </w:rPr>
        <w:t>upon China’s threat environment</w:t>
      </w:r>
      <w:r>
        <w:rPr>
          <w:b w:val="0"/>
          <w:i w:val="0"/>
          <w:smallCaps w:val="0"/>
          <w:strike w:val="0"/>
          <w:color w:val="000000"/>
          <w:u w:val="none"/>
        </w:rPr>
        <w:t xml:space="preserve"> and the constraints and opportunities this imposes. And on this basis, </w:t>
      </w:r>
      <w:r>
        <w:rPr>
          <w:b w:val="0"/>
          <w:i w:val="0"/>
          <w:smallCaps w:val="0"/>
          <w:strike w:val="0"/>
          <w:color w:val="000000"/>
          <w:u w:val="single"/>
        </w:rPr>
        <w:t xml:space="preserve">a series of </w:t>
      </w:r>
      <w:r>
        <w:rPr>
          <w:b/>
          <w:i w:val="0"/>
          <w:smallCaps w:val="0"/>
          <w:strike w:val="0"/>
          <w:color w:val="000000"/>
          <w:sz w:val="22"/>
          <w:highlight w:val="cyan"/>
          <w:u w:val="single"/>
        </w:rPr>
        <w:t>quantitative</w:t>
      </w:r>
      <w:r>
        <w:rPr>
          <w:b w:val="0"/>
          <w:i w:val="0"/>
          <w:smallCaps w:val="0"/>
          <w:strike w:val="0"/>
          <w:color w:val="000000"/>
          <w:u w:val="none"/>
        </w:rPr>
        <w:t xml:space="preserve"> and qualitative </w:t>
      </w:r>
      <w:r>
        <w:rPr>
          <w:b w:val="0"/>
          <w:i w:val="0"/>
          <w:smallCaps w:val="0"/>
          <w:strike w:val="0"/>
          <w:color w:val="000000"/>
          <w:highlight w:val="cyan"/>
          <w:u w:val="single"/>
        </w:rPr>
        <w:t>indicators</w:t>
      </w:r>
      <w:r>
        <w:rPr>
          <w:b w:val="0"/>
          <w:i w:val="0"/>
          <w:smallCaps w:val="0"/>
          <w:strike w:val="0"/>
          <w:color w:val="000000"/>
          <w:u w:val="single"/>
        </w:rPr>
        <w:t xml:space="preserve"> </w:t>
      </w:r>
      <w:r>
        <w:rPr>
          <w:b w:val="0"/>
          <w:i w:val="0"/>
          <w:smallCaps w:val="0"/>
          <w:strike w:val="0"/>
          <w:color w:val="000000"/>
          <w:highlight w:val="cyan"/>
          <w:u w:val="single"/>
        </w:rPr>
        <w:t>provide</w:t>
      </w:r>
      <w:r>
        <w:rPr>
          <w:b w:val="0"/>
          <w:i w:val="0"/>
          <w:smallCaps w:val="0"/>
          <w:strike w:val="0"/>
          <w:color w:val="000000"/>
          <w:u w:val="single"/>
        </w:rPr>
        <w:t xml:space="preserve">s </w:t>
      </w:r>
      <w:r>
        <w:rPr>
          <w:b w:val="0"/>
          <w:i w:val="0"/>
          <w:smallCaps w:val="0"/>
          <w:strike w:val="0"/>
          <w:color w:val="000000"/>
          <w:highlight w:val="cyan"/>
          <w:u w:val="single"/>
        </w:rPr>
        <w:t>room for</w:t>
      </w:r>
      <w:r>
        <w:rPr>
          <w:b w:val="0"/>
          <w:i w:val="0"/>
          <w:smallCaps w:val="0"/>
          <w:strike w:val="0"/>
          <w:color w:val="000000"/>
          <w:u w:val="single"/>
        </w:rPr>
        <w:t xml:space="preserve"> </w:t>
      </w:r>
      <w:r>
        <w:rPr>
          <w:b/>
          <w:i w:val="0"/>
          <w:smallCaps w:val="0"/>
          <w:strike w:val="0"/>
          <w:color w:val="000000"/>
          <w:sz w:val="22"/>
          <w:u w:val="single"/>
        </w:rPr>
        <w:t xml:space="preserve">cautious </w:t>
      </w:r>
      <w:r>
        <w:rPr>
          <w:b/>
          <w:i w:val="0"/>
          <w:smallCaps w:val="0"/>
          <w:strike w:val="0"/>
          <w:color w:val="000000"/>
          <w:sz w:val="22"/>
          <w:highlight w:val="cyan"/>
          <w:u w:val="single"/>
        </w:rPr>
        <w:t>optimism</w:t>
      </w:r>
      <w:r>
        <w:rPr>
          <w:b w:val="0"/>
          <w:i w:val="0"/>
          <w:smallCaps w:val="0"/>
          <w:strike w:val="0"/>
          <w:color w:val="000000"/>
          <w:highlight w:val="cyan"/>
          <w:u w:val="none"/>
        </w:rPr>
        <w:t xml:space="preserve"> </w:t>
      </w:r>
      <w:r>
        <w:rPr>
          <w:b w:val="0"/>
          <w:i w:val="0"/>
          <w:smallCaps w:val="0"/>
          <w:strike w:val="0"/>
          <w:color w:val="000000"/>
          <w:highlight w:val="cyan"/>
          <w:u w:val="single"/>
        </w:rPr>
        <w:t xml:space="preserve">that China </w:t>
      </w:r>
      <w:r>
        <w:rPr>
          <w:b/>
          <w:i w:val="0"/>
          <w:smallCaps w:val="0"/>
          <w:strike w:val="0"/>
          <w:color w:val="000000"/>
          <w:sz w:val="22"/>
          <w:highlight w:val="cyan"/>
          <w:u w:val="single"/>
        </w:rPr>
        <w:t>will</w:t>
      </w:r>
      <w:r>
        <w:rPr>
          <w:b/>
          <w:i w:val="0"/>
          <w:smallCaps w:val="0"/>
          <w:strike w:val="0"/>
          <w:color w:val="000000"/>
          <w:sz w:val="22"/>
          <w:u w:val="single"/>
        </w:rPr>
        <w:t xml:space="preserve"> at worst </w:t>
      </w:r>
      <w:r>
        <w:rPr>
          <w:b/>
          <w:i w:val="0"/>
          <w:smallCaps w:val="0"/>
          <w:strike w:val="0"/>
          <w:color w:val="000000"/>
          <w:sz w:val="22"/>
          <w:highlight w:val="cyan"/>
          <w:u w:val="single"/>
        </w:rPr>
        <w:t>continue its</w:t>
      </w:r>
      <w:r>
        <w:rPr>
          <w:b/>
          <w:i w:val="0"/>
          <w:smallCaps w:val="0"/>
          <w:strike w:val="0"/>
          <w:color w:val="000000"/>
          <w:sz w:val="22"/>
          <w:u w:val="single"/>
        </w:rPr>
        <w:t xml:space="preserve"> mixed </w:t>
      </w:r>
      <w:r>
        <w:rPr>
          <w:b/>
          <w:i w:val="0"/>
          <w:smallCaps w:val="0"/>
          <w:strike w:val="0"/>
          <w:color w:val="000000"/>
          <w:sz w:val="22"/>
          <w:highlight w:val="cyan"/>
          <w:u w:val="single"/>
        </w:rPr>
        <w:t>strategy</w:t>
      </w:r>
      <w:r>
        <w:rPr>
          <w:b w:val="0"/>
          <w:i w:val="0"/>
          <w:smallCaps w:val="0"/>
          <w:strike w:val="0"/>
          <w:color w:val="000000"/>
          <w:u w:val="none"/>
        </w:rPr>
        <w:t xml:space="preserve"> </w:t>
      </w:r>
      <w:r>
        <w:rPr>
          <w:b w:val="0"/>
          <w:i w:val="0"/>
          <w:smallCaps w:val="0"/>
          <w:strike w:val="0"/>
          <w:color w:val="000000"/>
          <w:u w:val="none"/>
        </w:rPr>
        <w:t xml:space="preserve">vis-à-vis the United States. As importantly, </w:t>
      </w:r>
      <w:r>
        <w:rPr>
          <w:b w:val="0"/>
          <w:i w:val="0"/>
          <w:smallCaps w:val="0"/>
          <w:strike w:val="0"/>
          <w:color w:val="000000"/>
          <w:u w:val="single"/>
        </w:rPr>
        <w:t>there are reasons that China may</w:t>
      </w:r>
      <w:r>
        <w:rPr>
          <w:b w:val="0"/>
          <w:i w:val="0"/>
          <w:smallCaps w:val="0"/>
          <w:strike w:val="0"/>
          <w:color w:val="000000"/>
          <w:u w:val="none"/>
        </w:rPr>
        <w:t xml:space="preserve"> – under certain conditions – </w:t>
      </w:r>
      <w:r>
        <w:rPr>
          <w:b w:val="0"/>
          <w:i w:val="0"/>
          <w:smallCaps w:val="0"/>
          <w:strike w:val="0"/>
          <w:color w:val="000000"/>
          <w:u w:val="single"/>
        </w:rPr>
        <w:t>adopt a supportive strategy</w:t>
      </w:r>
      <w:r>
        <w:rPr>
          <w:b w:val="0"/>
          <w:i w:val="0"/>
          <w:smallCaps w:val="0"/>
          <w:strike w:val="0"/>
          <w:color w:val="000000"/>
          <w:u w:val="none"/>
        </w:rPr>
        <w:t xml:space="preserve">. The logic here is simple: </w:t>
      </w:r>
      <w:r>
        <w:rPr>
          <w:b w:val="0"/>
          <w:i w:val="0"/>
          <w:smallCaps w:val="0"/>
          <w:strike w:val="0"/>
          <w:color w:val="000000"/>
          <w:u w:val="single"/>
        </w:rPr>
        <w:t xml:space="preserve">not only is </w:t>
      </w:r>
      <w:r>
        <w:rPr>
          <w:b w:val="0"/>
          <w:i w:val="0"/>
          <w:smallCaps w:val="0"/>
          <w:strike w:val="0"/>
          <w:color w:val="000000"/>
          <w:highlight w:val="cyan"/>
          <w:u w:val="single"/>
        </w:rPr>
        <w:t>China</w:t>
      </w:r>
      <w:r>
        <w:rPr>
          <w:b w:val="0"/>
          <w:i w:val="0"/>
          <w:smallCaps w:val="0"/>
          <w:strike w:val="0"/>
          <w:color w:val="000000"/>
          <w:u w:val="single"/>
        </w:rPr>
        <w:t>’s</w:t>
      </w:r>
      <w:r>
        <w:rPr>
          <w:b w:val="0"/>
          <w:i w:val="0"/>
          <w:smallCaps w:val="0"/>
          <w:strike w:val="0"/>
          <w:color w:val="000000"/>
          <w:u w:val="none"/>
        </w:rPr>
        <w:t xml:space="preserve"> threat </w:t>
      </w:r>
      <w:r>
        <w:rPr>
          <w:b w:val="0"/>
          <w:i w:val="0"/>
          <w:smallCaps w:val="0"/>
          <w:strike w:val="0"/>
          <w:color w:val="000000"/>
          <w:u w:val="single"/>
        </w:rPr>
        <w:t>environment</w:t>
      </w:r>
      <w:r>
        <w:rPr>
          <w:b w:val="0"/>
          <w:i w:val="0"/>
          <w:smallCaps w:val="0"/>
          <w:strike w:val="0"/>
          <w:color w:val="000000"/>
          <w:u w:val="none"/>
        </w:rPr>
        <w:t xml:space="preserve"> </w:t>
      </w:r>
      <w:r>
        <w:rPr>
          <w:b w:val="0"/>
          <w:i w:val="0"/>
          <w:smallCaps w:val="0"/>
          <w:strike w:val="0"/>
          <w:color w:val="000000"/>
          <w:u w:val="single"/>
        </w:rPr>
        <w:t xml:space="preserve">such that it </w:t>
      </w:r>
      <w:r>
        <w:rPr>
          <w:b w:val="0"/>
          <w:i w:val="0"/>
          <w:smallCaps w:val="0"/>
          <w:strike w:val="0"/>
          <w:color w:val="000000"/>
          <w:highlight w:val="cyan"/>
          <w:u w:val="single"/>
        </w:rPr>
        <w:t>is far from</w:t>
      </w:r>
      <w:r>
        <w:rPr>
          <w:b w:val="0"/>
          <w:i w:val="0"/>
          <w:smallCaps w:val="0"/>
          <w:strike w:val="0"/>
          <w:color w:val="000000"/>
          <w:u w:val="single"/>
        </w:rPr>
        <w:t xml:space="preserve"> clear whether the PRC </w:t>
      </w:r>
      <w:r>
        <w:rPr>
          <w:b/>
          <w:i w:val="0"/>
          <w:smallCaps w:val="0"/>
          <w:strike w:val="0"/>
          <w:color w:val="000000"/>
          <w:sz w:val="22"/>
          <w:u w:val="single"/>
        </w:rPr>
        <w:t xml:space="preserve">would be </w:t>
      </w:r>
      <w:r>
        <w:rPr>
          <w:b/>
          <w:i w:val="0"/>
          <w:smallCaps w:val="0"/>
          <w:strike w:val="0"/>
          <w:color w:val="000000"/>
          <w:sz w:val="22"/>
          <w:highlight w:val="cyan"/>
          <w:u w:val="single"/>
        </w:rPr>
        <w:t>able to</w:t>
      </w:r>
      <w:r>
        <w:rPr>
          <w:b/>
          <w:i w:val="0"/>
          <w:smallCaps w:val="0"/>
          <w:strike w:val="0"/>
          <w:color w:val="000000"/>
          <w:sz w:val="22"/>
          <w:u w:val="single"/>
        </w:rPr>
        <w:t xml:space="preserve"> systematically </w:t>
      </w:r>
      <w:r>
        <w:rPr>
          <w:b/>
          <w:i w:val="0"/>
          <w:smallCaps w:val="0"/>
          <w:strike w:val="0"/>
          <w:color w:val="000000"/>
          <w:sz w:val="22"/>
          <w:highlight w:val="cyan"/>
          <w:u w:val="single"/>
        </w:rPr>
        <w:t>challenge</w:t>
      </w:r>
      <w:r>
        <w:rPr>
          <w:b w:val="0"/>
          <w:i w:val="0"/>
          <w:smallCaps w:val="0"/>
          <w:strike w:val="0"/>
          <w:color w:val="000000"/>
          <w:u w:val="none"/>
        </w:rPr>
        <w:t xml:space="preserve"> the United States </w:t>
      </w:r>
      <w:r>
        <w:rPr>
          <w:b w:val="0"/>
          <w:i w:val="0"/>
          <w:smallCaps w:val="0"/>
          <w:strike w:val="0"/>
          <w:color w:val="000000"/>
          <w:highlight w:val="cyan"/>
          <w:u w:val="single"/>
        </w:rPr>
        <w:t>without</w:t>
      </w:r>
      <w:r>
        <w:rPr>
          <w:b w:val="0"/>
          <w:i w:val="0"/>
          <w:smallCaps w:val="0"/>
          <w:strike w:val="0"/>
          <w:color w:val="000000"/>
          <w:u w:val="single"/>
        </w:rPr>
        <w:t xml:space="preserve"> </w:t>
      </w:r>
      <w:r>
        <w:rPr>
          <w:b/>
          <w:i w:val="0"/>
          <w:smallCaps w:val="0"/>
          <w:strike w:val="0"/>
          <w:color w:val="000000"/>
          <w:sz w:val="22"/>
          <w:u w:val="single"/>
        </w:rPr>
        <w:t xml:space="preserve">significantly </w:t>
      </w:r>
      <w:r>
        <w:rPr>
          <w:b/>
          <w:i w:val="0"/>
          <w:smallCaps w:val="0"/>
          <w:strike w:val="0"/>
          <w:color w:val="000000"/>
          <w:sz w:val="22"/>
          <w:highlight w:val="cyan"/>
          <w:u w:val="single"/>
        </w:rPr>
        <w:t>harming its security</w:t>
      </w:r>
      <w:r>
        <w:rPr>
          <w:b w:val="0"/>
          <w:i w:val="0"/>
          <w:smallCaps w:val="0"/>
          <w:strike w:val="0"/>
          <w:color w:val="000000"/>
          <w:u w:val="none"/>
        </w:rPr>
        <w:t xml:space="preserve">, </w:t>
      </w:r>
      <w:r>
        <w:rPr>
          <w:b w:val="0"/>
          <w:i w:val="0"/>
          <w:smallCaps w:val="0"/>
          <w:strike w:val="0"/>
          <w:color w:val="000000"/>
          <w:u w:val="single"/>
        </w:rPr>
        <w:t>but China faces competitors besides the U</w:t>
      </w:r>
      <w:r>
        <w:rPr>
          <w:b w:val="0"/>
          <w:i w:val="0"/>
          <w:smallCaps w:val="0"/>
          <w:strike w:val="0"/>
          <w:color w:val="000000"/>
          <w:u w:val="none"/>
        </w:rPr>
        <w:t xml:space="preserve">nited </w:t>
      </w:r>
      <w:r>
        <w:rPr>
          <w:b w:val="0"/>
          <w:i w:val="0"/>
          <w:smallCaps w:val="0"/>
          <w:strike w:val="0"/>
          <w:color w:val="000000"/>
          <w:u w:val="single"/>
        </w:rPr>
        <w:t>S</w:t>
      </w:r>
      <w:r>
        <w:rPr>
          <w:b w:val="0"/>
          <w:i w:val="0"/>
          <w:smallCaps w:val="0"/>
          <w:strike w:val="0"/>
          <w:color w:val="000000"/>
          <w:u w:val="none"/>
        </w:rPr>
        <w:t xml:space="preserve">tates. Combined, these factors should give China pause before pursuing a predatory </w:t>
      </w:r>
      <w:r>
        <w:rPr>
          <w:b w:val="0"/>
          <w:i w:val="0"/>
          <w:smallCaps w:val="0"/>
          <w:strike w:val="0"/>
          <w:color w:val="000000"/>
          <w:u w:val="none"/>
        </w:rPr>
        <w:t>course, and</w:t>
      </w:r>
      <w:r>
        <w:rPr>
          <w:b w:val="0"/>
          <w:i w:val="0"/>
          <w:smallCaps w:val="0"/>
          <w:strike w:val="0"/>
          <w:color w:val="000000"/>
          <w:u w:val="none"/>
        </w:rPr>
        <w:t xml:space="preserve"> may even offer ground for supporting the United States.</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